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D70B5" w14:textId="77777777" w:rsidR="005C41BF" w:rsidRDefault="000B3397">
      <w:pPr>
        <w:spacing w:before="1600"/>
        <w:jc w:val="center"/>
      </w:pPr>
      <w:r>
        <w:rPr>
          <w:rFonts w:ascii="Aptos Display" w:hAnsi="Aptos Display"/>
          <w:b/>
          <w:color w:val="1F4E79"/>
          <w:sz w:val="56"/>
        </w:rPr>
        <w:t>Microdata Documentation</w:t>
      </w:r>
      <w:r>
        <w:rPr>
          <w:rFonts w:ascii="Aptos Display" w:hAnsi="Aptos Display"/>
          <w:b/>
          <w:color w:val="1F4E79"/>
          <w:sz w:val="56"/>
        </w:rPr>
        <w:br/>
        <w:t>Quality Review Checklist</w:t>
      </w:r>
    </w:p>
    <w:p w14:paraId="35DE96A0" w14:textId="77777777" w:rsidR="005C41BF" w:rsidRDefault="000B3397">
      <w:pPr>
        <w:jc w:val="center"/>
      </w:pPr>
      <w:r>
        <w:rPr>
          <w:color w:val="5A5A5A"/>
          <w:sz w:val="26"/>
        </w:rPr>
        <w:t>Editable version for DDI-Codebook and Dublin Core metadata review</w:t>
      </w:r>
    </w:p>
    <w:p w14:paraId="07893042" w14:textId="77777777" w:rsidR="005C41BF" w:rsidRDefault="000B3397">
      <w:pPr>
        <w:spacing w:before="360"/>
        <w:jc w:val="center"/>
      </w:pPr>
      <w:r>
        <w:rPr>
          <w:sz w:val="21"/>
        </w:rPr>
        <w:t>Use this checklist to assess the completeness, consistency, quality, usability, and preservation readiness of survey microdata documentation before publication or repository release.</w:t>
      </w:r>
    </w:p>
    <w:p w14:paraId="39B53EBA" w14:textId="311FA4C9" w:rsidR="005C41BF" w:rsidRDefault="005C41BF">
      <w:pPr>
        <w:spacing w:after="100" w:line="259" w:lineRule="auto"/>
      </w:pPr>
    </w:p>
    <w:p w14:paraId="672A6659" w14:textId="77777777" w:rsidR="005C41BF" w:rsidRDefault="000B3397">
      <w:r>
        <w:br w:type="page"/>
      </w:r>
    </w:p>
    <w:p w14:paraId="39EC13BE" w14:textId="77777777" w:rsidR="005C41BF" w:rsidRDefault="000B3397">
      <w:pPr>
        <w:pStyle w:val="Heading1"/>
        <w:spacing w:after="100" w:line="259" w:lineRule="auto"/>
      </w:pPr>
      <w:r>
        <w:rPr>
          <w:b w:val="0"/>
        </w:rPr>
        <w:lastRenderedPageBreak/>
        <w:t>Purpose</w:t>
      </w:r>
    </w:p>
    <w:p w14:paraId="7877A117" w14:textId="77777777" w:rsidR="005C41BF" w:rsidRDefault="000B3397">
      <w:pPr>
        <w:spacing w:after="100" w:line="259" w:lineRule="auto"/>
      </w:pPr>
      <w:r>
        <w:t>This checklist supports the review of survey microdata documentation before publication, dissemination, or long-term preservation. It can be used to assess whether metadata prepared using DDI-C and DCMI standards is complete, consistent, clear, and usable by data users, repositories, data catalogs, and AI-enabled discovery tools.</w:t>
      </w:r>
    </w:p>
    <w:p w14:paraId="5BB72158" w14:textId="77777777" w:rsidR="005C41BF" w:rsidRDefault="000B3397">
      <w:pPr>
        <w:pStyle w:val="Heading1"/>
        <w:spacing w:after="100" w:line="259" w:lineRule="auto"/>
      </w:pPr>
      <w:r>
        <w:rPr>
          <w:b w:val="0"/>
        </w:rPr>
        <w:t>How to Use This Checklist</w:t>
      </w:r>
    </w:p>
    <w:p w14:paraId="6E903A4B" w14:textId="77777777" w:rsidR="005C41BF" w:rsidRDefault="000B3397">
      <w:pPr>
        <w:spacing w:after="100" w:line="259" w:lineRule="auto"/>
      </w:pPr>
      <w:r>
        <w:t>For each item, indicate whether the information is provided, partially provided, not provided, or not applicable. Add reviewer comments and select the recommended action: None, Add, Fix, or Check.</w:t>
      </w:r>
    </w:p>
    <w:tbl>
      <w:tblPr>
        <w:tblStyle w:val="TableGrid"/>
        <w:tblW w:w="0" w:type="auto"/>
        <w:jc w:val="center"/>
        <w:tblLayout w:type="fixed"/>
        <w:tblLook w:val="04A0" w:firstRow="1" w:lastRow="0" w:firstColumn="1" w:lastColumn="0" w:noHBand="0" w:noVBand="1"/>
      </w:tblPr>
      <w:tblGrid>
        <w:gridCol w:w="3240"/>
        <w:gridCol w:w="10944"/>
      </w:tblGrid>
      <w:tr w:rsidR="005C41BF" w14:paraId="47C8A703" w14:textId="77777777">
        <w:trPr>
          <w:jc w:val="center"/>
        </w:trPr>
        <w:tc>
          <w:tcPr>
            <w:tcW w:w="3240" w:type="dxa"/>
            <w:shd w:val="clear" w:color="auto" w:fill="1F4E79"/>
            <w:tcMar>
              <w:top w:w="90" w:type="dxa"/>
              <w:left w:w="90" w:type="dxa"/>
              <w:bottom w:w="90" w:type="dxa"/>
              <w:right w:w="90" w:type="dxa"/>
            </w:tcMar>
            <w:vAlign w:val="center"/>
          </w:tcPr>
          <w:p w14:paraId="2165D4B4" w14:textId="77777777" w:rsidR="005C41BF" w:rsidRDefault="000B3397">
            <w:pPr>
              <w:spacing w:line="252" w:lineRule="auto"/>
            </w:pPr>
            <w:r>
              <w:rPr>
                <w:b/>
                <w:color w:val="FFFFFF"/>
                <w:sz w:val="17"/>
              </w:rPr>
              <w:t>Review value</w:t>
            </w:r>
          </w:p>
        </w:tc>
        <w:tc>
          <w:tcPr>
            <w:tcW w:w="10944" w:type="dxa"/>
            <w:shd w:val="clear" w:color="auto" w:fill="1F4E79"/>
            <w:tcMar>
              <w:top w:w="90" w:type="dxa"/>
              <w:left w:w="90" w:type="dxa"/>
              <w:bottom w:w="90" w:type="dxa"/>
              <w:right w:w="90" w:type="dxa"/>
            </w:tcMar>
            <w:vAlign w:val="center"/>
          </w:tcPr>
          <w:p w14:paraId="0FBE1196" w14:textId="77777777" w:rsidR="005C41BF" w:rsidRDefault="000B3397">
            <w:pPr>
              <w:spacing w:line="252" w:lineRule="auto"/>
            </w:pPr>
            <w:r>
              <w:rPr>
                <w:b/>
                <w:color w:val="FFFFFF"/>
                <w:sz w:val="17"/>
              </w:rPr>
              <w:t>Meaning</w:t>
            </w:r>
          </w:p>
        </w:tc>
      </w:tr>
      <w:tr w:rsidR="005C41BF" w14:paraId="109FEDEB" w14:textId="77777777">
        <w:trPr>
          <w:jc w:val="center"/>
        </w:trPr>
        <w:tc>
          <w:tcPr>
            <w:tcW w:w="3240" w:type="dxa"/>
            <w:tcMar>
              <w:top w:w="80" w:type="dxa"/>
              <w:left w:w="90" w:type="dxa"/>
              <w:bottom w:w="80" w:type="dxa"/>
              <w:right w:w="90" w:type="dxa"/>
            </w:tcMar>
            <w:vAlign w:val="center"/>
          </w:tcPr>
          <w:p w14:paraId="416ABDC1" w14:textId="77777777" w:rsidR="005C41BF" w:rsidRDefault="000B3397">
            <w:pPr>
              <w:spacing w:line="252" w:lineRule="auto"/>
            </w:pPr>
            <w:r>
              <w:rPr>
                <w:sz w:val="16"/>
              </w:rPr>
              <w:t>Provided</w:t>
            </w:r>
          </w:p>
        </w:tc>
        <w:tc>
          <w:tcPr>
            <w:tcW w:w="10944" w:type="dxa"/>
            <w:tcMar>
              <w:top w:w="80" w:type="dxa"/>
              <w:left w:w="90" w:type="dxa"/>
              <w:bottom w:w="80" w:type="dxa"/>
              <w:right w:w="90" w:type="dxa"/>
            </w:tcMar>
            <w:vAlign w:val="center"/>
          </w:tcPr>
          <w:p w14:paraId="24E260DD" w14:textId="77777777" w:rsidR="005C41BF" w:rsidRDefault="000B3397">
            <w:pPr>
              <w:spacing w:line="252" w:lineRule="auto"/>
            </w:pPr>
            <w:r>
              <w:rPr>
                <w:sz w:val="16"/>
              </w:rPr>
              <w:t>The information is complete and clear.</w:t>
            </w:r>
          </w:p>
        </w:tc>
      </w:tr>
      <w:tr w:rsidR="005C41BF" w14:paraId="6668C5CA" w14:textId="77777777">
        <w:trPr>
          <w:jc w:val="center"/>
        </w:trPr>
        <w:tc>
          <w:tcPr>
            <w:tcW w:w="3240" w:type="dxa"/>
            <w:tcMar>
              <w:top w:w="80" w:type="dxa"/>
              <w:left w:w="90" w:type="dxa"/>
              <w:bottom w:w="80" w:type="dxa"/>
              <w:right w:w="90" w:type="dxa"/>
            </w:tcMar>
            <w:vAlign w:val="center"/>
          </w:tcPr>
          <w:p w14:paraId="3C138D34" w14:textId="77777777" w:rsidR="005C41BF" w:rsidRDefault="000B3397">
            <w:pPr>
              <w:spacing w:line="252" w:lineRule="auto"/>
            </w:pPr>
            <w:r>
              <w:rPr>
                <w:sz w:val="16"/>
              </w:rPr>
              <w:t>Partially provided</w:t>
            </w:r>
          </w:p>
        </w:tc>
        <w:tc>
          <w:tcPr>
            <w:tcW w:w="10944" w:type="dxa"/>
            <w:tcMar>
              <w:top w:w="80" w:type="dxa"/>
              <w:left w:w="90" w:type="dxa"/>
              <w:bottom w:w="80" w:type="dxa"/>
              <w:right w:w="90" w:type="dxa"/>
            </w:tcMar>
            <w:vAlign w:val="center"/>
          </w:tcPr>
          <w:p w14:paraId="3B2695B1" w14:textId="77777777" w:rsidR="005C41BF" w:rsidRDefault="000B3397">
            <w:pPr>
              <w:spacing w:line="252" w:lineRule="auto"/>
            </w:pPr>
            <w:r>
              <w:rPr>
                <w:sz w:val="16"/>
              </w:rPr>
              <w:t>Some information is available, but it is incomplete or unclear.</w:t>
            </w:r>
          </w:p>
        </w:tc>
      </w:tr>
      <w:tr w:rsidR="005C41BF" w14:paraId="0392E208" w14:textId="77777777">
        <w:trPr>
          <w:jc w:val="center"/>
        </w:trPr>
        <w:tc>
          <w:tcPr>
            <w:tcW w:w="3240" w:type="dxa"/>
            <w:tcMar>
              <w:top w:w="80" w:type="dxa"/>
              <w:left w:w="90" w:type="dxa"/>
              <w:bottom w:w="80" w:type="dxa"/>
              <w:right w:w="90" w:type="dxa"/>
            </w:tcMar>
            <w:vAlign w:val="center"/>
          </w:tcPr>
          <w:p w14:paraId="4F2B11FE" w14:textId="77777777" w:rsidR="005C41BF" w:rsidRDefault="000B3397">
            <w:pPr>
              <w:spacing w:line="252" w:lineRule="auto"/>
            </w:pPr>
            <w:r>
              <w:rPr>
                <w:sz w:val="16"/>
              </w:rPr>
              <w:t>Not provided</w:t>
            </w:r>
          </w:p>
        </w:tc>
        <w:tc>
          <w:tcPr>
            <w:tcW w:w="10944" w:type="dxa"/>
            <w:tcMar>
              <w:top w:w="80" w:type="dxa"/>
              <w:left w:w="90" w:type="dxa"/>
              <w:bottom w:w="80" w:type="dxa"/>
              <w:right w:w="90" w:type="dxa"/>
            </w:tcMar>
            <w:vAlign w:val="center"/>
          </w:tcPr>
          <w:p w14:paraId="5C0F774E" w14:textId="77777777" w:rsidR="005C41BF" w:rsidRDefault="000B3397">
            <w:pPr>
              <w:spacing w:line="252" w:lineRule="auto"/>
            </w:pPr>
            <w:r>
              <w:rPr>
                <w:sz w:val="16"/>
              </w:rPr>
              <w:t>The information is missing.</w:t>
            </w:r>
          </w:p>
        </w:tc>
      </w:tr>
      <w:tr w:rsidR="005C41BF" w14:paraId="05A3BC80" w14:textId="77777777">
        <w:trPr>
          <w:jc w:val="center"/>
        </w:trPr>
        <w:tc>
          <w:tcPr>
            <w:tcW w:w="3240" w:type="dxa"/>
            <w:tcMar>
              <w:top w:w="80" w:type="dxa"/>
              <w:left w:w="90" w:type="dxa"/>
              <w:bottom w:w="80" w:type="dxa"/>
              <w:right w:w="90" w:type="dxa"/>
            </w:tcMar>
            <w:vAlign w:val="center"/>
          </w:tcPr>
          <w:p w14:paraId="773F148E" w14:textId="77777777" w:rsidR="005C41BF" w:rsidRDefault="000B3397">
            <w:pPr>
              <w:spacing w:line="252" w:lineRule="auto"/>
            </w:pPr>
            <w:r>
              <w:rPr>
                <w:sz w:val="16"/>
              </w:rPr>
              <w:t>Not applicable</w:t>
            </w:r>
          </w:p>
        </w:tc>
        <w:tc>
          <w:tcPr>
            <w:tcW w:w="10944" w:type="dxa"/>
            <w:tcMar>
              <w:top w:w="80" w:type="dxa"/>
              <w:left w:w="90" w:type="dxa"/>
              <w:bottom w:w="80" w:type="dxa"/>
              <w:right w:w="90" w:type="dxa"/>
            </w:tcMar>
            <w:vAlign w:val="center"/>
          </w:tcPr>
          <w:p w14:paraId="37B67565" w14:textId="77777777" w:rsidR="005C41BF" w:rsidRDefault="000B3397">
            <w:pPr>
              <w:spacing w:line="252" w:lineRule="auto"/>
            </w:pPr>
            <w:r>
              <w:rPr>
                <w:sz w:val="16"/>
              </w:rPr>
              <w:t>The item does not apply to the dataset or study being reviewed.</w:t>
            </w:r>
          </w:p>
        </w:tc>
      </w:tr>
    </w:tbl>
    <w:p w14:paraId="0A37501D" w14:textId="77777777" w:rsidR="005C41BF" w:rsidRDefault="005C41BF">
      <w:pPr>
        <w:spacing w:after="40"/>
      </w:pPr>
    </w:p>
    <w:tbl>
      <w:tblPr>
        <w:tblStyle w:val="TableGrid"/>
        <w:tblW w:w="0" w:type="auto"/>
        <w:jc w:val="center"/>
        <w:tblLayout w:type="fixed"/>
        <w:tblLook w:val="04A0" w:firstRow="1" w:lastRow="0" w:firstColumn="1" w:lastColumn="0" w:noHBand="0" w:noVBand="1"/>
      </w:tblPr>
      <w:tblGrid>
        <w:gridCol w:w="3240"/>
        <w:gridCol w:w="10944"/>
      </w:tblGrid>
      <w:tr w:rsidR="005C41BF" w14:paraId="5EF6743B" w14:textId="77777777">
        <w:trPr>
          <w:jc w:val="center"/>
        </w:trPr>
        <w:tc>
          <w:tcPr>
            <w:tcW w:w="3240" w:type="dxa"/>
            <w:shd w:val="clear" w:color="auto" w:fill="1F4E79"/>
            <w:tcMar>
              <w:top w:w="90" w:type="dxa"/>
              <w:left w:w="90" w:type="dxa"/>
              <w:bottom w:w="90" w:type="dxa"/>
              <w:right w:w="90" w:type="dxa"/>
            </w:tcMar>
            <w:vAlign w:val="center"/>
          </w:tcPr>
          <w:p w14:paraId="2E53DF09" w14:textId="77777777" w:rsidR="005C41BF" w:rsidRDefault="000B3397">
            <w:pPr>
              <w:spacing w:line="252" w:lineRule="auto"/>
            </w:pPr>
            <w:r>
              <w:rPr>
                <w:b/>
                <w:color w:val="FFFFFF"/>
                <w:sz w:val="17"/>
              </w:rPr>
              <w:t>Action value</w:t>
            </w:r>
          </w:p>
        </w:tc>
        <w:tc>
          <w:tcPr>
            <w:tcW w:w="10944" w:type="dxa"/>
            <w:shd w:val="clear" w:color="auto" w:fill="1F4E79"/>
            <w:tcMar>
              <w:top w:w="90" w:type="dxa"/>
              <w:left w:w="90" w:type="dxa"/>
              <w:bottom w:w="90" w:type="dxa"/>
              <w:right w:w="90" w:type="dxa"/>
            </w:tcMar>
            <w:vAlign w:val="center"/>
          </w:tcPr>
          <w:p w14:paraId="368C23B8" w14:textId="77777777" w:rsidR="005C41BF" w:rsidRDefault="000B3397">
            <w:pPr>
              <w:spacing w:line="252" w:lineRule="auto"/>
            </w:pPr>
            <w:r>
              <w:rPr>
                <w:b/>
                <w:color w:val="FFFFFF"/>
                <w:sz w:val="17"/>
              </w:rPr>
              <w:t>Meaning</w:t>
            </w:r>
          </w:p>
        </w:tc>
      </w:tr>
      <w:tr w:rsidR="005C41BF" w14:paraId="062896A2" w14:textId="77777777">
        <w:trPr>
          <w:jc w:val="center"/>
        </w:trPr>
        <w:tc>
          <w:tcPr>
            <w:tcW w:w="3240" w:type="dxa"/>
            <w:tcMar>
              <w:top w:w="80" w:type="dxa"/>
              <w:left w:w="90" w:type="dxa"/>
              <w:bottom w:w="80" w:type="dxa"/>
              <w:right w:w="90" w:type="dxa"/>
            </w:tcMar>
            <w:vAlign w:val="center"/>
          </w:tcPr>
          <w:p w14:paraId="48C9DA01" w14:textId="77777777" w:rsidR="005C41BF" w:rsidRDefault="000B3397">
            <w:pPr>
              <w:spacing w:line="252" w:lineRule="auto"/>
            </w:pPr>
            <w:r>
              <w:rPr>
                <w:sz w:val="16"/>
              </w:rPr>
              <w:t>None</w:t>
            </w:r>
          </w:p>
        </w:tc>
        <w:tc>
          <w:tcPr>
            <w:tcW w:w="10944" w:type="dxa"/>
            <w:tcMar>
              <w:top w:w="80" w:type="dxa"/>
              <w:left w:w="90" w:type="dxa"/>
              <w:bottom w:w="80" w:type="dxa"/>
              <w:right w:w="90" w:type="dxa"/>
            </w:tcMar>
            <w:vAlign w:val="center"/>
          </w:tcPr>
          <w:p w14:paraId="44300638" w14:textId="77777777" w:rsidR="005C41BF" w:rsidRDefault="000B3397">
            <w:pPr>
              <w:spacing w:line="252" w:lineRule="auto"/>
            </w:pPr>
            <w:r>
              <w:rPr>
                <w:sz w:val="16"/>
              </w:rPr>
              <w:t>No action is required.</w:t>
            </w:r>
          </w:p>
        </w:tc>
      </w:tr>
      <w:tr w:rsidR="005C41BF" w14:paraId="16A09D97" w14:textId="77777777">
        <w:trPr>
          <w:jc w:val="center"/>
        </w:trPr>
        <w:tc>
          <w:tcPr>
            <w:tcW w:w="3240" w:type="dxa"/>
            <w:tcMar>
              <w:top w:w="80" w:type="dxa"/>
              <w:left w:w="90" w:type="dxa"/>
              <w:bottom w:w="80" w:type="dxa"/>
              <w:right w:w="90" w:type="dxa"/>
            </w:tcMar>
            <w:vAlign w:val="center"/>
          </w:tcPr>
          <w:p w14:paraId="77E88F70" w14:textId="77777777" w:rsidR="005C41BF" w:rsidRDefault="000B3397">
            <w:pPr>
              <w:spacing w:line="252" w:lineRule="auto"/>
            </w:pPr>
            <w:r>
              <w:rPr>
                <w:sz w:val="16"/>
              </w:rPr>
              <w:t>Add</w:t>
            </w:r>
          </w:p>
        </w:tc>
        <w:tc>
          <w:tcPr>
            <w:tcW w:w="10944" w:type="dxa"/>
            <w:tcMar>
              <w:top w:w="80" w:type="dxa"/>
              <w:left w:w="90" w:type="dxa"/>
              <w:bottom w:w="80" w:type="dxa"/>
              <w:right w:w="90" w:type="dxa"/>
            </w:tcMar>
            <w:vAlign w:val="center"/>
          </w:tcPr>
          <w:p w14:paraId="25E7C659" w14:textId="77777777" w:rsidR="005C41BF" w:rsidRDefault="000B3397">
            <w:pPr>
              <w:spacing w:line="252" w:lineRule="auto"/>
            </w:pPr>
            <w:r>
              <w:rPr>
                <w:sz w:val="16"/>
              </w:rPr>
              <w:t>Missing information should be added.</w:t>
            </w:r>
          </w:p>
        </w:tc>
      </w:tr>
      <w:tr w:rsidR="005C41BF" w14:paraId="2BE03D6C" w14:textId="77777777">
        <w:trPr>
          <w:jc w:val="center"/>
        </w:trPr>
        <w:tc>
          <w:tcPr>
            <w:tcW w:w="3240" w:type="dxa"/>
            <w:tcMar>
              <w:top w:w="80" w:type="dxa"/>
              <w:left w:w="90" w:type="dxa"/>
              <w:bottom w:w="80" w:type="dxa"/>
              <w:right w:w="90" w:type="dxa"/>
            </w:tcMar>
            <w:vAlign w:val="center"/>
          </w:tcPr>
          <w:p w14:paraId="77B6BE26" w14:textId="77777777" w:rsidR="005C41BF" w:rsidRDefault="000B3397">
            <w:pPr>
              <w:spacing w:line="252" w:lineRule="auto"/>
            </w:pPr>
            <w:r>
              <w:rPr>
                <w:sz w:val="16"/>
              </w:rPr>
              <w:t>Fix</w:t>
            </w:r>
          </w:p>
        </w:tc>
        <w:tc>
          <w:tcPr>
            <w:tcW w:w="10944" w:type="dxa"/>
            <w:tcMar>
              <w:top w:w="80" w:type="dxa"/>
              <w:left w:w="90" w:type="dxa"/>
              <w:bottom w:w="80" w:type="dxa"/>
              <w:right w:w="90" w:type="dxa"/>
            </w:tcMar>
            <w:vAlign w:val="center"/>
          </w:tcPr>
          <w:p w14:paraId="18F5A6ED" w14:textId="77777777" w:rsidR="005C41BF" w:rsidRDefault="000B3397">
            <w:pPr>
              <w:spacing w:line="252" w:lineRule="auto"/>
            </w:pPr>
            <w:r>
              <w:rPr>
                <w:sz w:val="16"/>
              </w:rPr>
              <w:t>Existing information should be corrected.</w:t>
            </w:r>
          </w:p>
        </w:tc>
      </w:tr>
      <w:tr w:rsidR="005C41BF" w14:paraId="68075866" w14:textId="77777777">
        <w:trPr>
          <w:jc w:val="center"/>
        </w:trPr>
        <w:tc>
          <w:tcPr>
            <w:tcW w:w="3240" w:type="dxa"/>
            <w:tcMar>
              <w:top w:w="80" w:type="dxa"/>
              <w:left w:w="90" w:type="dxa"/>
              <w:bottom w:w="80" w:type="dxa"/>
              <w:right w:w="90" w:type="dxa"/>
            </w:tcMar>
            <w:vAlign w:val="center"/>
          </w:tcPr>
          <w:p w14:paraId="6A7592F0" w14:textId="77777777" w:rsidR="005C41BF" w:rsidRDefault="000B3397">
            <w:pPr>
              <w:spacing w:line="252" w:lineRule="auto"/>
            </w:pPr>
            <w:r>
              <w:rPr>
                <w:sz w:val="16"/>
              </w:rPr>
              <w:t>Check</w:t>
            </w:r>
          </w:p>
        </w:tc>
        <w:tc>
          <w:tcPr>
            <w:tcW w:w="10944" w:type="dxa"/>
            <w:tcMar>
              <w:top w:w="80" w:type="dxa"/>
              <w:left w:w="90" w:type="dxa"/>
              <w:bottom w:w="80" w:type="dxa"/>
              <w:right w:w="90" w:type="dxa"/>
            </w:tcMar>
            <w:vAlign w:val="center"/>
          </w:tcPr>
          <w:p w14:paraId="64260B98" w14:textId="77777777" w:rsidR="005C41BF" w:rsidRDefault="000B3397">
            <w:pPr>
              <w:spacing w:line="252" w:lineRule="auto"/>
            </w:pPr>
            <w:r>
              <w:rPr>
                <w:sz w:val="16"/>
              </w:rPr>
              <w:t>The information should be verified before publication.</w:t>
            </w:r>
          </w:p>
        </w:tc>
      </w:tr>
    </w:tbl>
    <w:p w14:paraId="5DAB6C7B" w14:textId="77777777" w:rsidR="005C41BF" w:rsidRDefault="005C41BF">
      <w:pPr>
        <w:spacing w:after="40"/>
      </w:pPr>
    </w:p>
    <w:p w14:paraId="08676A4A" w14:textId="77777777" w:rsidR="005C41BF" w:rsidRDefault="000B3397">
      <w:pPr>
        <w:pStyle w:val="Heading1"/>
        <w:spacing w:after="100" w:line="259" w:lineRule="auto"/>
      </w:pPr>
      <w:r>
        <w:rPr>
          <w:b w:val="0"/>
        </w:rPr>
        <w:t>Review Information</w:t>
      </w:r>
    </w:p>
    <w:tbl>
      <w:tblPr>
        <w:tblStyle w:val="TableGrid"/>
        <w:tblW w:w="0" w:type="auto"/>
        <w:jc w:val="center"/>
        <w:tblLayout w:type="fixed"/>
        <w:tblLook w:val="04A0" w:firstRow="1" w:lastRow="0" w:firstColumn="1" w:lastColumn="0" w:noHBand="0" w:noVBand="1"/>
      </w:tblPr>
      <w:tblGrid>
        <w:gridCol w:w="3744"/>
        <w:gridCol w:w="10368"/>
      </w:tblGrid>
      <w:tr w:rsidR="005C41BF" w14:paraId="46D08954" w14:textId="77777777">
        <w:trPr>
          <w:jc w:val="center"/>
        </w:trPr>
        <w:tc>
          <w:tcPr>
            <w:tcW w:w="3744" w:type="dxa"/>
            <w:shd w:val="clear" w:color="auto" w:fill="1F4E79"/>
            <w:tcMar>
              <w:top w:w="90" w:type="dxa"/>
              <w:left w:w="90" w:type="dxa"/>
              <w:bottom w:w="90" w:type="dxa"/>
              <w:right w:w="90" w:type="dxa"/>
            </w:tcMar>
            <w:vAlign w:val="center"/>
          </w:tcPr>
          <w:p w14:paraId="4DE3DC5E" w14:textId="77777777" w:rsidR="005C41BF" w:rsidRDefault="000B3397">
            <w:pPr>
              <w:spacing w:line="252" w:lineRule="auto"/>
            </w:pPr>
            <w:r>
              <w:rPr>
                <w:b/>
                <w:color w:val="FFFFFF"/>
                <w:sz w:val="17"/>
              </w:rPr>
              <w:t>Field</w:t>
            </w:r>
          </w:p>
        </w:tc>
        <w:tc>
          <w:tcPr>
            <w:tcW w:w="10368" w:type="dxa"/>
            <w:shd w:val="clear" w:color="auto" w:fill="1F4E79"/>
            <w:tcMar>
              <w:top w:w="90" w:type="dxa"/>
              <w:left w:w="90" w:type="dxa"/>
              <w:bottom w:w="90" w:type="dxa"/>
              <w:right w:w="90" w:type="dxa"/>
            </w:tcMar>
            <w:vAlign w:val="center"/>
          </w:tcPr>
          <w:p w14:paraId="0231F8D0" w14:textId="77777777" w:rsidR="005C41BF" w:rsidRDefault="000B3397">
            <w:pPr>
              <w:spacing w:line="252" w:lineRule="auto"/>
            </w:pPr>
            <w:r>
              <w:rPr>
                <w:b/>
                <w:color w:val="FFFFFF"/>
                <w:sz w:val="17"/>
              </w:rPr>
              <w:t>Details</w:t>
            </w:r>
          </w:p>
        </w:tc>
      </w:tr>
      <w:tr w:rsidR="005C41BF" w14:paraId="0A970983" w14:textId="77777777">
        <w:trPr>
          <w:jc w:val="center"/>
        </w:trPr>
        <w:tc>
          <w:tcPr>
            <w:tcW w:w="3744" w:type="dxa"/>
            <w:tcMar>
              <w:top w:w="80" w:type="dxa"/>
              <w:left w:w="90" w:type="dxa"/>
              <w:bottom w:w="80" w:type="dxa"/>
              <w:right w:w="90" w:type="dxa"/>
            </w:tcMar>
            <w:vAlign w:val="center"/>
          </w:tcPr>
          <w:p w14:paraId="0CADC36C" w14:textId="77777777" w:rsidR="005C41BF" w:rsidRDefault="000B3397">
            <w:pPr>
              <w:spacing w:line="252" w:lineRule="auto"/>
            </w:pPr>
            <w:r>
              <w:rPr>
                <w:sz w:val="16"/>
              </w:rPr>
              <w:t>Country</w:t>
            </w:r>
          </w:p>
        </w:tc>
        <w:tc>
          <w:tcPr>
            <w:tcW w:w="10368" w:type="dxa"/>
            <w:tcMar>
              <w:top w:w="80" w:type="dxa"/>
              <w:left w:w="90" w:type="dxa"/>
              <w:bottom w:w="80" w:type="dxa"/>
              <w:right w:w="90" w:type="dxa"/>
            </w:tcMar>
            <w:vAlign w:val="center"/>
          </w:tcPr>
          <w:p w14:paraId="02EB378F" w14:textId="77777777" w:rsidR="005C41BF" w:rsidRDefault="005C41BF">
            <w:pPr>
              <w:spacing w:line="252" w:lineRule="auto"/>
            </w:pPr>
          </w:p>
        </w:tc>
      </w:tr>
      <w:tr w:rsidR="005C41BF" w14:paraId="024F676F" w14:textId="77777777">
        <w:trPr>
          <w:jc w:val="center"/>
        </w:trPr>
        <w:tc>
          <w:tcPr>
            <w:tcW w:w="3744" w:type="dxa"/>
            <w:tcMar>
              <w:top w:w="80" w:type="dxa"/>
              <w:left w:w="90" w:type="dxa"/>
              <w:bottom w:w="80" w:type="dxa"/>
              <w:right w:w="90" w:type="dxa"/>
            </w:tcMar>
            <w:vAlign w:val="center"/>
          </w:tcPr>
          <w:p w14:paraId="4E4787C9" w14:textId="77777777" w:rsidR="005C41BF" w:rsidRDefault="000B3397">
            <w:pPr>
              <w:spacing w:line="252" w:lineRule="auto"/>
            </w:pPr>
            <w:r>
              <w:rPr>
                <w:sz w:val="16"/>
              </w:rPr>
              <w:t>Language</w:t>
            </w:r>
          </w:p>
        </w:tc>
        <w:tc>
          <w:tcPr>
            <w:tcW w:w="10368" w:type="dxa"/>
            <w:tcMar>
              <w:top w:w="80" w:type="dxa"/>
              <w:left w:w="90" w:type="dxa"/>
              <w:bottom w:w="80" w:type="dxa"/>
              <w:right w:w="90" w:type="dxa"/>
            </w:tcMar>
            <w:vAlign w:val="center"/>
          </w:tcPr>
          <w:p w14:paraId="6A05A809" w14:textId="77777777" w:rsidR="005C41BF" w:rsidRDefault="005C41BF">
            <w:pPr>
              <w:spacing w:line="252" w:lineRule="auto"/>
            </w:pPr>
          </w:p>
        </w:tc>
      </w:tr>
      <w:tr w:rsidR="005C41BF" w14:paraId="13C5AA5C" w14:textId="77777777">
        <w:trPr>
          <w:jc w:val="center"/>
        </w:trPr>
        <w:tc>
          <w:tcPr>
            <w:tcW w:w="3744" w:type="dxa"/>
            <w:tcMar>
              <w:top w:w="80" w:type="dxa"/>
              <w:left w:w="90" w:type="dxa"/>
              <w:bottom w:w="80" w:type="dxa"/>
              <w:right w:w="90" w:type="dxa"/>
            </w:tcMar>
            <w:vAlign w:val="center"/>
          </w:tcPr>
          <w:p w14:paraId="2AE15DD6" w14:textId="77777777" w:rsidR="005C41BF" w:rsidRDefault="000B3397">
            <w:pPr>
              <w:spacing w:line="252" w:lineRule="auto"/>
            </w:pPr>
            <w:r>
              <w:rPr>
                <w:sz w:val="16"/>
              </w:rPr>
              <w:t>Study title</w:t>
            </w:r>
          </w:p>
        </w:tc>
        <w:tc>
          <w:tcPr>
            <w:tcW w:w="10368" w:type="dxa"/>
            <w:tcMar>
              <w:top w:w="80" w:type="dxa"/>
              <w:left w:w="90" w:type="dxa"/>
              <w:bottom w:w="80" w:type="dxa"/>
              <w:right w:w="90" w:type="dxa"/>
            </w:tcMar>
            <w:vAlign w:val="center"/>
          </w:tcPr>
          <w:p w14:paraId="5A39BBE3" w14:textId="77777777" w:rsidR="005C41BF" w:rsidRDefault="005C41BF">
            <w:pPr>
              <w:spacing w:line="252" w:lineRule="auto"/>
            </w:pPr>
          </w:p>
        </w:tc>
      </w:tr>
      <w:tr w:rsidR="005C41BF" w14:paraId="3DE8BF54" w14:textId="77777777">
        <w:trPr>
          <w:jc w:val="center"/>
        </w:trPr>
        <w:tc>
          <w:tcPr>
            <w:tcW w:w="3744" w:type="dxa"/>
            <w:tcMar>
              <w:top w:w="80" w:type="dxa"/>
              <w:left w:w="90" w:type="dxa"/>
              <w:bottom w:w="80" w:type="dxa"/>
              <w:right w:w="90" w:type="dxa"/>
            </w:tcMar>
            <w:vAlign w:val="center"/>
          </w:tcPr>
          <w:p w14:paraId="7FF68A04" w14:textId="77777777" w:rsidR="005C41BF" w:rsidRDefault="000B3397">
            <w:pPr>
              <w:spacing w:line="252" w:lineRule="auto"/>
            </w:pPr>
            <w:r>
              <w:rPr>
                <w:sz w:val="16"/>
              </w:rPr>
              <w:t>Dataset ID</w:t>
            </w:r>
          </w:p>
        </w:tc>
        <w:tc>
          <w:tcPr>
            <w:tcW w:w="10368" w:type="dxa"/>
            <w:tcMar>
              <w:top w:w="80" w:type="dxa"/>
              <w:left w:w="90" w:type="dxa"/>
              <w:bottom w:w="80" w:type="dxa"/>
              <w:right w:w="90" w:type="dxa"/>
            </w:tcMar>
            <w:vAlign w:val="center"/>
          </w:tcPr>
          <w:p w14:paraId="41C8F396" w14:textId="77777777" w:rsidR="005C41BF" w:rsidRDefault="005C41BF">
            <w:pPr>
              <w:spacing w:line="252" w:lineRule="auto"/>
            </w:pPr>
          </w:p>
        </w:tc>
      </w:tr>
      <w:tr w:rsidR="005C41BF" w14:paraId="12F10763" w14:textId="77777777">
        <w:trPr>
          <w:jc w:val="center"/>
        </w:trPr>
        <w:tc>
          <w:tcPr>
            <w:tcW w:w="3744" w:type="dxa"/>
            <w:tcMar>
              <w:top w:w="80" w:type="dxa"/>
              <w:left w:w="90" w:type="dxa"/>
              <w:bottom w:w="80" w:type="dxa"/>
              <w:right w:w="90" w:type="dxa"/>
            </w:tcMar>
            <w:vAlign w:val="center"/>
          </w:tcPr>
          <w:p w14:paraId="5ACD01D3" w14:textId="77777777" w:rsidR="005C41BF" w:rsidRDefault="000B3397">
            <w:pPr>
              <w:spacing w:line="252" w:lineRule="auto"/>
            </w:pPr>
            <w:r>
              <w:rPr>
                <w:sz w:val="16"/>
              </w:rPr>
              <w:t>Dataset version</w:t>
            </w:r>
          </w:p>
        </w:tc>
        <w:tc>
          <w:tcPr>
            <w:tcW w:w="10368" w:type="dxa"/>
            <w:tcMar>
              <w:top w:w="80" w:type="dxa"/>
              <w:left w:w="90" w:type="dxa"/>
              <w:bottom w:w="80" w:type="dxa"/>
              <w:right w:w="90" w:type="dxa"/>
            </w:tcMar>
            <w:vAlign w:val="center"/>
          </w:tcPr>
          <w:p w14:paraId="72A3D3EC" w14:textId="77777777" w:rsidR="005C41BF" w:rsidRDefault="005C41BF">
            <w:pPr>
              <w:spacing w:line="252" w:lineRule="auto"/>
            </w:pPr>
          </w:p>
        </w:tc>
      </w:tr>
      <w:tr w:rsidR="005C41BF" w14:paraId="7BCD1DFD" w14:textId="77777777">
        <w:trPr>
          <w:jc w:val="center"/>
        </w:trPr>
        <w:tc>
          <w:tcPr>
            <w:tcW w:w="3744" w:type="dxa"/>
            <w:tcMar>
              <w:top w:w="80" w:type="dxa"/>
              <w:left w:w="90" w:type="dxa"/>
              <w:bottom w:w="80" w:type="dxa"/>
              <w:right w:w="90" w:type="dxa"/>
            </w:tcMar>
            <w:vAlign w:val="center"/>
          </w:tcPr>
          <w:p w14:paraId="752994EE" w14:textId="77777777" w:rsidR="005C41BF" w:rsidRDefault="000B3397">
            <w:pPr>
              <w:spacing w:line="252" w:lineRule="auto"/>
            </w:pPr>
            <w:r>
              <w:rPr>
                <w:sz w:val="16"/>
              </w:rPr>
              <w:lastRenderedPageBreak/>
              <w:t>Submitted by</w:t>
            </w:r>
          </w:p>
        </w:tc>
        <w:tc>
          <w:tcPr>
            <w:tcW w:w="10368" w:type="dxa"/>
            <w:tcMar>
              <w:top w:w="80" w:type="dxa"/>
              <w:left w:w="90" w:type="dxa"/>
              <w:bottom w:w="80" w:type="dxa"/>
              <w:right w:w="90" w:type="dxa"/>
            </w:tcMar>
            <w:vAlign w:val="center"/>
          </w:tcPr>
          <w:p w14:paraId="0D0B940D" w14:textId="77777777" w:rsidR="005C41BF" w:rsidRDefault="005C41BF">
            <w:pPr>
              <w:spacing w:line="252" w:lineRule="auto"/>
            </w:pPr>
          </w:p>
        </w:tc>
      </w:tr>
      <w:tr w:rsidR="005C41BF" w14:paraId="2F164460" w14:textId="77777777">
        <w:trPr>
          <w:jc w:val="center"/>
        </w:trPr>
        <w:tc>
          <w:tcPr>
            <w:tcW w:w="3744" w:type="dxa"/>
            <w:tcMar>
              <w:top w:w="80" w:type="dxa"/>
              <w:left w:w="90" w:type="dxa"/>
              <w:bottom w:w="80" w:type="dxa"/>
              <w:right w:w="90" w:type="dxa"/>
            </w:tcMar>
            <w:vAlign w:val="center"/>
          </w:tcPr>
          <w:p w14:paraId="32245812" w14:textId="77777777" w:rsidR="005C41BF" w:rsidRDefault="000B3397">
            <w:pPr>
              <w:spacing w:line="252" w:lineRule="auto"/>
            </w:pPr>
            <w:r>
              <w:rPr>
                <w:sz w:val="16"/>
              </w:rPr>
              <w:t>Date submitted</w:t>
            </w:r>
          </w:p>
        </w:tc>
        <w:tc>
          <w:tcPr>
            <w:tcW w:w="10368" w:type="dxa"/>
            <w:tcMar>
              <w:top w:w="80" w:type="dxa"/>
              <w:left w:w="90" w:type="dxa"/>
              <w:bottom w:w="80" w:type="dxa"/>
              <w:right w:w="90" w:type="dxa"/>
            </w:tcMar>
            <w:vAlign w:val="center"/>
          </w:tcPr>
          <w:p w14:paraId="0E27B00A" w14:textId="77777777" w:rsidR="005C41BF" w:rsidRDefault="005C41BF">
            <w:pPr>
              <w:spacing w:line="252" w:lineRule="auto"/>
            </w:pPr>
          </w:p>
        </w:tc>
      </w:tr>
      <w:tr w:rsidR="005C41BF" w14:paraId="473BCCE5" w14:textId="77777777">
        <w:trPr>
          <w:jc w:val="center"/>
        </w:trPr>
        <w:tc>
          <w:tcPr>
            <w:tcW w:w="3744" w:type="dxa"/>
            <w:tcMar>
              <w:top w:w="80" w:type="dxa"/>
              <w:left w:w="90" w:type="dxa"/>
              <w:bottom w:w="80" w:type="dxa"/>
              <w:right w:w="90" w:type="dxa"/>
            </w:tcMar>
            <w:vAlign w:val="center"/>
          </w:tcPr>
          <w:p w14:paraId="53E1EC6F" w14:textId="77777777" w:rsidR="005C41BF" w:rsidRDefault="000B3397">
            <w:pPr>
              <w:spacing w:line="252" w:lineRule="auto"/>
            </w:pPr>
            <w:r>
              <w:rPr>
                <w:sz w:val="16"/>
              </w:rPr>
              <w:t>Metadata format provided</w:t>
            </w:r>
          </w:p>
        </w:tc>
        <w:tc>
          <w:tcPr>
            <w:tcW w:w="10368" w:type="dxa"/>
            <w:tcMar>
              <w:top w:w="80" w:type="dxa"/>
              <w:left w:w="90" w:type="dxa"/>
              <w:bottom w:w="80" w:type="dxa"/>
              <w:right w:w="90" w:type="dxa"/>
            </w:tcMar>
            <w:vAlign w:val="center"/>
          </w:tcPr>
          <w:p w14:paraId="43F5D2A4" w14:textId="442445E3" w:rsidR="005C41BF" w:rsidRDefault="000B3397">
            <w:pPr>
              <w:spacing w:line="252" w:lineRule="auto"/>
            </w:pPr>
            <w:r>
              <w:rPr>
                <w:sz w:val="16"/>
              </w:rPr>
              <w:t xml:space="preserve">[ ] DDI XML   [ ] JSON/XML export   [ ] Metadata Editor </w:t>
            </w:r>
            <w:r w:rsidR="00A47B21">
              <w:rPr>
                <w:sz w:val="16"/>
              </w:rPr>
              <w:t>package</w:t>
            </w:r>
            <w:r>
              <w:rPr>
                <w:sz w:val="16"/>
              </w:rPr>
              <w:t xml:space="preserve">   [ ] Other:</w:t>
            </w:r>
          </w:p>
        </w:tc>
      </w:tr>
      <w:tr w:rsidR="005C41BF" w14:paraId="70EB37BA" w14:textId="77777777">
        <w:trPr>
          <w:jc w:val="center"/>
        </w:trPr>
        <w:tc>
          <w:tcPr>
            <w:tcW w:w="3744" w:type="dxa"/>
            <w:tcMar>
              <w:top w:w="80" w:type="dxa"/>
              <w:left w:w="90" w:type="dxa"/>
              <w:bottom w:w="80" w:type="dxa"/>
              <w:right w:w="90" w:type="dxa"/>
            </w:tcMar>
            <w:vAlign w:val="center"/>
          </w:tcPr>
          <w:p w14:paraId="7E15C3F3" w14:textId="77777777" w:rsidR="005C41BF" w:rsidRDefault="000B3397">
            <w:pPr>
              <w:spacing w:line="252" w:lineRule="auto"/>
            </w:pPr>
            <w:r>
              <w:rPr>
                <w:sz w:val="16"/>
              </w:rPr>
              <w:t>Data files provided</w:t>
            </w:r>
          </w:p>
        </w:tc>
        <w:tc>
          <w:tcPr>
            <w:tcW w:w="10368" w:type="dxa"/>
            <w:tcMar>
              <w:top w:w="80" w:type="dxa"/>
              <w:left w:w="90" w:type="dxa"/>
              <w:bottom w:w="80" w:type="dxa"/>
              <w:right w:w="90" w:type="dxa"/>
            </w:tcMar>
            <w:vAlign w:val="center"/>
          </w:tcPr>
          <w:p w14:paraId="391DD9FE" w14:textId="77777777" w:rsidR="005C41BF" w:rsidRDefault="000B3397">
            <w:pPr>
              <w:spacing w:line="252" w:lineRule="auto"/>
            </w:pPr>
            <w:r>
              <w:rPr>
                <w:sz w:val="16"/>
              </w:rPr>
              <w:t>[ ] Yes   [ ] No</w:t>
            </w:r>
          </w:p>
        </w:tc>
      </w:tr>
      <w:tr w:rsidR="005C41BF" w14:paraId="665A360D" w14:textId="77777777">
        <w:trPr>
          <w:jc w:val="center"/>
        </w:trPr>
        <w:tc>
          <w:tcPr>
            <w:tcW w:w="3744" w:type="dxa"/>
            <w:tcMar>
              <w:top w:w="80" w:type="dxa"/>
              <w:left w:w="90" w:type="dxa"/>
              <w:bottom w:w="80" w:type="dxa"/>
              <w:right w:w="90" w:type="dxa"/>
            </w:tcMar>
            <w:vAlign w:val="center"/>
          </w:tcPr>
          <w:p w14:paraId="63860437" w14:textId="77777777" w:rsidR="005C41BF" w:rsidRDefault="000B3397">
            <w:pPr>
              <w:spacing w:line="252" w:lineRule="auto"/>
            </w:pPr>
            <w:r>
              <w:rPr>
                <w:sz w:val="16"/>
              </w:rPr>
              <w:t>Supporting documentation provided</w:t>
            </w:r>
          </w:p>
        </w:tc>
        <w:tc>
          <w:tcPr>
            <w:tcW w:w="10368" w:type="dxa"/>
            <w:tcMar>
              <w:top w:w="80" w:type="dxa"/>
              <w:left w:w="90" w:type="dxa"/>
              <w:bottom w:w="80" w:type="dxa"/>
              <w:right w:w="90" w:type="dxa"/>
            </w:tcMar>
            <w:vAlign w:val="center"/>
          </w:tcPr>
          <w:p w14:paraId="3C1AF5B7" w14:textId="77777777" w:rsidR="005C41BF" w:rsidRDefault="000B3397">
            <w:pPr>
              <w:spacing w:line="252" w:lineRule="auto"/>
            </w:pPr>
            <w:r>
              <w:rPr>
                <w:sz w:val="16"/>
              </w:rPr>
              <w:t>[ ] Yes   [ ] No</w:t>
            </w:r>
          </w:p>
        </w:tc>
      </w:tr>
      <w:tr w:rsidR="005C41BF" w14:paraId="0DBCAB38" w14:textId="77777777">
        <w:trPr>
          <w:jc w:val="center"/>
        </w:trPr>
        <w:tc>
          <w:tcPr>
            <w:tcW w:w="3744" w:type="dxa"/>
            <w:tcMar>
              <w:top w:w="80" w:type="dxa"/>
              <w:left w:w="90" w:type="dxa"/>
              <w:bottom w:w="80" w:type="dxa"/>
              <w:right w:w="90" w:type="dxa"/>
            </w:tcMar>
            <w:vAlign w:val="center"/>
          </w:tcPr>
          <w:p w14:paraId="0CBDA784" w14:textId="77777777" w:rsidR="005C41BF" w:rsidRDefault="000B3397">
            <w:pPr>
              <w:spacing w:line="252" w:lineRule="auto"/>
            </w:pPr>
            <w:r>
              <w:rPr>
                <w:sz w:val="16"/>
              </w:rPr>
              <w:t>External resources provided</w:t>
            </w:r>
          </w:p>
        </w:tc>
        <w:tc>
          <w:tcPr>
            <w:tcW w:w="10368" w:type="dxa"/>
            <w:tcMar>
              <w:top w:w="80" w:type="dxa"/>
              <w:left w:w="90" w:type="dxa"/>
              <w:bottom w:w="80" w:type="dxa"/>
              <w:right w:w="90" w:type="dxa"/>
            </w:tcMar>
            <w:vAlign w:val="center"/>
          </w:tcPr>
          <w:p w14:paraId="521B5BBB" w14:textId="77777777" w:rsidR="005C41BF" w:rsidRDefault="000B3397">
            <w:pPr>
              <w:spacing w:line="252" w:lineRule="auto"/>
            </w:pPr>
            <w:r>
              <w:rPr>
                <w:sz w:val="16"/>
              </w:rPr>
              <w:t>[ ] Yes   [ ] No</w:t>
            </w:r>
          </w:p>
        </w:tc>
      </w:tr>
      <w:tr w:rsidR="005C41BF" w14:paraId="214437C8" w14:textId="77777777">
        <w:trPr>
          <w:jc w:val="center"/>
        </w:trPr>
        <w:tc>
          <w:tcPr>
            <w:tcW w:w="3744" w:type="dxa"/>
            <w:tcMar>
              <w:top w:w="80" w:type="dxa"/>
              <w:left w:w="90" w:type="dxa"/>
              <w:bottom w:w="80" w:type="dxa"/>
              <w:right w:w="90" w:type="dxa"/>
            </w:tcMar>
            <w:vAlign w:val="center"/>
          </w:tcPr>
          <w:p w14:paraId="5C2F76F5" w14:textId="77777777" w:rsidR="005C41BF" w:rsidRDefault="000B3397">
            <w:pPr>
              <w:spacing w:line="252" w:lineRule="auto"/>
            </w:pPr>
            <w:r>
              <w:rPr>
                <w:sz w:val="16"/>
              </w:rPr>
              <w:t>Reviewed by</w:t>
            </w:r>
          </w:p>
        </w:tc>
        <w:tc>
          <w:tcPr>
            <w:tcW w:w="10368" w:type="dxa"/>
            <w:tcMar>
              <w:top w:w="80" w:type="dxa"/>
              <w:left w:w="90" w:type="dxa"/>
              <w:bottom w:w="80" w:type="dxa"/>
              <w:right w:w="90" w:type="dxa"/>
            </w:tcMar>
            <w:vAlign w:val="center"/>
          </w:tcPr>
          <w:p w14:paraId="60061E4C" w14:textId="77777777" w:rsidR="005C41BF" w:rsidRDefault="005C41BF">
            <w:pPr>
              <w:spacing w:line="252" w:lineRule="auto"/>
            </w:pPr>
          </w:p>
        </w:tc>
      </w:tr>
      <w:tr w:rsidR="005C41BF" w14:paraId="765471B8" w14:textId="77777777">
        <w:trPr>
          <w:jc w:val="center"/>
        </w:trPr>
        <w:tc>
          <w:tcPr>
            <w:tcW w:w="3744" w:type="dxa"/>
            <w:tcMar>
              <w:top w:w="80" w:type="dxa"/>
              <w:left w:w="90" w:type="dxa"/>
              <w:bottom w:w="80" w:type="dxa"/>
              <w:right w:w="90" w:type="dxa"/>
            </w:tcMar>
            <w:vAlign w:val="center"/>
          </w:tcPr>
          <w:p w14:paraId="1EAFF701" w14:textId="77777777" w:rsidR="005C41BF" w:rsidRDefault="000B3397">
            <w:pPr>
              <w:spacing w:line="252" w:lineRule="auto"/>
            </w:pPr>
            <w:r>
              <w:rPr>
                <w:sz w:val="16"/>
              </w:rPr>
              <w:t>Review date</w:t>
            </w:r>
          </w:p>
        </w:tc>
        <w:tc>
          <w:tcPr>
            <w:tcW w:w="10368" w:type="dxa"/>
            <w:tcMar>
              <w:top w:w="80" w:type="dxa"/>
              <w:left w:w="90" w:type="dxa"/>
              <w:bottom w:w="80" w:type="dxa"/>
              <w:right w:w="90" w:type="dxa"/>
            </w:tcMar>
            <w:vAlign w:val="center"/>
          </w:tcPr>
          <w:p w14:paraId="44EAFD9C" w14:textId="77777777" w:rsidR="005C41BF" w:rsidRDefault="005C41BF">
            <w:pPr>
              <w:spacing w:line="252" w:lineRule="auto"/>
            </w:pPr>
          </w:p>
        </w:tc>
      </w:tr>
      <w:tr w:rsidR="005C41BF" w14:paraId="2A29F16F" w14:textId="77777777">
        <w:trPr>
          <w:jc w:val="center"/>
        </w:trPr>
        <w:tc>
          <w:tcPr>
            <w:tcW w:w="3744" w:type="dxa"/>
            <w:tcMar>
              <w:top w:w="80" w:type="dxa"/>
              <w:left w:w="90" w:type="dxa"/>
              <w:bottom w:w="80" w:type="dxa"/>
              <w:right w:w="90" w:type="dxa"/>
            </w:tcMar>
            <w:vAlign w:val="center"/>
          </w:tcPr>
          <w:p w14:paraId="37415AD6" w14:textId="77777777" w:rsidR="005C41BF" w:rsidRDefault="000B3397">
            <w:pPr>
              <w:spacing w:line="252" w:lineRule="auto"/>
            </w:pPr>
            <w:r>
              <w:rPr>
                <w:sz w:val="16"/>
              </w:rPr>
              <w:t>Metadata standard(s) used</w:t>
            </w:r>
          </w:p>
        </w:tc>
        <w:tc>
          <w:tcPr>
            <w:tcW w:w="10368" w:type="dxa"/>
            <w:tcMar>
              <w:top w:w="80" w:type="dxa"/>
              <w:left w:w="90" w:type="dxa"/>
              <w:bottom w:w="80" w:type="dxa"/>
              <w:right w:w="90" w:type="dxa"/>
            </w:tcMar>
            <w:vAlign w:val="center"/>
          </w:tcPr>
          <w:p w14:paraId="57E059B5" w14:textId="77777777" w:rsidR="005C41BF" w:rsidRDefault="000B3397">
            <w:pPr>
              <w:spacing w:line="252" w:lineRule="auto"/>
            </w:pPr>
            <w:r>
              <w:rPr>
                <w:sz w:val="16"/>
              </w:rPr>
              <w:t>[ ] DDI-C   [ ] DCMI   [ ] Other:</w:t>
            </w:r>
          </w:p>
        </w:tc>
      </w:tr>
      <w:tr w:rsidR="005C41BF" w14:paraId="64714E2A" w14:textId="77777777">
        <w:trPr>
          <w:jc w:val="center"/>
        </w:trPr>
        <w:tc>
          <w:tcPr>
            <w:tcW w:w="3744" w:type="dxa"/>
            <w:tcMar>
              <w:top w:w="80" w:type="dxa"/>
              <w:left w:w="90" w:type="dxa"/>
              <w:bottom w:w="80" w:type="dxa"/>
              <w:right w:w="90" w:type="dxa"/>
            </w:tcMar>
            <w:vAlign w:val="center"/>
          </w:tcPr>
          <w:p w14:paraId="28EE6244" w14:textId="77777777" w:rsidR="005C41BF" w:rsidRDefault="000B3397">
            <w:pPr>
              <w:spacing w:line="252" w:lineRule="auto"/>
            </w:pPr>
            <w:r>
              <w:rPr>
                <w:sz w:val="16"/>
              </w:rPr>
              <w:t>Standard template used</w:t>
            </w:r>
          </w:p>
        </w:tc>
        <w:tc>
          <w:tcPr>
            <w:tcW w:w="10368" w:type="dxa"/>
            <w:tcMar>
              <w:top w:w="80" w:type="dxa"/>
              <w:left w:w="90" w:type="dxa"/>
              <w:bottom w:w="80" w:type="dxa"/>
              <w:right w:w="90" w:type="dxa"/>
            </w:tcMar>
            <w:vAlign w:val="center"/>
          </w:tcPr>
          <w:p w14:paraId="00B7517B" w14:textId="77777777" w:rsidR="005C41BF" w:rsidRDefault="000B3397">
            <w:pPr>
              <w:spacing w:line="252" w:lineRule="auto"/>
            </w:pPr>
            <w:r>
              <w:rPr>
                <w:sz w:val="16"/>
              </w:rPr>
              <w:t>[ ] Yes   [ ] No   [ ] N/A</w:t>
            </w:r>
          </w:p>
        </w:tc>
      </w:tr>
      <w:tr w:rsidR="005C41BF" w14:paraId="10A4B4FF" w14:textId="77777777">
        <w:trPr>
          <w:jc w:val="center"/>
        </w:trPr>
        <w:tc>
          <w:tcPr>
            <w:tcW w:w="3744" w:type="dxa"/>
            <w:tcMar>
              <w:top w:w="80" w:type="dxa"/>
              <w:left w:w="90" w:type="dxa"/>
              <w:bottom w:w="80" w:type="dxa"/>
              <w:right w:w="90" w:type="dxa"/>
            </w:tcMar>
            <w:vAlign w:val="center"/>
          </w:tcPr>
          <w:p w14:paraId="714F43BE" w14:textId="77777777" w:rsidR="005C41BF" w:rsidRDefault="000B3397">
            <w:pPr>
              <w:spacing w:line="252" w:lineRule="auto"/>
            </w:pPr>
            <w:r>
              <w:rPr>
                <w:sz w:val="16"/>
              </w:rPr>
              <w:t>New or revised metadata produced by reviewer</w:t>
            </w:r>
          </w:p>
        </w:tc>
        <w:tc>
          <w:tcPr>
            <w:tcW w:w="10368" w:type="dxa"/>
            <w:tcMar>
              <w:top w:w="80" w:type="dxa"/>
              <w:left w:w="90" w:type="dxa"/>
              <w:bottom w:w="80" w:type="dxa"/>
              <w:right w:w="90" w:type="dxa"/>
            </w:tcMar>
            <w:vAlign w:val="center"/>
          </w:tcPr>
          <w:p w14:paraId="6DD41791" w14:textId="77777777" w:rsidR="005C41BF" w:rsidRDefault="000B3397">
            <w:pPr>
              <w:spacing w:line="252" w:lineRule="auto"/>
            </w:pPr>
            <w:r>
              <w:rPr>
                <w:sz w:val="16"/>
              </w:rPr>
              <w:t>[ ] Yes   [ ] No</w:t>
            </w:r>
          </w:p>
        </w:tc>
      </w:tr>
      <w:tr w:rsidR="005C41BF" w14:paraId="1F0E46B4" w14:textId="77777777">
        <w:trPr>
          <w:jc w:val="center"/>
        </w:trPr>
        <w:tc>
          <w:tcPr>
            <w:tcW w:w="3744" w:type="dxa"/>
            <w:tcMar>
              <w:top w:w="80" w:type="dxa"/>
              <w:left w:w="90" w:type="dxa"/>
              <w:bottom w:w="80" w:type="dxa"/>
              <w:right w:w="90" w:type="dxa"/>
            </w:tcMar>
            <w:vAlign w:val="center"/>
          </w:tcPr>
          <w:p w14:paraId="3D6FED40" w14:textId="77777777" w:rsidR="005C41BF" w:rsidRDefault="000B3397">
            <w:pPr>
              <w:spacing w:line="252" w:lineRule="auto"/>
            </w:pPr>
            <w:r>
              <w:rPr>
                <w:sz w:val="16"/>
              </w:rPr>
              <w:t>Name of revised metadata file, if applicable</w:t>
            </w:r>
          </w:p>
        </w:tc>
        <w:tc>
          <w:tcPr>
            <w:tcW w:w="10368" w:type="dxa"/>
            <w:tcMar>
              <w:top w:w="80" w:type="dxa"/>
              <w:left w:w="90" w:type="dxa"/>
              <w:bottom w:w="80" w:type="dxa"/>
              <w:right w:w="90" w:type="dxa"/>
            </w:tcMar>
            <w:vAlign w:val="center"/>
          </w:tcPr>
          <w:p w14:paraId="4B94D5A5" w14:textId="77777777" w:rsidR="005C41BF" w:rsidRDefault="005C41BF">
            <w:pPr>
              <w:spacing w:line="252" w:lineRule="auto"/>
            </w:pPr>
          </w:p>
        </w:tc>
      </w:tr>
    </w:tbl>
    <w:p w14:paraId="3DEEC669" w14:textId="77777777" w:rsidR="005C41BF" w:rsidRDefault="005C41BF">
      <w:pPr>
        <w:spacing w:after="40"/>
      </w:pPr>
    </w:p>
    <w:p w14:paraId="3656B9AB" w14:textId="77777777" w:rsidR="005C41BF" w:rsidRDefault="000B3397">
      <w:r>
        <w:br w:type="page"/>
      </w:r>
    </w:p>
    <w:p w14:paraId="7A3897FA" w14:textId="77777777" w:rsidR="005C41BF" w:rsidRDefault="000B3397">
      <w:pPr>
        <w:pStyle w:val="Heading1"/>
        <w:spacing w:after="100" w:line="259" w:lineRule="auto"/>
      </w:pPr>
      <w:r>
        <w:rPr>
          <w:b w:val="0"/>
        </w:rPr>
        <w:lastRenderedPageBreak/>
        <w:t>1. Document Description</w:t>
      </w:r>
    </w:p>
    <w:p w14:paraId="4D7BEE5B" w14:textId="77777777" w:rsidR="005C41BF" w:rsidRDefault="000B3397">
      <w:pPr>
        <w:spacing w:after="100" w:line="259" w:lineRule="auto"/>
      </w:pPr>
      <w:r>
        <w:t>The Document Description section describes the metadata record itself. It should identify who produced the metadata, when it was created, the metadata version, and the unique identifier assigned to the metadata document.</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654D6EC8" w14:textId="77777777">
        <w:trPr>
          <w:jc w:val="center"/>
        </w:trPr>
        <w:tc>
          <w:tcPr>
            <w:tcW w:w="2232" w:type="dxa"/>
            <w:shd w:val="clear" w:color="auto" w:fill="1F4E79"/>
            <w:tcMar>
              <w:top w:w="90" w:type="dxa"/>
              <w:left w:w="90" w:type="dxa"/>
              <w:bottom w:w="90" w:type="dxa"/>
              <w:right w:w="90" w:type="dxa"/>
            </w:tcMar>
            <w:vAlign w:val="center"/>
          </w:tcPr>
          <w:p w14:paraId="4E1942CF"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1105A75F"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1B9FBFDD"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3FB250B8"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5CE446E2" w14:textId="77777777" w:rsidR="005C41BF" w:rsidRDefault="000B3397">
            <w:pPr>
              <w:spacing w:line="252" w:lineRule="auto"/>
            </w:pPr>
            <w:r>
              <w:rPr>
                <w:b/>
                <w:color w:val="FFFFFF"/>
                <w:sz w:val="17"/>
              </w:rPr>
              <w:t>Action</w:t>
            </w:r>
          </w:p>
        </w:tc>
      </w:tr>
      <w:tr w:rsidR="005C41BF" w14:paraId="28E92F4A" w14:textId="77777777">
        <w:trPr>
          <w:jc w:val="center"/>
        </w:trPr>
        <w:tc>
          <w:tcPr>
            <w:tcW w:w="2232" w:type="dxa"/>
            <w:tcMar>
              <w:top w:w="80" w:type="dxa"/>
              <w:left w:w="90" w:type="dxa"/>
              <w:bottom w:w="80" w:type="dxa"/>
              <w:right w:w="90" w:type="dxa"/>
            </w:tcMar>
            <w:vAlign w:val="center"/>
          </w:tcPr>
          <w:p w14:paraId="1371BB84" w14:textId="77777777" w:rsidR="005C41BF" w:rsidRDefault="000B3397">
            <w:pPr>
              <w:spacing w:line="252" w:lineRule="auto"/>
            </w:pPr>
            <w:r>
              <w:rPr>
                <w:sz w:val="16"/>
              </w:rPr>
              <w:t>Study title</w:t>
            </w:r>
          </w:p>
        </w:tc>
        <w:tc>
          <w:tcPr>
            <w:tcW w:w="5760" w:type="dxa"/>
            <w:tcMar>
              <w:top w:w="80" w:type="dxa"/>
              <w:left w:w="90" w:type="dxa"/>
              <w:bottom w:w="80" w:type="dxa"/>
              <w:right w:w="90" w:type="dxa"/>
            </w:tcMar>
            <w:vAlign w:val="center"/>
          </w:tcPr>
          <w:p w14:paraId="3F5BD86C" w14:textId="77777777" w:rsidR="005C41BF" w:rsidRDefault="000B3397">
            <w:pPr>
              <w:spacing w:line="252" w:lineRule="auto"/>
            </w:pPr>
            <w:r>
              <w:rPr>
                <w:sz w:val="16"/>
              </w:rPr>
              <w:t>Title is complete, correctly formatted, and consistent with the Study Description.</w:t>
            </w:r>
          </w:p>
        </w:tc>
        <w:tc>
          <w:tcPr>
            <w:tcW w:w="2232" w:type="dxa"/>
            <w:tcMar>
              <w:top w:w="80" w:type="dxa"/>
              <w:left w:w="90" w:type="dxa"/>
              <w:bottom w:w="80" w:type="dxa"/>
              <w:right w:w="90" w:type="dxa"/>
            </w:tcMar>
            <w:vAlign w:val="center"/>
          </w:tcPr>
          <w:p w14:paraId="7CC1A303" w14:textId="64668C83" w:rsidR="005C41BF" w:rsidRDefault="003104C8" w:rsidP="003104C8">
            <w:pPr>
              <w:spacing w:line="252" w:lineRule="auto"/>
            </w:pPr>
            <w:r w:rsidRPr="003104C8">
              <w:rPr>
                <w:sz w:val="16"/>
                <w:szCs w:val="16"/>
              </w:rPr>
              <w:t xml:space="preserve">☐ </w:t>
            </w:r>
            <w:r w:rsidR="00000000" w:rsidRPr="003104C8">
              <w:rPr>
                <w:sz w:val="16"/>
                <w:szCs w:val="16"/>
              </w:rPr>
              <w:t>Provided</w:t>
            </w:r>
            <w:r w:rsidRPr="003104C8">
              <w:rPr>
                <w:sz w:val="16"/>
                <w:szCs w:val="16"/>
              </w:rPr>
              <w:br/>
              <w:t>☐</w:t>
            </w:r>
            <w:r w:rsidR="00000000" w:rsidRPr="003104C8">
              <w:rPr>
                <w:sz w:val="16"/>
                <w:szCs w:val="16"/>
              </w:rPr>
              <w:t xml:space="preserve"> Partially provided</w:t>
            </w:r>
            <w:r w:rsidRPr="003104C8">
              <w:rPr>
                <w:sz w:val="16"/>
                <w:szCs w:val="16"/>
              </w:rPr>
              <w:br/>
              <w:t>☐</w:t>
            </w:r>
            <w:r w:rsidR="00000000" w:rsidRPr="003104C8">
              <w:rPr>
                <w:sz w:val="16"/>
                <w:szCs w:val="16"/>
              </w:rPr>
              <w:t xml:space="preserve"> Not provided</w:t>
            </w:r>
            <w:r w:rsidRPr="003104C8">
              <w:rPr>
                <w:sz w:val="16"/>
                <w:szCs w:val="16"/>
              </w:rPr>
              <w:br/>
              <w:t>☐</w:t>
            </w:r>
            <w:r w:rsidR="00000000" w:rsidRPr="003104C8">
              <w:rPr>
                <w:sz w:val="16"/>
                <w:szCs w:val="16"/>
              </w:rPr>
              <w:t xml:space="preserve"> N/A</w:t>
            </w:r>
          </w:p>
        </w:tc>
        <w:tc>
          <w:tcPr>
            <w:tcW w:w="3096" w:type="dxa"/>
            <w:tcMar>
              <w:top w:w="80" w:type="dxa"/>
              <w:left w:w="90" w:type="dxa"/>
              <w:bottom w:w="80" w:type="dxa"/>
              <w:right w:w="90" w:type="dxa"/>
            </w:tcMar>
            <w:vAlign w:val="center"/>
          </w:tcPr>
          <w:p w14:paraId="45FB0818" w14:textId="77777777" w:rsidR="005C41BF" w:rsidRDefault="005C41BF">
            <w:pPr>
              <w:spacing w:line="252" w:lineRule="auto"/>
            </w:pPr>
          </w:p>
        </w:tc>
        <w:tc>
          <w:tcPr>
            <w:tcW w:w="1512" w:type="dxa"/>
            <w:tcMar>
              <w:top w:w="80" w:type="dxa"/>
              <w:left w:w="90" w:type="dxa"/>
              <w:bottom w:w="80" w:type="dxa"/>
              <w:right w:w="90" w:type="dxa"/>
            </w:tcMar>
            <w:vAlign w:val="center"/>
          </w:tcPr>
          <w:p w14:paraId="3E61791C" w14:textId="02EDCF1C" w:rsidR="005C41BF" w:rsidRDefault="00732C1F" w:rsidP="00732C1F">
            <w:pPr>
              <w:spacing w:line="252" w:lineRule="auto"/>
            </w:pPr>
            <w:r w:rsidRPr="00732C1F">
              <w:rPr>
                <w:sz w:val="16"/>
                <w:szCs w:val="16"/>
              </w:rPr>
              <w:t xml:space="preserve">☐ </w:t>
            </w:r>
            <w:r w:rsidR="00000000" w:rsidRPr="00732C1F">
              <w:rPr>
                <w:sz w:val="16"/>
                <w:szCs w:val="16"/>
              </w:rPr>
              <w:t>None</w:t>
            </w:r>
            <w:r w:rsidRPr="00732C1F">
              <w:rPr>
                <w:sz w:val="16"/>
                <w:szCs w:val="16"/>
              </w:rPr>
              <w:br/>
              <w:t>☐</w:t>
            </w:r>
            <w:r w:rsidR="00000000" w:rsidRPr="00732C1F">
              <w:rPr>
                <w:sz w:val="16"/>
                <w:szCs w:val="16"/>
              </w:rPr>
              <w:t xml:space="preserve"> Add</w:t>
            </w:r>
            <w:r w:rsidRPr="00732C1F">
              <w:rPr>
                <w:sz w:val="16"/>
                <w:szCs w:val="16"/>
              </w:rPr>
              <w:br/>
              <w:t>☐</w:t>
            </w:r>
            <w:r w:rsidR="00000000" w:rsidRPr="00732C1F">
              <w:rPr>
                <w:sz w:val="16"/>
                <w:szCs w:val="16"/>
              </w:rPr>
              <w:t xml:space="preserve"> Fix</w:t>
            </w:r>
            <w:r w:rsidRPr="00732C1F">
              <w:rPr>
                <w:sz w:val="16"/>
                <w:szCs w:val="16"/>
              </w:rPr>
              <w:br/>
              <w:t>☐</w:t>
            </w:r>
            <w:r w:rsidR="00000000" w:rsidRPr="00732C1F">
              <w:rPr>
                <w:sz w:val="16"/>
                <w:szCs w:val="16"/>
              </w:rPr>
              <w:t xml:space="preserve"> Check</w:t>
            </w:r>
          </w:p>
        </w:tc>
      </w:tr>
      <w:tr w:rsidR="005C41BF" w14:paraId="4B9BE12A" w14:textId="77777777">
        <w:trPr>
          <w:jc w:val="center"/>
        </w:trPr>
        <w:tc>
          <w:tcPr>
            <w:tcW w:w="2232" w:type="dxa"/>
            <w:tcMar>
              <w:top w:w="80" w:type="dxa"/>
              <w:left w:w="90" w:type="dxa"/>
              <w:bottom w:w="80" w:type="dxa"/>
              <w:right w:w="90" w:type="dxa"/>
            </w:tcMar>
            <w:vAlign w:val="center"/>
          </w:tcPr>
          <w:p w14:paraId="19D99A1A" w14:textId="77777777" w:rsidR="005C41BF" w:rsidRDefault="000B3397">
            <w:pPr>
              <w:spacing w:line="252" w:lineRule="auto"/>
            </w:pPr>
            <w:r>
              <w:rPr>
                <w:sz w:val="16"/>
              </w:rPr>
              <w:t>Metadata producer</w:t>
            </w:r>
          </w:p>
        </w:tc>
        <w:tc>
          <w:tcPr>
            <w:tcW w:w="5760" w:type="dxa"/>
            <w:tcMar>
              <w:top w:w="80" w:type="dxa"/>
              <w:left w:w="90" w:type="dxa"/>
              <w:bottom w:w="80" w:type="dxa"/>
              <w:right w:w="90" w:type="dxa"/>
            </w:tcMar>
            <w:vAlign w:val="center"/>
          </w:tcPr>
          <w:p w14:paraId="560D86A8" w14:textId="77777777" w:rsidR="005C41BF" w:rsidRDefault="000B3397">
            <w:pPr>
              <w:spacing w:line="252" w:lineRule="auto"/>
            </w:pPr>
            <w:r>
              <w:rPr>
                <w:sz w:val="16"/>
              </w:rPr>
              <w:t>Name and affiliation of the person or organization that produced the metadata are provided.</w:t>
            </w:r>
          </w:p>
        </w:tc>
        <w:tc>
          <w:tcPr>
            <w:tcW w:w="2232" w:type="dxa"/>
            <w:tcMar>
              <w:top w:w="80" w:type="dxa"/>
              <w:left w:w="90" w:type="dxa"/>
              <w:bottom w:w="80" w:type="dxa"/>
              <w:right w:w="90" w:type="dxa"/>
            </w:tcMar>
            <w:vAlign w:val="center"/>
          </w:tcPr>
          <w:p w14:paraId="6868CC74" w14:textId="21D4694D" w:rsidR="005C41BF" w:rsidRDefault="00C9704F" w:rsidP="00C9704F">
            <w:pPr>
              <w:spacing w:line="252" w:lineRule="auto"/>
            </w:pPr>
            <w:r w:rsidRPr="00C9704F">
              <w:rPr>
                <w:sz w:val="16"/>
                <w:szCs w:val="16"/>
              </w:rPr>
              <w:t xml:space="preserve">☐ </w:t>
            </w:r>
            <w:r w:rsidR="00000000" w:rsidRPr="00C9704F">
              <w:rPr>
                <w:sz w:val="16"/>
                <w:szCs w:val="16"/>
              </w:rPr>
              <w:t>Provided</w:t>
            </w:r>
            <w:r w:rsidRPr="00C9704F">
              <w:rPr>
                <w:sz w:val="16"/>
                <w:szCs w:val="16"/>
              </w:rPr>
              <w:br/>
              <w:t>☐</w:t>
            </w:r>
            <w:r w:rsidR="00000000" w:rsidRPr="00C9704F">
              <w:rPr>
                <w:sz w:val="16"/>
                <w:szCs w:val="16"/>
              </w:rPr>
              <w:t xml:space="preserve"> Partially provided</w:t>
            </w:r>
            <w:r w:rsidRPr="00C9704F">
              <w:rPr>
                <w:sz w:val="16"/>
                <w:szCs w:val="16"/>
              </w:rPr>
              <w:br/>
              <w:t>☐</w:t>
            </w:r>
            <w:r w:rsidR="00000000" w:rsidRPr="00C9704F">
              <w:rPr>
                <w:sz w:val="16"/>
                <w:szCs w:val="16"/>
              </w:rPr>
              <w:t xml:space="preserve"> Not provided</w:t>
            </w:r>
            <w:r w:rsidRPr="00C9704F">
              <w:rPr>
                <w:sz w:val="16"/>
                <w:szCs w:val="16"/>
              </w:rPr>
              <w:br/>
              <w:t>☐</w:t>
            </w:r>
            <w:r w:rsidR="00000000" w:rsidRPr="00C9704F">
              <w:rPr>
                <w:sz w:val="16"/>
                <w:szCs w:val="16"/>
              </w:rPr>
              <w:t xml:space="preserve"> N/A</w:t>
            </w:r>
          </w:p>
        </w:tc>
        <w:tc>
          <w:tcPr>
            <w:tcW w:w="3096" w:type="dxa"/>
            <w:tcMar>
              <w:top w:w="80" w:type="dxa"/>
              <w:left w:w="90" w:type="dxa"/>
              <w:bottom w:w="80" w:type="dxa"/>
              <w:right w:w="90" w:type="dxa"/>
            </w:tcMar>
            <w:vAlign w:val="center"/>
          </w:tcPr>
          <w:p w14:paraId="049F31CB" w14:textId="77777777" w:rsidR="005C41BF" w:rsidRDefault="005C41BF">
            <w:pPr>
              <w:spacing w:line="252" w:lineRule="auto"/>
            </w:pPr>
          </w:p>
        </w:tc>
        <w:tc>
          <w:tcPr>
            <w:tcW w:w="1512" w:type="dxa"/>
            <w:tcMar>
              <w:top w:w="80" w:type="dxa"/>
              <w:left w:w="90" w:type="dxa"/>
              <w:bottom w:w="80" w:type="dxa"/>
              <w:right w:w="90" w:type="dxa"/>
            </w:tcMar>
            <w:vAlign w:val="center"/>
          </w:tcPr>
          <w:p w14:paraId="64D6B802" w14:textId="6B332F61" w:rsidR="005C41BF" w:rsidRDefault="00CD0542" w:rsidP="00CD0542">
            <w:pPr>
              <w:spacing w:line="252" w:lineRule="auto"/>
            </w:pPr>
            <w:r w:rsidRPr="00CD0542">
              <w:rPr>
                <w:sz w:val="16"/>
                <w:szCs w:val="16"/>
              </w:rPr>
              <w:t xml:space="preserve">☐ </w:t>
            </w:r>
            <w:r w:rsidR="00000000" w:rsidRPr="00CD0542">
              <w:rPr>
                <w:sz w:val="16"/>
                <w:szCs w:val="16"/>
              </w:rPr>
              <w:t>None</w:t>
            </w:r>
            <w:r w:rsidRPr="00CD0542">
              <w:rPr>
                <w:sz w:val="16"/>
                <w:szCs w:val="16"/>
              </w:rPr>
              <w:br/>
              <w:t>☐</w:t>
            </w:r>
            <w:r w:rsidR="00000000" w:rsidRPr="00CD0542">
              <w:rPr>
                <w:sz w:val="16"/>
                <w:szCs w:val="16"/>
              </w:rPr>
              <w:t xml:space="preserve"> Add</w:t>
            </w:r>
            <w:r w:rsidRPr="00CD0542">
              <w:rPr>
                <w:sz w:val="16"/>
                <w:szCs w:val="16"/>
              </w:rPr>
              <w:br/>
              <w:t>☐</w:t>
            </w:r>
            <w:r w:rsidR="00000000" w:rsidRPr="00CD0542">
              <w:rPr>
                <w:sz w:val="16"/>
                <w:szCs w:val="16"/>
              </w:rPr>
              <w:t xml:space="preserve"> Fix</w:t>
            </w:r>
            <w:r w:rsidRPr="00CD0542">
              <w:rPr>
                <w:sz w:val="16"/>
                <w:szCs w:val="16"/>
              </w:rPr>
              <w:br/>
              <w:t>☐</w:t>
            </w:r>
            <w:r w:rsidR="00000000" w:rsidRPr="00CD0542">
              <w:rPr>
                <w:sz w:val="16"/>
                <w:szCs w:val="16"/>
              </w:rPr>
              <w:t xml:space="preserve"> Check</w:t>
            </w:r>
          </w:p>
        </w:tc>
      </w:tr>
      <w:tr w:rsidR="005C41BF" w14:paraId="08EAC0CA" w14:textId="77777777">
        <w:trPr>
          <w:jc w:val="center"/>
        </w:trPr>
        <w:tc>
          <w:tcPr>
            <w:tcW w:w="2232" w:type="dxa"/>
            <w:tcMar>
              <w:top w:w="80" w:type="dxa"/>
              <w:left w:w="90" w:type="dxa"/>
              <w:bottom w:w="80" w:type="dxa"/>
              <w:right w:w="90" w:type="dxa"/>
            </w:tcMar>
            <w:vAlign w:val="center"/>
          </w:tcPr>
          <w:p w14:paraId="4FE2F48D" w14:textId="77777777" w:rsidR="005C41BF" w:rsidRDefault="000B3397">
            <w:pPr>
              <w:spacing w:line="252" w:lineRule="auto"/>
            </w:pPr>
            <w:r>
              <w:rPr>
                <w:sz w:val="16"/>
              </w:rPr>
              <w:t>Date of production</w:t>
            </w:r>
          </w:p>
        </w:tc>
        <w:tc>
          <w:tcPr>
            <w:tcW w:w="5760" w:type="dxa"/>
            <w:tcMar>
              <w:top w:w="80" w:type="dxa"/>
              <w:left w:w="90" w:type="dxa"/>
              <w:bottom w:w="80" w:type="dxa"/>
              <w:right w:w="90" w:type="dxa"/>
            </w:tcMar>
            <w:vAlign w:val="center"/>
          </w:tcPr>
          <w:p w14:paraId="5D34BEE8" w14:textId="77777777" w:rsidR="005C41BF" w:rsidRDefault="000B3397">
            <w:pPr>
              <w:spacing w:line="252" w:lineRule="auto"/>
            </w:pPr>
            <w:r>
              <w:rPr>
                <w:sz w:val="16"/>
              </w:rPr>
              <w:t>Date is provided in a consistent format, preferably ISO format.</w:t>
            </w:r>
          </w:p>
        </w:tc>
        <w:tc>
          <w:tcPr>
            <w:tcW w:w="2232" w:type="dxa"/>
            <w:tcMar>
              <w:top w:w="80" w:type="dxa"/>
              <w:left w:w="90" w:type="dxa"/>
              <w:bottom w:w="80" w:type="dxa"/>
              <w:right w:w="90" w:type="dxa"/>
            </w:tcMar>
            <w:vAlign w:val="center"/>
          </w:tcPr>
          <w:p w14:paraId="79F38078" w14:textId="51DBEFFB" w:rsidR="005C41BF" w:rsidRDefault="00072B12" w:rsidP="00072B12">
            <w:pPr>
              <w:spacing w:line="252" w:lineRule="auto"/>
            </w:pPr>
            <w:r w:rsidRPr="00072B12">
              <w:rPr>
                <w:sz w:val="16"/>
                <w:szCs w:val="16"/>
              </w:rPr>
              <w:t xml:space="preserve">☐ </w:t>
            </w:r>
            <w:r w:rsidR="00000000" w:rsidRPr="00072B12">
              <w:rPr>
                <w:sz w:val="16"/>
                <w:szCs w:val="16"/>
              </w:rPr>
              <w:t>Provided</w:t>
            </w:r>
            <w:r w:rsidRPr="00072B12">
              <w:rPr>
                <w:sz w:val="16"/>
                <w:szCs w:val="16"/>
              </w:rPr>
              <w:br/>
              <w:t>☐</w:t>
            </w:r>
            <w:r w:rsidR="00000000" w:rsidRPr="00072B12">
              <w:rPr>
                <w:sz w:val="16"/>
                <w:szCs w:val="16"/>
              </w:rPr>
              <w:t xml:space="preserve"> Partially provided</w:t>
            </w:r>
            <w:r w:rsidRPr="00072B12">
              <w:rPr>
                <w:sz w:val="16"/>
                <w:szCs w:val="16"/>
              </w:rPr>
              <w:br/>
              <w:t>☐</w:t>
            </w:r>
            <w:r w:rsidR="00000000" w:rsidRPr="00072B12">
              <w:rPr>
                <w:sz w:val="16"/>
                <w:szCs w:val="16"/>
              </w:rPr>
              <w:t xml:space="preserve"> Not provided</w:t>
            </w:r>
            <w:r w:rsidRPr="00072B12">
              <w:rPr>
                <w:sz w:val="16"/>
                <w:szCs w:val="16"/>
              </w:rPr>
              <w:br/>
              <w:t>☐</w:t>
            </w:r>
            <w:r w:rsidR="00000000" w:rsidRPr="00072B12">
              <w:rPr>
                <w:sz w:val="16"/>
                <w:szCs w:val="16"/>
              </w:rPr>
              <w:t xml:space="preserve"> N/A</w:t>
            </w:r>
          </w:p>
        </w:tc>
        <w:tc>
          <w:tcPr>
            <w:tcW w:w="3096" w:type="dxa"/>
            <w:tcMar>
              <w:top w:w="80" w:type="dxa"/>
              <w:left w:w="90" w:type="dxa"/>
              <w:bottom w:w="80" w:type="dxa"/>
              <w:right w:w="90" w:type="dxa"/>
            </w:tcMar>
            <w:vAlign w:val="center"/>
          </w:tcPr>
          <w:p w14:paraId="53128261" w14:textId="77777777" w:rsidR="005C41BF" w:rsidRDefault="005C41BF">
            <w:pPr>
              <w:spacing w:line="252" w:lineRule="auto"/>
            </w:pPr>
          </w:p>
        </w:tc>
        <w:tc>
          <w:tcPr>
            <w:tcW w:w="1512" w:type="dxa"/>
            <w:tcMar>
              <w:top w:w="80" w:type="dxa"/>
              <w:left w:w="90" w:type="dxa"/>
              <w:bottom w:w="80" w:type="dxa"/>
              <w:right w:w="90" w:type="dxa"/>
            </w:tcMar>
            <w:vAlign w:val="center"/>
          </w:tcPr>
          <w:p w14:paraId="04527947" w14:textId="6404DA7F" w:rsidR="005C41BF" w:rsidRDefault="006F3055" w:rsidP="006F3055">
            <w:pPr>
              <w:spacing w:line="252" w:lineRule="auto"/>
            </w:pPr>
            <w:r w:rsidRPr="006F3055">
              <w:rPr>
                <w:sz w:val="16"/>
                <w:szCs w:val="16"/>
              </w:rPr>
              <w:t xml:space="preserve">☐ </w:t>
            </w:r>
            <w:r w:rsidR="00000000" w:rsidRPr="006F3055">
              <w:rPr>
                <w:sz w:val="16"/>
                <w:szCs w:val="16"/>
              </w:rPr>
              <w:t>None</w:t>
            </w:r>
            <w:r w:rsidRPr="006F3055">
              <w:rPr>
                <w:sz w:val="16"/>
                <w:szCs w:val="16"/>
              </w:rPr>
              <w:br/>
              <w:t>☐</w:t>
            </w:r>
            <w:r w:rsidR="00000000" w:rsidRPr="006F3055">
              <w:rPr>
                <w:sz w:val="16"/>
                <w:szCs w:val="16"/>
              </w:rPr>
              <w:t xml:space="preserve"> Add</w:t>
            </w:r>
            <w:r w:rsidRPr="006F3055">
              <w:rPr>
                <w:sz w:val="16"/>
                <w:szCs w:val="16"/>
              </w:rPr>
              <w:br/>
              <w:t>☐</w:t>
            </w:r>
            <w:r w:rsidR="00000000" w:rsidRPr="006F3055">
              <w:rPr>
                <w:sz w:val="16"/>
                <w:szCs w:val="16"/>
              </w:rPr>
              <w:t xml:space="preserve"> Fix</w:t>
            </w:r>
            <w:r w:rsidRPr="006F3055">
              <w:rPr>
                <w:sz w:val="16"/>
                <w:szCs w:val="16"/>
              </w:rPr>
              <w:br/>
              <w:t>☐</w:t>
            </w:r>
            <w:r w:rsidR="00000000" w:rsidRPr="006F3055">
              <w:rPr>
                <w:sz w:val="16"/>
                <w:szCs w:val="16"/>
              </w:rPr>
              <w:t xml:space="preserve"> Check</w:t>
            </w:r>
          </w:p>
        </w:tc>
      </w:tr>
      <w:tr w:rsidR="005C41BF" w14:paraId="41BEA08E" w14:textId="77777777">
        <w:trPr>
          <w:jc w:val="center"/>
        </w:trPr>
        <w:tc>
          <w:tcPr>
            <w:tcW w:w="2232" w:type="dxa"/>
            <w:tcMar>
              <w:top w:w="80" w:type="dxa"/>
              <w:left w:w="90" w:type="dxa"/>
              <w:bottom w:w="80" w:type="dxa"/>
              <w:right w:w="90" w:type="dxa"/>
            </w:tcMar>
            <w:vAlign w:val="center"/>
          </w:tcPr>
          <w:p w14:paraId="25D3C29B" w14:textId="77777777" w:rsidR="005C41BF" w:rsidRDefault="000B3397">
            <w:pPr>
              <w:spacing w:line="252" w:lineRule="auto"/>
            </w:pPr>
            <w:r>
              <w:rPr>
                <w:sz w:val="16"/>
              </w:rPr>
              <w:t>DDI document version</w:t>
            </w:r>
          </w:p>
        </w:tc>
        <w:tc>
          <w:tcPr>
            <w:tcW w:w="5760" w:type="dxa"/>
            <w:tcMar>
              <w:top w:w="80" w:type="dxa"/>
              <w:left w:w="90" w:type="dxa"/>
              <w:bottom w:w="80" w:type="dxa"/>
              <w:right w:w="90" w:type="dxa"/>
            </w:tcMar>
            <w:vAlign w:val="center"/>
          </w:tcPr>
          <w:p w14:paraId="37D7A842" w14:textId="77777777" w:rsidR="005C41BF" w:rsidRDefault="000B3397">
            <w:pPr>
              <w:spacing w:line="252" w:lineRule="auto"/>
            </w:pPr>
            <w:r>
              <w:rPr>
                <w:sz w:val="16"/>
              </w:rPr>
              <w:t>Metadata version is provided and follows the agreed versioning convention.</w:t>
            </w:r>
          </w:p>
        </w:tc>
        <w:tc>
          <w:tcPr>
            <w:tcW w:w="2232" w:type="dxa"/>
            <w:tcMar>
              <w:top w:w="80" w:type="dxa"/>
              <w:left w:w="90" w:type="dxa"/>
              <w:bottom w:w="80" w:type="dxa"/>
              <w:right w:w="90" w:type="dxa"/>
            </w:tcMar>
            <w:vAlign w:val="center"/>
          </w:tcPr>
          <w:p w14:paraId="0B8A5FEB" w14:textId="559A07CE" w:rsidR="005C41BF" w:rsidRDefault="00034D76" w:rsidP="00034D76">
            <w:pPr>
              <w:spacing w:line="252" w:lineRule="auto"/>
            </w:pPr>
            <w:r w:rsidRPr="00034D76">
              <w:rPr>
                <w:sz w:val="16"/>
                <w:szCs w:val="16"/>
              </w:rPr>
              <w:t xml:space="preserve">☐ </w:t>
            </w:r>
            <w:r w:rsidR="00000000" w:rsidRPr="00034D76">
              <w:rPr>
                <w:sz w:val="16"/>
                <w:szCs w:val="16"/>
              </w:rPr>
              <w:t>Provided</w:t>
            </w:r>
            <w:r w:rsidRPr="00034D76">
              <w:rPr>
                <w:sz w:val="16"/>
                <w:szCs w:val="16"/>
              </w:rPr>
              <w:br/>
              <w:t>☐</w:t>
            </w:r>
            <w:r w:rsidR="00000000" w:rsidRPr="00034D76">
              <w:rPr>
                <w:sz w:val="16"/>
                <w:szCs w:val="16"/>
              </w:rPr>
              <w:t xml:space="preserve"> Partially provided</w:t>
            </w:r>
            <w:r w:rsidRPr="00034D76">
              <w:rPr>
                <w:sz w:val="16"/>
                <w:szCs w:val="16"/>
              </w:rPr>
              <w:br/>
              <w:t>☐</w:t>
            </w:r>
            <w:r w:rsidR="00000000" w:rsidRPr="00034D76">
              <w:rPr>
                <w:sz w:val="16"/>
                <w:szCs w:val="16"/>
              </w:rPr>
              <w:t xml:space="preserve"> Not provided</w:t>
            </w:r>
            <w:r w:rsidRPr="00034D76">
              <w:rPr>
                <w:sz w:val="16"/>
                <w:szCs w:val="16"/>
              </w:rPr>
              <w:br/>
              <w:t>☐</w:t>
            </w:r>
            <w:r w:rsidR="00000000" w:rsidRPr="00034D76">
              <w:rPr>
                <w:sz w:val="16"/>
                <w:szCs w:val="16"/>
              </w:rPr>
              <w:t xml:space="preserve"> N/A</w:t>
            </w:r>
          </w:p>
        </w:tc>
        <w:tc>
          <w:tcPr>
            <w:tcW w:w="3096" w:type="dxa"/>
            <w:tcMar>
              <w:top w:w="80" w:type="dxa"/>
              <w:left w:w="90" w:type="dxa"/>
              <w:bottom w:w="80" w:type="dxa"/>
              <w:right w:w="90" w:type="dxa"/>
            </w:tcMar>
            <w:vAlign w:val="center"/>
          </w:tcPr>
          <w:p w14:paraId="62486C05" w14:textId="77777777" w:rsidR="005C41BF" w:rsidRDefault="005C41BF">
            <w:pPr>
              <w:spacing w:line="252" w:lineRule="auto"/>
            </w:pPr>
          </w:p>
        </w:tc>
        <w:tc>
          <w:tcPr>
            <w:tcW w:w="1512" w:type="dxa"/>
            <w:tcMar>
              <w:top w:w="80" w:type="dxa"/>
              <w:left w:w="90" w:type="dxa"/>
              <w:bottom w:w="80" w:type="dxa"/>
              <w:right w:w="90" w:type="dxa"/>
            </w:tcMar>
            <w:vAlign w:val="center"/>
          </w:tcPr>
          <w:p w14:paraId="6941FF6F" w14:textId="2A0599C9" w:rsidR="005C41BF" w:rsidRDefault="00363D03" w:rsidP="00363D03">
            <w:pPr>
              <w:spacing w:line="252" w:lineRule="auto"/>
            </w:pPr>
            <w:r w:rsidRPr="00363D03">
              <w:rPr>
                <w:sz w:val="16"/>
                <w:szCs w:val="16"/>
              </w:rPr>
              <w:t xml:space="preserve">☐ </w:t>
            </w:r>
            <w:r w:rsidR="00000000" w:rsidRPr="00363D03">
              <w:rPr>
                <w:sz w:val="16"/>
                <w:szCs w:val="16"/>
              </w:rPr>
              <w:t>None</w:t>
            </w:r>
            <w:r w:rsidRPr="00363D03">
              <w:rPr>
                <w:sz w:val="16"/>
                <w:szCs w:val="16"/>
              </w:rPr>
              <w:br/>
              <w:t>☐</w:t>
            </w:r>
            <w:r w:rsidR="00000000" w:rsidRPr="00363D03">
              <w:rPr>
                <w:sz w:val="16"/>
                <w:szCs w:val="16"/>
              </w:rPr>
              <w:t xml:space="preserve"> Add</w:t>
            </w:r>
            <w:r w:rsidRPr="00363D03">
              <w:rPr>
                <w:sz w:val="16"/>
                <w:szCs w:val="16"/>
              </w:rPr>
              <w:br/>
              <w:t>☐</w:t>
            </w:r>
            <w:r w:rsidR="00000000" w:rsidRPr="00363D03">
              <w:rPr>
                <w:sz w:val="16"/>
                <w:szCs w:val="16"/>
              </w:rPr>
              <w:t xml:space="preserve"> Fix</w:t>
            </w:r>
            <w:r w:rsidRPr="00363D03">
              <w:rPr>
                <w:sz w:val="16"/>
                <w:szCs w:val="16"/>
              </w:rPr>
              <w:br/>
              <w:t>☐</w:t>
            </w:r>
            <w:r w:rsidR="00000000" w:rsidRPr="00363D03">
              <w:rPr>
                <w:sz w:val="16"/>
                <w:szCs w:val="16"/>
              </w:rPr>
              <w:t xml:space="preserve"> Check</w:t>
            </w:r>
          </w:p>
        </w:tc>
      </w:tr>
      <w:tr w:rsidR="005C41BF" w14:paraId="7C880602" w14:textId="77777777">
        <w:trPr>
          <w:jc w:val="center"/>
        </w:trPr>
        <w:tc>
          <w:tcPr>
            <w:tcW w:w="2232" w:type="dxa"/>
            <w:tcMar>
              <w:top w:w="80" w:type="dxa"/>
              <w:left w:w="90" w:type="dxa"/>
              <w:bottom w:w="80" w:type="dxa"/>
              <w:right w:w="90" w:type="dxa"/>
            </w:tcMar>
            <w:vAlign w:val="center"/>
          </w:tcPr>
          <w:p w14:paraId="4E522401" w14:textId="77777777" w:rsidR="005C41BF" w:rsidRDefault="000B3397">
            <w:pPr>
              <w:spacing w:line="252" w:lineRule="auto"/>
            </w:pPr>
            <w:r>
              <w:rPr>
                <w:sz w:val="16"/>
              </w:rPr>
              <w:t>DDI document ID</w:t>
            </w:r>
          </w:p>
        </w:tc>
        <w:tc>
          <w:tcPr>
            <w:tcW w:w="5760" w:type="dxa"/>
            <w:tcMar>
              <w:top w:w="80" w:type="dxa"/>
              <w:left w:w="90" w:type="dxa"/>
              <w:bottom w:w="80" w:type="dxa"/>
              <w:right w:w="90" w:type="dxa"/>
            </w:tcMar>
            <w:vAlign w:val="center"/>
          </w:tcPr>
          <w:p w14:paraId="7888B3BD" w14:textId="77777777" w:rsidR="005C41BF" w:rsidRDefault="000B3397">
            <w:pPr>
              <w:spacing w:line="252" w:lineRule="auto"/>
            </w:pPr>
            <w:r>
              <w:rPr>
                <w:sz w:val="16"/>
              </w:rPr>
              <w:t>Identifier is provided and consistent with the Study Description ID, where applicable.</w:t>
            </w:r>
          </w:p>
        </w:tc>
        <w:tc>
          <w:tcPr>
            <w:tcW w:w="2232" w:type="dxa"/>
            <w:tcMar>
              <w:top w:w="80" w:type="dxa"/>
              <w:left w:w="90" w:type="dxa"/>
              <w:bottom w:w="80" w:type="dxa"/>
              <w:right w:w="90" w:type="dxa"/>
            </w:tcMar>
            <w:vAlign w:val="center"/>
          </w:tcPr>
          <w:p w14:paraId="21BDE3D3" w14:textId="349D4510" w:rsidR="005C41BF" w:rsidRDefault="001C4A79" w:rsidP="001C4A79">
            <w:pPr>
              <w:spacing w:line="252" w:lineRule="auto"/>
            </w:pPr>
            <w:r w:rsidRPr="001C4A79">
              <w:rPr>
                <w:sz w:val="16"/>
                <w:szCs w:val="16"/>
              </w:rPr>
              <w:t xml:space="preserve">☐ </w:t>
            </w:r>
            <w:r w:rsidR="00000000" w:rsidRPr="001C4A79">
              <w:rPr>
                <w:sz w:val="16"/>
                <w:szCs w:val="16"/>
              </w:rPr>
              <w:t>Provided</w:t>
            </w:r>
            <w:r w:rsidRPr="001C4A79">
              <w:rPr>
                <w:sz w:val="16"/>
                <w:szCs w:val="16"/>
              </w:rPr>
              <w:br/>
              <w:t>☐</w:t>
            </w:r>
            <w:r w:rsidR="00000000" w:rsidRPr="001C4A79">
              <w:rPr>
                <w:sz w:val="16"/>
                <w:szCs w:val="16"/>
              </w:rPr>
              <w:t xml:space="preserve"> Partially provided</w:t>
            </w:r>
            <w:r w:rsidRPr="001C4A79">
              <w:rPr>
                <w:sz w:val="16"/>
                <w:szCs w:val="16"/>
              </w:rPr>
              <w:br/>
              <w:t>☐</w:t>
            </w:r>
            <w:r w:rsidR="00000000" w:rsidRPr="001C4A79">
              <w:rPr>
                <w:sz w:val="16"/>
                <w:szCs w:val="16"/>
              </w:rPr>
              <w:t xml:space="preserve"> Not provided</w:t>
            </w:r>
            <w:r w:rsidRPr="001C4A79">
              <w:rPr>
                <w:sz w:val="16"/>
                <w:szCs w:val="16"/>
              </w:rPr>
              <w:br/>
              <w:t>☐</w:t>
            </w:r>
            <w:r w:rsidR="00000000" w:rsidRPr="001C4A79">
              <w:rPr>
                <w:sz w:val="16"/>
                <w:szCs w:val="16"/>
              </w:rPr>
              <w:t xml:space="preserve"> N/A</w:t>
            </w:r>
          </w:p>
        </w:tc>
        <w:tc>
          <w:tcPr>
            <w:tcW w:w="3096" w:type="dxa"/>
            <w:tcMar>
              <w:top w:w="80" w:type="dxa"/>
              <w:left w:w="90" w:type="dxa"/>
              <w:bottom w:w="80" w:type="dxa"/>
              <w:right w:w="90" w:type="dxa"/>
            </w:tcMar>
            <w:vAlign w:val="center"/>
          </w:tcPr>
          <w:p w14:paraId="4101652C" w14:textId="77777777" w:rsidR="005C41BF" w:rsidRDefault="005C41BF">
            <w:pPr>
              <w:spacing w:line="252" w:lineRule="auto"/>
            </w:pPr>
          </w:p>
        </w:tc>
        <w:tc>
          <w:tcPr>
            <w:tcW w:w="1512" w:type="dxa"/>
            <w:tcMar>
              <w:top w:w="80" w:type="dxa"/>
              <w:left w:w="90" w:type="dxa"/>
              <w:bottom w:w="80" w:type="dxa"/>
              <w:right w:w="90" w:type="dxa"/>
            </w:tcMar>
            <w:vAlign w:val="center"/>
          </w:tcPr>
          <w:p w14:paraId="20107858" w14:textId="1DAB51A8" w:rsidR="005C41BF" w:rsidRDefault="00323779" w:rsidP="00323779">
            <w:pPr>
              <w:spacing w:line="252" w:lineRule="auto"/>
            </w:pPr>
            <w:r w:rsidRPr="00323779">
              <w:rPr>
                <w:sz w:val="16"/>
                <w:szCs w:val="16"/>
              </w:rPr>
              <w:t xml:space="preserve">☐ </w:t>
            </w:r>
            <w:r w:rsidR="00000000" w:rsidRPr="00323779">
              <w:rPr>
                <w:sz w:val="16"/>
                <w:szCs w:val="16"/>
              </w:rPr>
              <w:t>None</w:t>
            </w:r>
            <w:r w:rsidRPr="00323779">
              <w:rPr>
                <w:sz w:val="16"/>
                <w:szCs w:val="16"/>
              </w:rPr>
              <w:br/>
              <w:t>☐</w:t>
            </w:r>
            <w:r w:rsidR="00000000" w:rsidRPr="00323779">
              <w:rPr>
                <w:sz w:val="16"/>
                <w:szCs w:val="16"/>
              </w:rPr>
              <w:t xml:space="preserve"> Add</w:t>
            </w:r>
            <w:r w:rsidRPr="00323779">
              <w:rPr>
                <w:sz w:val="16"/>
                <w:szCs w:val="16"/>
              </w:rPr>
              <w:br/>
              <w:t>☐</w:t>
            </w:r>
            <w:r w:rsidR="00000000" w:rsidRPr="00323779">
              <w:rPr>
                <w:sz w:val="16"/>
                <w:szCs w:val="16"/>
              </w:rPr>
              <w:t xml:space="preserve"> Fix</w:t>
            </w:r>
            <w:r w:rsidRPr="00323779">
              <w:rPr>
                <w:sz w:val="16"/>
                <w:szCs w:val="16"/>
              </w:rPr>
              <w:br/>
              <w:t>☐</w:t>
            </w:r>
            <w:r w:rsidR="00000000" w:rsidRPr="00323779">
              <w:rPr>
                <w:sz w:val="16"/>
                <w:szCs w:val="16"/>
              </w:rPr>
              <w:t xml:space="preserve"> Check</w:t>
            </w:r>
          </w:p>
        </w:tc>
      </w:tr>
      <w:tr w:rsidR="005C41BF" w14:paraId="745D1DD8" w14:textId="77777777">
        <w:trPr>
          <w:jc w:val="center"/>
        </w:trPr>
        <w:tc>
          <w:tcPr>
            <w:tcW w:w="2232" w:type="dxa"/>
            <w:tcMar>
              <w:top w:w="80" w:type="dxa"/>
              <w:left w:w="90" w:type="dxa"/>
              <w:bottom w:w="80" w:type="dxa"/>
              <w:right w:w="90" w:type="dxa"/>
            </w:tcMar>
            <w:vAlign w:val="center"/>
          </w:tcPr>
          <w:p w14:paraId="3B29163E" w14:textId="77777777" w:rsidR="005C41BF" w:rsidRDefault="000B3397">
            <w:pPr>
              <w:spacing w:line="252" w:lineRule="auto"/>
            </w:pPr>
            <w:r>
              <w:rPr>
                <w:sz w:val="16"/>
              </w:rPr>
              <w:t>Revision history</w:t>
            </w:r>
          </w:p>
        </w:tc>
        <w:tc>
          <w:tcPr>
            <w:tcW w:w="5760" w:type="dxa"/>
            <w:tcMar>
              <w:top w:w="80" w:type="dxa"/>
              <w:left w:w="90" w:type="dxa"/>
              <w:bottom w:w="80" w:type="dxa"/>
              <w:right w:w="90" w:type="dxa"/>
            </w:tcMar>
            <w:vAlign w:val="center"/>
          </w:tcPr>
          <w:p w14:paraId="7B1BAFD5" w14:textId="77777777" w:rsidR="005C41BF" w:rsidRDefault="000B3397">
            <w:pPr>
              <w:spacing w:line="252" w:lineRule="auto"/>
            </w:pPr>
            <w:r>
              <w:rPr>
                <w:sz w:val="16"/>
              </w:rPr>
              <w:t>Major changes to the metadata record are documented, where relevant.</w:t>
            </w:r>
          </w:p>
        </w:tc>
        <w:tc>
          <w:tcPr>
            <w:tcW w:w="2232" w:type="dxa"/>
            <w:tcMar>
              <w:top w:w="80" w:type="dxa"/>
              <w:left w:w="90" w:type="dxa"/>
              <w:bottom w:w="80" w:type="dxa"/>
              <w:right w:w="90" w:type="dxa"/>
            </w:tcMar>
            <w:vAlign w:val="center"/>
          </w:tcPr>
          <w:p w14:paraId="1A2550CE" w14:textId="692E690A" w:rsidR="005C41BF" w:rsidRDefault="00DC2273" w:rsidP="00DC2273">
            <w:pPr>
              <w:spacing w:line="252" w:lineRule="auto"/>
            </w:pPr>
            <w:r w:rsidRPr="00DC2273">
              <w:rPr>
                <w:sz w:val="16"/>
                <w:szCs w:val="16"/>
              </w:rPr>
              <w:t xml:space="preserve">☐ </w:t>
            </w:r>
            <w:r w:rsidR="00000000" w:rsidRPr="00DC2273">
              <w:rPr>
                <w:sz w:val="16"/>
                <w:szCs w:val="16"/>
              </w:rPr>
              <w:t>Provided</w:t>
            </w:r>
            <w:r w:rsidRPr="00DC2273">
              <w:rPr>
                <w:sz w:val="16"/>
                <w:szCs w:val="16"/>
              </w:rPr>
              <w:br/>
              <w:t>☐</w:t>
            </w:r>
            <w:r w:rsidR="00000000" w:rsidRPr="00DC2273">
              <w:rPr>
                <w:sz w:val="16"/>
                <w:szCs w:val="16"/>
              </w:rPr>
              <w:t xml:space="preserve"> Partially provided</w:t>
            </w:r>
            <w:r w:rsidRPr="00DC2273">
              <w:rPr>
                <w:sz w:val="16"/>
                <w:szCs w:val="16"/>
              </w:rPr>
              <w:br/>
              <w:t>☐</w:t>
            </w:r>
            <w:r w:rsidR="00000000" w:rsidRPr="00DC2273">
              <w:rPr>
                <w:sz w:val="16"/>
                <w:szCs w:val="16"/>
              </w:rPr>
              <w:t xml:space="preserve"> Not provided</w:t>
            </w:r>
            <w:r w:rsidRPr="00DC2273">
              <w:rPr>
                <w:sz w:val="16"/>
                <w:szCs w:val="16"/>
              </w:rPr>
              <w:br/>
              <w:t>☐</w:t>
            </w:r>
            <w:r w:rsidR="00000000" w:rsidRPr="00DC2273">
              <w:rPr>
                <w:sz w:val="16"/>
                <w:szCs w:val="16"/>
              </w:rPr>
              <w:t xml:space="preserve"> N/A</w:t>
            </w:r>
          </w:p>
        </w:tc>
        <w:tc>
          <w:tcPr>
            <w:tcW w:w="3096" w:type="dxa"/>
            <w:tcMar>
              <w:top w:w="80" w:type="dxa"/>
              <w:left w:w="90" w:type="dxa"/>
              <w:bottom w:w="80" w:type="dxa"/>
              <w:right w:w="90" w:type="dxa"/>
            </w:tcMar>
            <w:vAlign w:val="center"/>
          </w:tcPr>
          <w:p w14:paraId="4B99056E" w14:textId="77777777" w:rsidR="005C41BF" w:rsidRDefault="005C41BF">
            <w:pPr>
              <w:spacing w:line="252" w:lineRule="auto"/>
            </w:pPr>
          </w:p>
        </w:tc>
        <w:tc>
          <w:tcPr>
            <w:tcW w:w="1512" w:type="dxa"/>
            <w:tcMar>
              <w:top w:w="80" w:type="dxa"/>
              <w:left w:w="90" w:type="dxa"/>
              <w:bottom w:w="80" w:type="dxa"/>
              <w:right w:w="90" w:type="dxa"/>
            </w:tcMar>
            <w:vAlign w:val="center"/>
          </w:tcPr>
          <w:p w14:paraId="2CFA3697" w14:textId="79DCABFD" w:rsidR="005C41BF" w:rsidRDefault="00D26916" w:rsidP="00D26916">
            <w:pPr>
              <w:spacing w:line="252" w:lineRule="auto"/>
            </w:pPr>
            <w:r w:rsidRPr="00D26916">
              <w:rPr>
                <w:sz w:val="16"/>
                <w:szCs w:val="16"/>
              </w:rPr>
              <w:t xml:space="preserve">☐ </w:t>
            </w:r>
            <w:r w:rsidR="00000000" w:rsidRPr="00D26916">
              <w:rPr>
                <w:sz w:val="16"/>
                <w:szCs w:val="16"/>
              </w:rPr>
              <w:t>None</w:t>
            </w:r>
            <w:r w:rsidRPr="00D26916">
              <w:rPr>
                <w:sz w:val="16"/>
                <w:szCs w:val="16"/>
              </w:rPr>
              <w:br/>
              <w:t>☐</w:t>
            </w:r>
            <w:r w:rsidR="00000000" w:rsidRPr="00D26916">
              <w:rPr>
                <w:sz w:val="16"/>
                <w:szCs w:val="16"/>
              </w:rPr>
              <w:t xml:space="preserve"> Add</w:t>
            </w:r>
            <w:r w:rsidRPr="00D26916">
              <w:rPr>
                <w:sz w:val="16"/>
                <w:szCs w:val="16"/>
              </w:rPr>
              <w:br/>
              <w:t>☐</w:t>
            </w:r>
            <w:r w:rsidR="00000000" w:rsidRPr="00D26916">
              <w:rPr>
                <w:sz w:val="16"/>
                <w:szCs w:val="16"/>
              </w:rPr>
              <w:t xml:space="preserve"> Fix</w:t>
            </w:r>
            <w:r w:rsidRPr="00D26916">
              <w:rPr>
                <w:sz w:val="16"/>
                <w:szCs w:val="16"/>
              </w:rPr>
              <w:br/>
              <w:t>☐</w:t>
            </w:r>
            <w:r w:rsidR="00000000" w:rsidRPr="00D26916">
              <w:rPr>
                <w:sz w:val="16"/>
                <w:szCs w:val="16"/>
              </w:rPr>
              <w:t xml:space="preserve"> Check</w:t>
            </w:r>
          </w:p>
        </w:tc>
      </w:tr>
    </w:tbl>
    <w:p w14:paraId="1299C43A" w14:textId="77777777" w:rsidR="005C41BF" w:rsidRDefault="005C41BF">
      <w:pPr>
        <w:spacing w:after="40"/>
      </w:pPr>
    </w:p>
    <w:p w14:paraId="4DDBEF00" w14:textId="77777777" w:rsidR="005C41BF" w:rsidRDefault="000B3397">
      <w:r>
        <w:br w:type="page"/>
      </w:r>
    </w:p>
    <w:p w14:paraId="4AB20844" w14:textId="77777777" w:rsidR="005C41BF" w:rsidRDefault="000B3397">
      <w:pPr>
        <w:pStyle w:val="Heading1"/>
        <w:spacing w:after="100" w:line="259" w:lineRule="auto"/>
      </w:pPr>
      <w:r>
        <w:rPr>
          <w:b w:val="0"/>
        </w:rPr>
        <w:lastRenderedPageBreak/>
        <w:t>2. Study Description - Identification</w:t>
      </w:r>
    </w:p>
    <w:p w14:paraId="67D31250" w14:textId="77777777" w:rsidR="005C41BF" w:rsidRDefault="000B3397">
      <w:pPr>
        <w:spacing w:after="100" w:line="259" w:lineRule="auto"/>
      </w:pPr>
      <w:r>
        <w:t>This section captures core identifying information about the study.</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4C6F9217" w14:textId="77777777">
        <w:trPr>
          <w:jc w:val="center"/>
        </w:trPr>
        <w:tc>
          <w:tcPr>
            <w:tcW w:w="2232" w:type="dxa"/>
            <w:shd w:val="clear" w:color="auto" w:fill="1F4E79"/>
            <w:tcMar>
              <w:top w:w="90" w:type="dxa"/>
              <w:left w:w="90" w:type="dxa"/>
              <w:bottom w:w="90" w:type="dxa"/>
              <w:right w:w="90" w:type="dxa"/>
            </w:tcMar>
            <w:vAlign w:val="center"/>
          </w:tcPr>
          <w:p w14:paraId="7FFB1DEF"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000FC6AD"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72F77DC3"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7C320018"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2DEDCF4F" w14:textId="77777777" w:rsidR="005C41BF" w:rsidRDefault="000B3397">
            <w:pPr>
              <w:spacing w:line="252" w:lineRule="auto"/>
            </w:pPr>
            <w:r>
              <w:rPr>
                <w:b/>
                <w:color w:val="FFFFFF"/>
                <w:sz w:val="17"/>
              </w:rPr>
              <w:t>Action</w:t>
            </w:r>
          </w:p>
        </w:tc>
      </w:tr>
      <w:tr w:rsidR="005C41BF" w14:paraId="63D720E7" w14:textId="77777777">
        <w:trPr>
          <w:jc w:val="center"/>
        </w:trPr>
        <w:tc>
          <w:tcPr>
            <w:tcW w:w="2232" w:type="dxa"/>
            <w:tcMar>
              <w:top w:w="80" w:type="dxa"/>
              <w:left w:w="90" w:type="dxa"/>
              <w:bottom w:w="80" w:type="dxa"/>
              <w:right w:w="90" w:type="dxa"/>
            </w:tcMar>
            <w:vAlign w:val="center"/>
          </w:tcPr>
          <w:p w14:paraId="59AD10AE" w14:textId="77777777" w:rsidR="005C41BF" w:rsidRDefault="000B3397">
            <w:pPr>
              <w:spacing w:line="252" w:lineRule="auto"/>
            </w:pPr>
            <w:r>
              <w:rPr>
                <w:sz w:val="16"/>
              </w:rPr>
              <w:t>Title</w:t>
            </w:r>
          </w:p>
        </w:tc>
        <w:tc>
          <w:tcPr>
            <w:tcW w:w="5760" w:type="dxa"/>
            <w:tcMar>
              <w:top w:w="80" w:type="dxa"/>
              <w:left w:w="90" w:type="dxa"/>
              <w:bottom w:w="80" w:type="dxa"/>
              <w:right w:w="90" w:type="dxa"/>
            </w:tcMar>
            <w:vAlign w:val="center"/>
          </w:tcPr>
          <w:p w14:paraId="5ED9067E" w14:textId="77777777" w:rsidR="005C41BF" w:rsidRDefault="000B3397">
            <w:pPr>
              <w:spacing w:line="252" w:lineRule="auto"/>
            </w:pPr>
            <w:r>
              <w:rPr>
                <w:sz w:val="16"/>
              </w:rPr>
              <w:t>Full study title is provided, including reference year(s), and is written consistently.</w:t>
            </w:r>
          </w:p>
        </w:tc>
        <w:tc>
          <w:tcPr>
            <w:tcW w:w="2232" w:type="dxa"/>
            <w:tcMar>
              <w:top w:w="80" w:type="dxa"/>
              <w:left w:w="90" w:type="dxa"/>
              <w:bottom w:w="80" w:type="dxa"/>
              <w:right w:w="90" w:type="dxa"/>
            </w:tcMar>
            <w:vAlign w:val="center"/>
          </w:tcPr>
          <w:p w14:paraId="0EF788B4" w14:textId="22CE2B8C" w:rsidR="005C41BF" w:rsidRDefault="00823C1B" w:rsidP="00823C1B">
            <w:pPr>
              <w:spacing w:line="252" w:lineRule="auto"/>
            </w:pPr>
            <w:r w:rsidRPr="00823C1B">
              <w:rPr>
                <w:sz w:val="16"/>
                <w:szCs w:val="16"/>
              </w:rPr>
              <w:t xml:space="preserve">☐ </w:t>
            </w:r>
            <w:r w:rsidR="00000000" w:rsidRPr="00823C1B">
              <w:rPr>
                <w:sz w:val="16"/>
                <w:szCs w:val="16"/>
              </w:rPr>
              <w:t>Provided</w:t>
            </w:r>
            <w:r w:rsidRPr="00823C1B">
              <w:rPr>
                <w:sz w:val="16"/>
                <w:szCs w:val="16"/>
              </w:rPr>
              <w:br/>
              <w:t>☐</w:t>
            </w:r>
            <w:r w:rsidR="00000000" w:rsidRPr="00823C1B">
              <w:rPr>
                <w:sz w:val="16"/>
                <w:szCs w:val="16"/>
              </w:rPr>
              <w:t xml:space="preserve"> Partially provided</w:t>
            </w:r>
            <w:r w:rsidRPr="00823C1B">
              <w:rPr>
                <w:sz w:val="16"/>
                <w:szCs w:val="16"/>
              </w:rPr>
              <w:br/>
              <w:t>☐</w:t>
            </w:r>
            <w:r w:rsidR="00000000" w:rsidRPr="00823C1B">
              <w:rPr>
                <w:sz w:val="16"/>
                <w:szCs w:val="16"/>
              </w:rPr>
              <w:t xml:space="preserve"> Not provided</w:t>
            </w:r>
            <w:r w:rsidRPr="00823C1B">
              <w:rPr>
                <w:sz w:val="16"/>
                <w:szCs w:val="16"/>
              </w:rPr>
              <w:br/>
              <w:t>☐</w:t>
            </w:r>
            <w:r w:rsidR="00000000" w:rsidRPr="00823C1B">
              <w:rPr>
                <w:sz w:val="16"/>
                <w:szCs w:val="16"/>
              </w:rPr>
              <w:t xml:space="preserve"> N/A</w:t>
            </w:r>
          </w:p>
        </w:tc>
        <w:tc>
          <w:tcPr>
            <w:tcW w:w="3096" w:type="dxa"/>
            <w:tcMar>
              <w:top w:w="80" w:type="dxa"/>
              <w:left w:w="90" w:type="dxa"/>
              <w:bottom w:w="80" w:type="dxa"/>
              <w:right w:w="90" w:type="dxa"/>
            </w:tcMar>
            <w:vAlign w:val="center"/>
          </w:tcPr>
          <w:p w14:paraId="3461D779" w14:textId="77777777" w:rsidR="005C41BF" w:rsidRDefault="005C41BF">
            <w:pPr>
              <w:spacing w:line="252" w:lineRule="auto"/>
            </w:pPr>
          </w:p>
        </w:tc>
        <w:tc>
          <w:tcPr>
            <w:tcW w:w="1512" w:type="dxa"/>
            <w:tcMar>
              <w:top w:w="80" w:type="dxa"/>
              <w:left w:w="90" w:type="dxa"/>
              <w:bottom w:w="80" w:type="dxa"/>
              <w:right w:w="90" w:type="dxa"/>
            </w:tcMar>
            <w:vAlign w:val="center"/>
          </w:tcPr>
          <w:p w14:paraId="35919FFF" w14:textId="5C1A6965" w:rsidR="005C41BF" w:rsidRDefault="000476D9" w:rsidP="000476D9">
            <w:pPr>
              <w:spacing w:line="252" w:lineRule="auto"/>
            </w:pPr>
            <w:r w:rsidRPr="000476D9">
              <w:rPr>
                <w:sz w:val="16"/>
                <w:szCs w:val="16"/>
              </w:rPr>
              <w:t xml:space="preserve">☐ </w:t>
            </w:r>
            <w:r w:rsidR="00000000" w:rsidRPr="000476D9">
              <w:rPr>
                <w:sz w:val="16"/>
                <w:szCs w:val="16"/>
              </w:rPr>
              <w:t>None</w:t>
            </w:r>
            <w:r w:rsidRPr="000476D9">
              <w:rPr>
                <w:sz w:val="16"/>
                <w:szCs w:val="16"/>
              </w:rPr>
              <w:br/>
              <w:t>☐</w:t>
            </w:r>
            <w:r w:rsidR="00000000" w:rsidRPr="000476D9">
              <w:rPr>
                <w:sz w:val="16"/>
                <w:szCs w:val="16"/>
              </w:rPr>
              <w:t xml:space="preserve"> Add</w:t>
            </w:r>
            <w:r w:rsidRPr="000476D9">
              <w:rPr>
                <w:sz w:val="16"/>
                <w:szCs w:val="16"/>
              </w:rPr>
              <w:br/>
              <w:t>☐</w:t>
            </w:r>
            <w:r w:rsidR="00000000" w:rsidRPr="000476D9">
              <w:rPr>
                <w:sz w:val="16"/>
                <w:szCs w:val="16"/>
              </w:rPr>
              <w:t xml:space="preserve"> Fix</w:t>
            </w:r>
            <w:r w:rsidRPr="000476D9">
              <w:rPr>
                <w:sz w:val="16"/>
                <w:szCs w:val="16"/>
              </w:rPr>
              <w:br/>
              <w:t>☐</w:t>
            </w:r>
            <w:r w:rsidR="00000000" w:rsidRPr="000476D9">
              <w:rPr>
                <w:sz w:val="16"/>
                <w:szCs w:val="16"/>
              </w:rPr>
              <w:t xml:space="preserve"> Check</w:t>
            </w:r>
          </w:p>
        </w:tc>
      </w:tr>
      <w:tr w:rsidR="005C41BF" w14:paraId="150147CE" w14:textId="77777777">
        <w:trPr>
          <w:jc w:val="center"/>
        </w:trPr>
        <w:tc>
          <w:tcPr>
            <w:tcW w:w="2232" w:type="dxa"/>
            <w:tcMar>
              <w:top w:w="80" w:type="dxa"/>
              <w:left w:w="90" w:type="dxa"/>
              <w:bottom w:w="80" w:type="dxa"/>
              <w:right w:w="90" w:type="dxa"/>
            </w:tcMar>
            <w:vAlign w:val="center"/>
          </w:tcPr>
          <w:p w14:paraId="35E9F167" w14:textId="77777777" w:rsidR="005C41BF" w:rsidRDefault="000B3397">
            <w:pPr>
              <w:spacing w:line="252" w:lineRule="auto"/>
            </w:pPr>
            <w:r>
              <w:rPr>
                <w:sz w:val="16"/>
              </w:rPr>
              <w:t>Subtitle</w:t>
            </w:r>
          </w:p>
        </w:tc>
        <w:tc>
          <w:tcPr>
            <w:tcW w:w="5760" w:type="dxa"/>
            <w:tcMar>
              <w:top w:w="80" w:type="dxa"/>
              <w:left w:w="90" w:type="dxa"/>
              <w:bottom w:w="80" w:type="dxa"/>
              <w:right w:w="90" w:type="dxa"/>
            </w:tcMar>
            <w:vAlign w:val="center"/>
          </w:tcPr>
          <w:p w14:paraId="0AF511BB" w14:textId="77777777" w:rsidR="005C41BF" w:rsidRDefault="000B3397">
            <w:pPr>
              <w:spacing w:line="252" w:lineRule="auto"/>
            </w:pPr>
            <w:r>
              <w:rPr>
                <w:sz w:val="16"/>
              </w:rPr>
              <w:t>Subtitle is provided only where needed and adds meaningful context.</w:t>
            </w:r>
          </w:p>
        </w:tc>
        <w:tc>
          <w:tcPr>
            <w:tcW w:w="2232" w:type="dxa"/>
            <w:tcMar>
              <w:top w:w="80" w:type="dxa"/>
              <w:left w:w="90" w:type="dxa"/>
              <w:bottom w:w="80" w:type="dxa"/>
              <w:right w:w="90" w:type="dxa"/>
            </w:tcMar>
            <w:vAlign w:val="center"/>
          </w:tcPr>
          <w:p w14:paraId="5EE34DC6" w14:textId="5673B662" w:rsidR="005C41BF" w:rsidRDefault="00227231" w:rsidP="00227231">
            <w:pPr>
              <w:spacing w:line="252" w:lineRule="auto"/>
            </w:pPr>
            <w:r w:rsidRPr="00227231">
              <w:rPr>
                <w:sz w:val="16"/>
                <w:szCs w:val="16"/>
              </w:rPr>
              <w:t xml:space="preserve">☐ </w:t>
            </w:r>
            <w:r w:rsidR="00000000" w:rsidRPr="00227231">
              <w:rPr>
                <w:sz w:val="16"/>
                <w:szCs w:val="16"/>
              </w:rPr>
              <w:t>Provided</w:t>
            </w:r>
            <w:r w:rsidRPr="00227231">
              <w:rPr>
                <w:sz w:val="16"/>
                <w:szCs w:val="16"/>
              </w:rPr>
              <w:br/>
              <w:t>☐</w:t>
            </w:r>
            <w:r w:rsidR="00000000" w:rsidRPr="00227231">
              <w:rPr>
                <w:sz w:val="16"/>
                <w:szCs w:val="16"/>
              </w:rPr>
              <w:t xml:space="preserve"> Partially provided</w:t>
            </w:r>
            <w:r w:rsidRPr="00227231">
              <w:rPr>
                <w:sz w:val="16"/>
                <w:szCs w:val="16"/>
              </w:rPr>
              <w:br/>
              <w:t>☐</w:t>
            </w:r>
            <w:r w:rsidR="00000000" w:rsidRPr="00227231">
              <w:rPr>
                <w:sz w:val="16"/>
                <w:szCs w:val="16"/>
              </w:rPr>
              <w:t xml:space="preserve"> Not provided</w:t>
            </w:r>
            <w:r w:rsidRPr="00227231">
              <w:rPr>
                <w:sz w:val="16"/>
                <w:szCs w:val="16"/>
              </w:rPr>
              <w:br/>
              <w:t>☐</w:t>
            </w:r>
            <w:r w:rsidR="00000000" w:rsidRPr="00227231">
              <w:rPr>
                <w:sz w:val="16"/>
                <w:szCs w:val="16"/>
              </w:rPr>
              <w:t xml:space="preserve"> N/A</w:t>
            </w:r>
          </w:p>
        </w:tc>
        <w:tc>
          <w:tcPr>
            <w:tcW w:w="3096" w:type="dxa"/>
            <w:tcMar>
              <w:top w:w="80" w:type="dxa"/>
              <w:left w:w="90" w:type="dxa"/>
              <w:bottom w:w="80" w:type="dxa"/>
              <w:right w:w="90" w:type="dxa"/>
            </w:tcMar>
            <w:vAlign w:val="center"/>
          </w:tcPr>
          <w:p w14:paraId="3CF2D8B6" w14:textId="77777777" w:rsidR="005C41BF" w:rsidRDefault="005C41BF">
            <w:pPr>
              <w:spacing w:line="252" w:lineRule="auto"/>
            </w:pPr>
          </w:p>
        </w:tc>
        <w:tc>
          <w:tcPr>
            <w:tcW w:w="1512" w:type="dxa"/>
            <w:tcMar>
              <w:top w:w="80" w:type="dxa"/>
              <w:left w:w="90" w:type="dxa"/>
              <w:bottom w:w="80" w:type="dxa"/>
              <w:right w:w="90" w:type="dxa"/>
            </w:tcMar>
            <w:vAlign w:val="center"/>
          </w:tcPr>
          <w:p w14:paraId="43644ECF" w14:textId="0772B366" w:rsidR="005C41BF" w:rsidRDefault="00354505" w:rsidP="00354505">
            <w:pPr>
              <w:spacing w:line="252" w:lineRule="auto"/>
            </w:pPr>
            <w:r w:rsidRPr="00354505">
              <w:rPr>
                <w:sz w:val="16"/>
                <w:szCs w:val="16"/>
              </w:rPr>
              <w:t xml:space="preserve">☐ </w:t>
            </w:r>
            <w:r w:rsidR="00000000" w:rsidRPr="00354505">
              <w:rPr>
                <w:sz w:val="16"/>
                <w:szCs w:val="16"/>
              </w:rPr>
              <w:t>None</w:t>
            </w:r>
            <w:r w:rsidRPr="00354505">
              <w:rPr>
                <w:sz w:val="16"/>
                <w:szCs w:val="16"/>
              </w:rPr>
              <w:br/>
              <w:t>☐</w:t>
            </w:r>
            <w:r w:rsidR="00000000" w:rsidRPr="00354505">
              <w:rPr>
                <w:sz w:val="16"/>
                <w:szCs w:val="16"/>
              </w:rPr>
              <w:t xml:space="preserve"> Add</w:t>
            </w:r>
            <w:r w:rsidRPr="00354505">
              <w:rPr>
                <w:sz w:val="16"/>
                <w:szCs w:val="16"/>
              </w:rPr>
              <w:br/>
              <w:t>☐</w:t>
            </w:r>
            <w:r w:rsidR="00000000" w:rsidRPr="00354505">
              <w:rPr>
                <w:sz w:val="16"/>
                <w:szCs w:val="16"/>
              </w:rPr>
              <w:t xml:space="preserve"> Fix</w:t>
            </w:r>
            <w:r w:rsidRPr="00354505">
              <w:rPr>
                <w:sz w:val="16"/>
                <w:szCs w:val="16"/>
              </w:rPr>
              <w:br/>
              <w:t>☐</w:t>
            </w:r>
            <w:r w:rsidR="00000000" w:rsidRPr="00354505">
              <w:rPr>
                <w:sz w:val="16"/>
                <w:szCs w:val="16"/>
              </w:rPr>
              <w:t xml:space="preserve"> Check</w:t>
            </w:r>
          </w:p>
        </w:tc>
      </w:tr>
      <w:tr w:rsidR="005C41BF" w14:paraId="49ADAC9F" w14:textId="77777777">
        <w:trPr>
          <w:jc w:val="center"/>
        </w:trPr>
        <w:tc>
          <w:tcPr>
            <w:tcW w:w="2232" w:type="dxa"/>
            <w:tcMar>
              <w:top w:w="80" w:type="dxa"/>
              <w:left w:w="90" w:type="dxa"/>
              <w:bottom w:w="80" w:type="dxa"/>
              <w:right w:w="90" w:type="dxa"/>
            </w:tcMar>
            <w:vAlign w:val="center"/>
          </w:tcPr>
          <w:p w14:paraId="27374343" w14:textId="77777777" w:rsidR="005C41BF" w:rsidRDefault="000B3397">
            <w:pPr>
              <w:spacing w:line="252" w:lineRule="auto"/>
            </w:pPr>
            <w:r>
              <w:rPr>
                <w:sz w:val="16"/>
              </w:rPr>
              <w:t>Abbreviation</w:t>
            </w:r>
          </w:p>
        </w:tc>
        <w:tc>
          <w:tcPr>
            <w:tcW w:w="5760" w:type="dxa"/>
            <w:tcMar>
              <w:top w:w="80" w:type="dxa"/>
              <w:left w:w="90" w:type="dxa"/>
              <w:bottom w:w="80" w:type="dxa"/>
              <w:right w:w="90" w:type="dxa"/>
            </w:tcMar>
            <w:vAlign w:val="center"/>
          </w:tcPr>
          <w:p w14:paraId="50DDB661" w14:textId="77777777" w:rsidR="005C41BF" w:rsidRDefault="000B3397">
            <w:pPr>
              <w:spacing w:line="252" w:lineRule="auto"/>
            </w:pPr>
            <w:r>
              <w:rPr>
                <w:sz w:val="16"/>
              </w:rPr>
              <w:t>Abbreviation is clear, standardized, and includes the reference year where appropriate.</w:t>
            </w:r>
          </w:p>
        </w:tc>
        <w:tc>
          <w:tcPr>
            <w:tcW w:w="2232" w:type="dxa"/>
            <w:tcMar>
              <w:top w:w="80" w:type="dxa"/>
              <w:left w:w="90" w:type="dxa"/>
              <w:bottom w:w="80" w:type="dxa"/>
              <w:right w:w="90" w:type="dxa"/>
            </w:tcMar>
            <w:vAlign w:val="center"/>
          </w:tcPr>
          <w:p w14:paraId="22C146B2" w14:textId="493C8F28" w:rsidR="005C41BF" w:rsidRDefault="00627D2E" w:rsidP="00627D2E">
            <w:pPr>
              <w:spacing w:line="252" w:lineRule="auto"/>
            </w:pPr>
            <w:r w:rsidRPr="00627D2E">
              <w:rPr>
                <w:sz w:val="16"/>
                <w:szCs w:val="16"/>
              </w:rPr>
              <w:t xml:space="preserve">☐ </w:t>
            </w:r>
            <w:r w:rsidR="00000000" w:rsidRPr="00627D2E">
              <w:rPr>
                <w:sz w:val="16"/>
                <w:szCs w:val="16"/>
              </w:rPr>
              <w:t>Provided</w:t>
            </w:r>
            <w:r w:rsidRPr="00627D2E">
              <w:rPr>
                <w:sz w:val="16"/>
                <w:szCs w:val="16"/>
              </w:rPr>
              <w:br/>
              <w:t>☐</w:t>
            </w:r>
            <w:r w:rsidR="00000000" w:rsidRPr="00627D2E">
              <w:rPr>
                <w:sz w:val="16"/>
                <w:szCs w:val="16"/>
              </w:rPr>
              <w:t xml:space="preserve"> Partially provided</w:t>
            </w:r>
            <w:r w:rsidRPr="00627D2E">
              <w:rPr>
                <w:sz w:val="16"/>
                <w:szCs w:val="16"/>
              </w:rPr>
              <w:br/>
              <w:t>☐</w:t>
            </w:r>
            <w:r w:rsidR="00000000" w:rsidRPr="00627D2E">
              <w:rPr>
                <w:sz w:val="16"/>
                <w:szCs w:val="16"/>
              </w:rPr>
              <w:t xml:space="preserve"> Not provided</w:t>
            </w:r>
            <w:r w:rsidRPr="00627D2E">
              <w:rPr>
                <w:sz w:val="16"/>
                <w:szCs w:val="16"/>
              </w:rPr>
              <w:br/>
              <w:t>☐</w:t>
            </w:r>
            <w:r w:rsidR="00000000" w:rsidRPr="00627D2E">
              <w:rPr>
                <w:sz w:val="16"/>
                <w:szCs w:val="16"/>
              </w:rPr>
              <w:t xml:space="preserve"> N/A</w:t>
            </w:r>
          </w:p>
        </w:tc>
        <w:tc>
          <w:tcPr>
            <w:tcW w:w="3096" w:type="dxa"/>
            <w:tcMar>
              <w:top w:w="80" w:type="dxa"/>
              <w:left w:w="90" w:type="dxa"/>
              <w:bottom w:w="80" w:type="dxa"/>
              <w:right w:w="90" w:type="dxa"/>
            </w:tcMar>
            <w:vAlign w:val="center"/>
          </w:tcPr>
          <w:p w14:paraId="0FB78278" w14:textId="77777777" w:rsidR="005C41BF" w:rsidRDefault="005C41BF">
            <w:pPr>
              <w:spacing w:line="252" w:lineRule="auto"/>
            </w:pPr>
          </w:p>
        </w:tc>
        <w:tc>
          <w:tcPr>
            <w:tcW w:w="1512" w:type="dxa"/>
            <w:tcMar>
              <w:top w:w="80" w:type="dxa"/>
              <w:left w:w="90" w:type="dxa"/>
              <w:bottom w:w="80" w:type="dxa"/>
              <w:right w:w="90" w:type="dxa"/>
            </w:tcMar>
            <w:vAlign w:val="center"/>
          </w:tcPr>
          <w:p w14:paraId="5CF5A566" w14:textId="5DEA04D7" w:rsidR="005C41BF" w:rsidRDefault="004B74EE" w:rsidP="004B74EE">
            <w:pPr>
              <w:spacing w:line="252" w:lineRule="auto"/>
            </w:pPr>
            <w:r w:rsidRPr="004B74EE">
              <w:rPr>
                <w:sz w:val="16"/>
                <w:szCs w:val="16"/>
              </w:rPr>
              <w:t xml:space="preserve">☐ </w:t>
            </w:r>
            <w:r w:rsidR="00000000" w:rsidRPr="004B74EE">
              <w:rPr>
                <w:sz w:val="16"/>
                <w:szCs w:val="16"/>
              </w:rPr>
              <w:t>None</w:t>
            </w:r>
            <w:r w:rsidRPr="004B74EE">
              <w:rPr>
                <w:sz w:val="16"/>
                <w:szCs w:val="16"/>
              </w:rPr>
              <w:br/>
              <w:t>☐</w:t>
            </w:r>
            <w:r w:rsidR="00000000" w:rsidRPr="004B74EE">
              <w:rPr>
                <w:sz w:val="16"/>
                <w:szCs w:val="16"/>
              </w:rPr>
              <w:t xml:space="preserve"> Add</w:t>
            </w:r>
            <w:r w:rsidRPr="004B74EE">
              <w:rPr>
                <w:sz w:val="16"/>
                <w:szCs w:val="16"/>
              </w:rPr>
              <w:br/>
              <w:t>☐</w:t>
            </w:r>
            <w:r w:rsidR="00000000" w:rsidRPr="004B74EE">
              <w:rPr>
                <w:sz w:val="16"/>
                <w:szCs w:val="16"/>
              </w:rPr>
              <w:t xml:space="preserve"> Fix</w:t>
            </w:r>
            <w:r w:rsidRPr="004B74EE">
              <w:rPr>
                <w:sz w:val="16"/>
                <w:szCs w:val="16"/>
              </w:rPr>
              <w:br/>
              <w:t>☐</w:t>
            </w:r>
            <w:r w:rsidR="00000000" w:rsidRPr="004B74EE">
              <w:rPr>
                <w:sz w:val="16"/>
                <w:szCs w:val="16"/>
              </w:rPr>
              <w:t xml:space="preserve"> Check</w:t>
            </w:r>
          </w:p>
        </w:tc>
      </w:tr>
      <w:tr w:rsidR="005C41BF" w14:paraId="4F7198BD" w14:textId="77777777">
        <w:trPr>
          <w:jc w:val="center"/>
        </w:trPr>
        <w:tc>
          <w:tcPr>
            <w:tcW w:w="2232" w:type="dxa"/>
            <w:tcMar>
              <w:top w:w="80" w:type="dxa"/>
              <w:left w:w="90" w:type="dxa"/>
              <w:bottom w:w="80" w:type="dxa"/>
              <w:right w:w="90" w:type="dxa"/>
            </w:tcMar>
            <w:vAlign w:val="center"/>
          </w:tcPr>
          <w:p w14:paraId="6289BAB3" w14:textId="77777777" w:rsidR="005C41BF" w:rsidRDefault="000B3397">
            <w:pPr>
              <w:spacing w:line="252" w:lineRule="auto"/>
            </w:pPr>
            <w:r>
              <w:rPr>
                <w:sz w:val="16"/>
              </w:rPr>
              <w:t>Study type</w:t>
            </w:r>
          </w:p>
        </w:tc>
        <w:tc>
          <w:tcPr>
            <w:tcW w:w="5760" w:type="dxa"/>
            <w:tcMar>
              <w:top w:w="80" w:type="dxa"/>
              <w:left w:w="90" w:type="dxa"/>
              <w:bottom w:w="80" w:type="dxa"/>
              <w:right w:w="90" w:type="dxa"/>
            </w:tcMar>
            <w:vAlign w:val="center"/>
          </w:tcPr>
          <w:p w14:paraId="792388C0" w14:textId="77777777" w:rsidR="005C41BF" w:rsidRDefault="000B3397">
            <w:pPr>
              <w:spacing w:line="252" w:lineRule="auto"/>
            </w:pPr>
            <w:r>
              <w:rPr>
                <w:sz w:val="16"/>
              </w:rPr>
              <w:t>Study type is selected from a standard or controlled vocabulary, where available.</w:t>
            </w:r>
          </w:p>
        </w:tc>
        <w:tc>
          <w:tcPr>
            <w:tcW w:w="2232" w:type="dxa"/>
            <w:tcMar>
              <w:top w:w="80" w:type="dxa"/>
              <w:left w:w="90" w:type="dxa"/>
              <w:bottom w:w="80" w:type="dxa"/>
              <w:right w:w="90" w:type="dxa"/>
            </w:tcMar>
            <w:vAlign w:val="center"/>
          </w:tcPr>
          <w:p w14:paraId="738BB865" w14:textId="6884173A" w:rsidR="005C41BF" w:rsidRDefault="00690FB4" w:rsidP="00690FB4">
            <w:pPr>
              <w:spacing w:line="252" w:lineRule="auto"/>
            </w:pPr>
            <w:r w:rsidRPr="00690FB4">
              <w:rPr>
                <w:sz w:val="16"/>
                <w:szCs w:val="16"/>
              </w:rPr>
              <w:t xml:space="preserve">☐ </w:t>
            </w:r>
            <w:r w:rsidR="00000000" w:rsidRPr="00690FB4">
              <w:rPr>
                <w:sz w:val="16"/>
                <w:szCs w:val="16"/>
              </w:rPr>
              <w:t>Provided</w:t>
            </w:r>
            <w:r w:rsidRPr="00690FB4">
              <w:rPr>
                <w:sz w:val="16"/>
                <w:szCs w:val="16"/>
              </w:rPr>
              <w:br/>
              <w:t>☐</w:t>
            </w:r>
            <w:r w:rsidR="00000000" w:rsidRPr="00690FB4">
              <w:rPr>
                <w:sz w:val="16"/>
                <w:szCs w:val="16"/>
              </w:rPr>
              <w:t xml:space="preserve"> Partially provided</w:t>
            </w:r>
            <w:r w:rsidRPr="00690FB4">
              <w:rPr>
                <w:sz w:val="16"/>
                <w:szCs w:val="16"/>
              </w:rPr>
              <w:br/>
              <w:t>☐</w:t>
            </w:r>
            <w:r w:rsidR="00000000" w:rsidRPr="00690FB4">
              <w:rPr>
                <w:sz w:val="16"/>
                <w:szCs w:val="16"/>
              </w:rPr>
              <w:t xml:space="preserve"> Not provided</w:t>
            </w:r>
            <w:r w:rsidRPr="00690FB4">
              <w:rPr>
                <w:sz w:val="16"/>
                <w:szCs w:val="16"/>
              </w:rPr>
              <w:br/>
              <w:t>☐</w:t>
            </w:r>
            <w:r w:rsidR="00000000" w:rsidRPr="00690FB4">
              <w:rPr>
                <w:sz w:val="16"/>
                <w:szCs w:val="16"/>
              </w:rPr>
              <w:t xml:space="preserve"> N/A</w:t>
            </w:r>
          </w:p>
        </w:tc>
        <w:tc>
          <w:tcPr>
            <w:tcW w:w="3096" w:type="dxa"/>
            <w:tcMar>
              <w:top w:w="80" w:type="dxa"/>
              <w:left w:w="90" w:type="dxa"/>
              <w:bottom w:w="80" w:type="dxa"/>
              <w:right w:w="90" w:type="dxa"/>
            </w:tcMar>
            <w:vAlign w:val="center"/>
          </w:tcPr>
          <w:p w14:paraId="1FC39945" w14:textId="77777777" w:rsidR="005C41BF" w:rsidRDefault="005C41BF">
            <w:pPr>
              <w:spacing w:line="252" w:lineRule="auto"/>
            </w:pPr>
          </w:p>
        </w:tc>
        <w:tc>
          <w:tcPr>
            <w:tcW w:w="1512" w:type="dxa"/>
            <w:tcMar>
              <w:top w:w="80" w:type="dxa"/>
              <w:left w:w="90" w:type="dxa"/>
              <w:bottom w:w="80" w:type="dxa"/>
              <w:right w:w="90" w:type="dxa"/>
            </w:tcMar>
            <w:vAlign w:val="center"/>
          </w:tcPr>
          <w:p w14:paraId="26DEFBE8" w14:textId="3172D54C" w:rsidR="005C41BF" w:rsidRDefault="003B00D4" w:rsidP="003B00D4">
            <w:pPr>
              <w:spacing w:line="252" w:lineRule="auto"/>
            </w:pPr>
            <w:r w:rsidRPr="003B00D4">
              <w:rPr>
                <w:sz w:val="16"/>
                <w:szCs w:val="16"/>
              </w:rPr>
              <w:t xml:space="preserve">☐ </w:t>
            </w:r>
            <w:r w:rsidR="00000000" w:rsidRPr="003B00D4">
              <w:rPr>
                <w:sz w:val="16"/>
                <w:szCs w:val="16"/>
              </w:rPr>
              <w:t>None</w:t>
            </w:r>
            <w:r w:rsidRPr="003B00D4">
              <w:rPr>
                <w:sz w:val="16"/>
                <w:szCs w:val="16"/>
              </w:rPr>
              <w:br/>
              <w:t>☐</w:t>
            </w:r>
            <w:r w:rsidR="00000000" w:rsidRPr="003B00D4">
              <w:rPr>
                <w:sz w:val="16"/>
                <w:szCs w:val="16"/>
              </w:rPr>
              <w:t xml:space="preserve"> Add</w:t>
            </w:r>
            <w:r w:rsidRPr="003B00D4">
              <w:rPr>
                <w:sz w:val="16"/>
                <w:szCs w:val="16"/>
              </w:rPr>
              <w:br/>
              <w:t>☐</w:t>
            </w:r>
            <w:r w:rsidR="00000000" w:rsidRPr="003B00D4">
              <w:rPr>
                <w:sz w:val="16"/>
                <w:szCs w:val="16"/>
              </w:rPr>
              <w:t xml:space="preserve"> Fix</w:t>
            </w:r>
            <w:r w:rsidRPr="003B00D4">
              <w:rPr>
                <w:sz w:val="16"/>
                <w:szCs w:val="16"/>
              </w:rPr>
              <w:br/>
              <w:t>☐</w:t>
            </w:r>
            <w:r w:rsidR="00000000" w:rsidRPr="003B00D4">
              <w:rPr>
                <w:sz w:val="16"/>
                <w:szCs w:val="16"/>
              </w:rPr>
              <w:t xml:space="preserve"> Check</w:t>
            </w:r>
          </w:p>
        </w:tc>
      </w:tr>
      <w:tr w:rsidR="005C41BF" w14:paraId="215511BF" w14:textId="77777777">
        <w:trPr>
          <w:jc w:val="center"/>
        </w:trPr>
        <w:tc>
          <w:tcPr>
            <w:tcW w:w="2232" w:type="dxa"/>
            <w:tcMar>
              <w:top w:w="80" w:type="dxa"/>
              <w:left w:w="90" w:type="dxa"/>
              <w:bottom w:w="80" w:type="dxa"/>
              <w:right w:w="90" w:type="dxa"/>
            </w:tcMar>
            <w:vAlign w:val="center"/>
          </w:tcPr>
          <w:p w14:paraId="0219C19B" w14:textId="77777777" w:rsidR="005C41BF" w:rsidRDefault="000B3397">
            <w:pPr>
              <w:spacing w:line="252" w:lineRule="auto"/>
            </w:pPr>
            <w:r>
              <w:rPr>
                <w:sz w:val="16"/>
              </w:rPr>
              <w:t>Series information</w:t>
            </w:r>
          </w:p>
        </w:tc>
        <w:tc>
          <w:tcPr>
            <w:tcW w:w="5760" w:type="dxa"/>
            <w:tcMar>
              <w:top w:w="80" w:type="dxa"/>
              <w:left w:w="90" w:type="dxa"/>
              <w:bottom w:w="80" w:type="dxa"/>
              <w:right w:w="90" w:type="dxa"/>
            </w:tcMar>
            <w:vAlign w:val="center"/>
          </w:tcPr>
          <w:p w14:paraId="3EC25887" w14:textId="77777777" w:rsidR="005C41BF" w:rsidRDefault="000B3397">
            <w:pPr>
              <w:spacing w:line="252" w:lineRule="auto"/>
            </w:pPr>
            <w:r>
              <w:rPr>
                <w:sz w:val="16"/>
              </w:rPr>
              <w:t>Series description explains objectives, ownership, scope, coverage, periodicity, and related rounds where applicable.</w:t>
            </w:r>
          </w:p>
        </w:tc>
        <w:tc>
          <w:tcPr>
            <w:tcW w:w="2232" w:type="dxa"/>
            <w:tcMar>
              <w:top w:w="80" w:type="dxa"/>
              <w:left w:w="90" w:type="dxa"/>
              <w:bottom w:w="80" w:type="dxa"/>
              <w:right w:w="90" w:type="dxa"/>
            </w:tcMar>
            <w:vAlign w:val="center"/>
          </w:tcPr>
          <w:p w14:paraId="43AD6259" w14:textId="277580B1" w:rsidR="005C41BF" w:rsidRDefault="004C512E" w:rsidP="004C512E">
            <w:pPr>
              <w:spacing w:line="252" w:lineRule="auto"/>
            </w:pPr>
            <w:r w:rsidRPr="004C512E">
              <w:rPr>
                <w:sz w:val="16"/>
                <w:szCs w:val="16"/>
              </w:rPr>
              <w:t xml:space="preserve">☐ </w:t>
            </w:r>
            <w:r w:rsidR="00000000" w:rsidRPr="004C512E">
              <w:rPr>
                <w:sz w:val="16"/>
                <w:szCs w:val="16"/>
              </w:rPr>
              <w:t>Provided</w:t>
            </w:r>
            <w:r w:rsidRPr="004C512E">
              <w:rPr>
                <w:sz w:val="16"/>
                <w:szCs w:val="16"/>
              </w:rPr>
              <w:br/>
              <w:t>☐</w:t>
            </w:r>
            <w:r w:rsidR="00000000" w:rsidRPr="004C512E">
              <w:rPr>
                <w:sz w:val="16"/>
                <w:szCs w:val="16"/>
              </w:rPr>
              <w:t xml:space="preserve"> Partially provided</w:t>
            </w:r>
            <w:r w:rsidRPr="004C512E">
              <w:rPr>
                <w:sz w:val="16"/>
                <w:szCs w:val="16"/>
              </w:rPr>
              <w:br/>
              <w:t>☐</w:t>
            </w:r>
            <w:r w:rsidR="00000000" w:rsidRPr="004C512E">
              <w:rPr>
                <w:sz w:val="16"/>
                <w:szCs w:val="16"/>
              </w:rPr>
              <w:t xml:space="preserve"> Not provided</w:t>
            </w:r>
            <w:r w:rsidRPr="004C512E">
              <w:rPr>
                <w:sz w:val="16"/>
                <w:szCs w:val="16"/>
              </w:rPr>
              <w:br/>
              <w:t>☐</w:t>
            </w:r>
            <w:r w:rsidR="00000000" w:rsidRPr="004C512E">
              <w:rPr>
                <w:sz w:val="16"/>
                <w:szCs w:val="16"/>
              </w:rPr>
              <w:t xml:space="preserve"> N/A</w:t>
            </w:r>
          </w:p>
        </w:tc>
        <w:tc>
          <w:tcPr>
            <w:tcW w:w="3096" w:type="dxa"/>
            <w:tcMar>
              <w:top w:w="80" w:type="dxa"/>
              <w:left w:w="90" w:type="dxa"/>
              <w:bottom w:w="80" w:type="dxa"/>
              <w:right w:w="90" w:type="dxa"/>
            </w:tcMar>
            <w:vAlign w:val="center"/>
          </w:tcPr>
          <w:p w14:paraId="0562CB0E" w14:textId="77777777" w:rsidR="005C41BF" w:rsidRDefault="005C41BF">
            <w:pPr>
              <w:spacing w:line="252" w:lineRule="auto"/>
            </w:pPr>
          </w:p>
        </w:tc>
        <w:tc>
          <w:tcPr>
            <w:tcW w:w="1512" w:type="dxa"/>
            <w:tcMar>
              <w:top w:w="80" w:type="dxa"/>
              <w:left w:w="90" w:type="dxa"/>
              <w:bottom w:w="80" w:type="dxa"/>
              <w:right w:w="90" w:type="dxa"/>
            </w:tcMar>
            <w:vAlign w:val="center"/>
          </w:tcPr>
          <w:p w14:paraId="6B734322" w14:textId="4531D737" w:rsidR="005C41BF" w:rsidRDefault="00A243EB" w:rsidP="00A243EB">
            <w:pPr>
              <w:spacing w:line="252" w:lineRule="auto"/>
            </w:pPr>
            <w:r w:rsidRPr="00A243EB">
              <w:rPr>
                <w:sz w:val="16"/>
                <w:szCs w:val="16"/>
              </w:rPr>
              <w:t xml:space="preserve">☐ </w:t>
            </w:r>
            <w:r w:rsidR="00000000" w:rsidRPr="00A243EB">
              <w:rPr>
                <w:sz w:val="16"/>
                <w:szCs w:val="16"/>
              </w:rPr>
              <w:t>None</w:t>
            </w:r>
            <w:r w:rsidRPr="00A243EB">
              <w:rPr>
                <w:sz w:val="16"/>
                <w:szCs w:val="16"/>
              </w:rPr>
              <w:br/>
              <w:t>☐</w:t>
            </w:r>
            <w:r w:rsidR="00000000" w:rsidRPr="00A243EB">
              <w:rPr>
                <w:sz w:val="16"/>
                <w:szCs w:val="16"/>
              </w:rPr>
              <w:t xml:space="preserve"> Add</w:t>
            </w:r>
            <w:r w:rsidRPr="00A243EB">
              <w:rPr>
                <w:sz w:val="16"/>
                <w:szCs w:val="16"/>
              </w:rPr>
              <w:br/>
              <w:t>☐</w:t>
            </w:r>
            <w:r w:rsidR="00000000" w:rsidRPr="00A243EB">
              <w:rPr>
                <w:sz w:val="16"/>
                <w:szCs w:val="16"/>
              </w:rPr>
              <w:t xml:space="preserve"> Fix</w:t>
            </w:r>
            <w:r w:rsidRPr="00A243EB">
              <w:rPr>
                <w:sz w:val="16"/>
                <w:szCs w:val="16"/>
              </w:rPr>
              <w:br/>
              <w:t>☐</w:t>
            </w:r>
            <w:r w:rsidR="00000000" w:rsidRPr="00A243EB">
              <w:rPr>
                <w:sz w:val="16"/>
                <w:szCs w:val="16"/>
              </w:rPr>
              <w:t xml:space="preserve"> Check</w:t>
            </w:r>
          </w:p>
        </w:tc>
      </w:tr>
      <w:tr w:rsidR="005C41BF" w14:paraId="3C02640D" w14:textId="77777777">
        <w:trPr>
          <w:jc w:val="center"/>
        </w:trPr>
        <w:tc>
          <w:tcPr>
            <w:tcW w:w="2232" w:type="dxa"/>
            <w:tcMar>
              <w:top w:w="80" w:type="dxa"/>
              <w:left w:w="90" w:type="dxa"/>
              <w:bottom w:w="80" w:type="dxa"/>
              <w:right w:w="90" w:type="dxa"/>
            </w:tcMar>
            <w:vAlign w:val="center"/>
          </w:tcPr>
          <w:p w14:paraId="0B2700E8" w14:textId="77777777" w:rsidR="005C41BF" w:rsidRDefault="000B3397">
            <w:pPr>
              <w:spacing w:line="252" w:lineRule="auto"/>
            </w:pPr>
            <w:r>
              <w:rPr>
                <w:sz w:val="16"/>
              </w:rPr>
              <w:t>Translated title</w:t>
            </w:r>
          </w:p>
        </w:tc>
        <w:tc>
          <w:tcPr>
            <w:tcW w:w="5760" w:type="dxa"/>
            <w:tcMar>
              <w:top w:w="80" w:type="dxa"/>
              <w:left w:w="90" w:type="dxa"/>
              <w:bottom w:w="80" w:type="dxa"/>
              <w:right w:w="90" w:type="dxa"/>
            </w:tcMar>
            <w:vAlign w:val="center"/>
          </w:tcPr>
          <w:p w14:paraId="374B9924" w14:textId="77777777" w:rsidR="005C41BF" w:rsidRDefault="000B3397">
            <w:pPr>
              <w:spacing w:line="252" w:lineRule="auto"/>
            </w:pPr>
            <w:r>
              <w:rPr>
                <w:sz w:val="16"/>
              </w:rPr>
              <w:t>Translated title is included where relevant and special characters display correctly.</w:t>
            </w:r>
          </w:p>
        </w:tc>
        <w:tc>
          <w:tcPr>
            <w:tcW w:w="2232" w:type="dxa"/>
            <w:tcMar>
              <w:top w:w="80" w:type="dxa"/>
              <w:left w:w="90" w:type="dxa"/>
              <w:bottom w:w="80" w:type="dxa"/>
              <w:right w:w="90" w:type="dxa"/>
            </w:tcMar>
            <w:vAlign w:val="center"/>
          </w:tcPr>
          <w:p w14:paraId="70F8F22B" w14:textId="07BCD9D9" w:rsidR="005C41BF" w:rsidRDefault="00BD49C3" w:rsidP="00BD49C3">
            <w:pPr>
              <w:spacing w:line="252" w:lineRule="auto"/>
            </w:pPr>
            <w:r w:rsidRPr="00BD49C3">
              <w:rPr>
                <w:sz w:val="16"/>
                <w:szCs w:val="16"/>
              </w:rPr>
              <w:t xml:space="preserve">☐ </w:t>
            </w:r>
            <w:r w:rsidR="00000000" w:rsidRPr="00BD49C3">
              <w:rPr>
                <w:sz w:val="16"/>
                <w:szCs w:val="16"/>
              </w:rPr>
              <w:t>Provided</w:t>
            </w:r>
            <w:r w:rsidRPr="00BD49C3">
              <w:rPr>
                <w:sz w:val="16"/>
                <w:szCs w:val="16"/>
              </w:rPr>
              <w:br/>
              <w:t>☐</w:t>
            </w:r>
            <w:r w:rsidR="00000000" w:rsidRPr="00BD49C3">
              <w:rPr>
                <w:sz w:val="16"/>
                <w:szCs w:val="16"/>
              </w:rPr>
              <w:t xml:space="preserve"> Partially provided</w:t>
            </w:r>
            <w:r w:rsidRPr="00BD49C3">
              <w:rPr>
                <w:sz w:val="16"/>
                <w:szCs w:val="16"/>
              </w:rPr>
              <w:br/>
              <w:t>☐</w:t>
            </w:r>
            <w:r w:rsidR="00000000" w:rsidRPr="00BD49C3">
              <w:rPr>
                <w:sz w:val="16"/>
                <w:szCs w:val="16"/>
              </w:rPr>
              <w:t xml:space="preserve"> Not provided</w:t>
            </w:r>
            <w:r w:rsidRPr="00BD49C3">
              <w:rPr>
                <w:sz w:val="16"/>
                <w:szCs w:val="16"/>
              </w:rPr>
              <w:br/>
              <w:t>☐</w:t>
            </w:r>
            <w:r w:rsidR="00000000" w:rsidRPr="00BD49C3">
              <w:rPr>
                <w:sz w:val="16"/>
                <w:szCs w:val="16"/>
              </w:rPr>
              <w:t xml:space="preserve"> N/A</w:t>
            </w:r>
          </w:p>
        </w:tc>
        <w:tc>
          <w:tcPr>
            <w:tcW w:w="3096" w:type="dxa"/>
            <w:tcMar>
              <w:top w:w="80" w:type="dxa"/>
              <w:left w:w="90" w:type="dxa"/>
              <w:bottom w:w="80" w:type="dxa"/>
              <w:right w:w="90" w:type="dxa"/>
            </w:tcMar>
            <w:vAlign w:val="center"/>
          </w:tcPr>
          <w:p w14:paraId="34CE0A41" w14:textId="77777777" w:rsidR="005C41BF" w:rsidRDefault="005C41BF">
            <w:pPr>
              <w:spacing w:line="252" w:lineRule="auto"/>
            </w:pPr>
          </w:p>
        </w:tc>
        <w:tc>
          <w:tcPr>
            <w:tcW w:w="1512" w:type="dxa"/>
            <w:tcMar>
              <w:top w:w="80" w:type="dxa"/>
              <w:left w:w="90" w:type="dxa"/>
              <w:bottom w:w="80" w:type="dxa"/>
              <w:right w:w="90" w:type="dxa"/>
            </w:tcMar>
            <w:vAlign w:val="center"/>
          </w:tcPr>
          <w:p w14:paraId="70B947FE" w14:textId="1394CF26" w:rsidR="005C41BF" w:rsidRDefault="00623419" w:rsidP="00623419">
            <w:pPr>
              <w:spacing w:line="252" w:lineRule="auto"/>
            </w:pPr>
            <w:r w:rsidRPr="00623419">
              <w:rPr>
                <w:sz w:val="16"/>
                <w:szCs w:val="16"/>
              </w:rPr>
              <w:t xml:space="preserve">☐ </w:t>
            </w:r>
            <w:r w:rsidR="00000000" w:rsidRPr="00623419">
              <w:rPr>
                <w:sz w:val="16"/>
                <w:szCs w:val="16"/>
              </w:rPr>
              <w:t>None</w:t>
            </w:r>
            <w:r w:rsidRPr="00623419">
              <w:rPr>
                <w:sz w:val="16"/>
                <w:szCs w:val="16"/>
              </w:rPr>
              <w:br/>
              <w:t>☐</w:t>
            </w:r>
            <w:r w:rsidR="00000000" w:rsidRPr="00623419">
              <w:rPr>
                <w:sz w:val="16"/>
                <w:szCs w:val="16"/>
              </w:rPr>
              <w:t xml:space="preserve"> Add</w:t>
            </w:r>
            <w:r w:rsidRPr="00623419">
              <w:rPr>
                <w:sz w:val="16"/>
                <w:szCs w:val="16"/>
              </w:rPr>
              <w:br/>
              <w:t>☐</w:t>
            </w:r>
            <w:r w:rsidR="00000000" w:rsidRPr="00623419">
              <w:rPr>
                <w:sz w:val="16"/>
                <w:szCs w:val="16"/>
              </w:rPr>
              <w:t xml:space="preserve"> Fix</w:t>
            </w:r>
            <w:r w:rsidRPr="00623419">
              <w:rPr>
                <w:sz w:val="16"/>
                <w:szCs w:val="16"/>
              </w:rPr>
              <w:br/>
              <w:t>☐</w:t>
            </w:r>
            <w:r w:rsidR="00000000" w:rsidRPr="00623419">
              <w:rPr>
                <w:sz w:val="16"/>
                <w:szCs w:val="16"/>
              </w:rPr>
              <w:t xml:space="preserve"> Check</w:t>
            </w:r>
          </w:p>
        </w:tc>
      </w:tr>
      <w:tr w:rsidR="005C41BF" w14:paraId="089026E3" w14:textId="77777777">
        <w:trPr>
          <w:jc w:val="center"/>
        </w:trPr>
        <w:tc>
          <w:tcPr>
            <w:tcW w:w="2232" w:type="dxa"/>
            <w:tcMar>
              <w:top w:w="80" w:type="dxa"/>
              <w:left w:w="90" w:type="dxa"/>
              <w:bottom w:w="80" w:type="dxa"/>
              <w:right w:w="90" w:type="dxa"/>
            </w:tcMar>
            <w:vAlign w:val="center"/>
          </w:tcPr>
          <w:p w14:paraId="33FBCD4F" w14:textId="77777777" w:rsidR="005C41BF" w:rsidRDefault="000B3397">
            <w:pPr>
              <w:spacing w:line="252" w:lineRule="auto"/>
            </w:pPr>
            <w:r>
              <w:rPr>
                <w:sz w:val="16"/>
              </w:rPr>
              <w:t>ID number</w:t>
            </w:r>
          </w:p>
        </w:tc>
        <w:tc>
          <w:tcPr>
            <w:tcW w:w="5760" w:type="dxa"/>
            <w:tcMar>
              <w:top w:w="80" w:type="dxa"/>
              <w:left w:w="90" w:type="dxa"/>
              <w:bottom w:w="80" w:type="dxa"/>
              <w:right w:w="90" w:type="dxa"/>
            </w:tcMar>
            <w:vAlign w:val="center"/>
          </w:tcPr>
          <w:p w14:paraId="30385863" w14:textId="77777777" w:rsidR="005C41BF" w:rsidRDefault="000B3397">
            <w:pPr>
              <w:spacing w:line="252" w:lineRule="auto"/>
            </w:pPr>
            <w:r>
              <w:rPr>
                <w:sz w:val="16"/>
              </w:rPr>
              <w:t>Study ID is clear, unique, and follows the agreed naming convention.</w:t>
            </w:r>
          </w:p>
        </w:tc>
        <w:tc>
          <w:tcPr>
            <w:tcW w:w="2232" w:type="dxa"/>
            <w:tcMar>
              <w:top w:w="80" w:type="dxa"/>
              <w:left w:w="90" w:type="dxa"/>
              <w:bottom w:w="80" w:type="dxa"/>
              <w:right w:w="90" w:type="dxa"/>
            </w:tcMar>
            <w:vAlign w:val="center"/>
          </w:tcPr>
          <w:p w14:paraId="3D8B7078" w14:textId="5DBC56C6" w:rsidR="005C41BF" w:rsidRDefault="00D678D2" w:rsidP="00D678D2">
            <w:pPr>
              <w:spacing w:line="252" w:lineRule="auto"/>
            </w:pPr>
            <w:r w:rsidRPr="00D678D2">
              <w:rPr>
                <w:sz w:val="16"/>
                <w:szCs w:val="16"/>
              </w:rPr>
              <w:t xml:space="preserve">☐ </w:t>
            </w:r>
            <w:r w:rsidR="00000000" w:rsidRPr="00D678D2">
              <w:rPr>
                <w:sz w:val="16"/>
                <w:szCs w:val="16"/>
              </w:rPr>
              <w:t>Provided</w:t>
            </w:r>
            <w:r w:rsidRPr="00D678D2">
              <w:rPr>
                <w:sz w:val="16"/>
                <w:szCs w:val="16"/>
              </w:rPr>
              <w:br/>
              <w:t>☐</w:t>
            </w:r>
            <w:r w:rsidR="00000000" w:rsidRPr="00D678D2">
              <w:rPr>
                <w:sz w:val="16"/>
                <w:szCs w:val="16"/>
              </w:rPr>
              <w:t xml:space="preserve"> Partially provided</w:t>
            </w:r>
            <w:r w:rsidRPr="00D678D2">
              <w:rPr>
                <w:sz w:val="16"/>
                <w:szCs w:val="16"/>
              </w:rPr>
              <w:br/>
              <w:t>☐</w:t>
            </w:r>
            <w:r w:rsidR="00000000" w:rsidRPr="00D678D2">
              <w:rPr>
                <w:sz w:val="16"/>
                <w:szCs w:val="16"/>
              </w:rPr>
              <w:t xml:space="preserve"> Not provided</w:t>
            </w:r>
            <w:r w:rsidRPr="00D678D2">
              <w:rPr>
                <w:sz w:val="16"/>
                <w:szCs w:val="16"/>
              </w:rPr>
              <w:br/>
              <w:t>☐</w:t>
            </w:r>
            <w:r w:rsidR="00000000" w:rsidRPr="00D678D2">
              <w:rPr>
                <w:sz w:val="16"/>
                <w:szCs w:val="16"/>
              </w:rPr>
              <w:t xml:space="preserve"> N/A</w:t>
            </w:r>
          </w:p>
        </w:tc>
        <w:tc>
          <w:tcPr>
            <w:tcW w:w="3096" w:type="dxa"/>
            <w:tcMar>
              <w:top w:w="80" w:type="dxa"/>
              <w:left w:w="90" w:type="dxa"/>
              <w:bottom w:w="80" w:type="dxa"/>
              <w:right w:w="90" w:type="dxa"/>
            </w:tcMar>
            <w:vAlign w:val="center"/>
          </w:tcPr>
          <w:p w14:paraId="62EBF3C5" w14:textId="77777777" w:rsidR="005C41BF" w:rsidRDefault="005C41BF">
            <w:pPr>
              <w:spacing w:line="252" w:lineRule="auto"/>
            </w:pPr>
          </w:p>
        </w:tc>
        <w:tc>
          <w:tcPr>
            <w:tcW w:w="1512" w:type="dxa"/>
            <w:tcMar>
              <w:top w:w="80" w:type="dxa"/>
              <w:left w:w="90" w:type="dxa"/>
              <w:bottom w:w="80" w:type="dxa"/>
              <w:right w:w="90" w:type="dxa"/>
            </w:tcMar>
            <w:vAlign w:val="center"/>
          </w:tcPr>
          <w:p w14:paraId="5DE43339" w14:textId="2055D035" w:rsidR="005C41BF" w:rsidRDefault="007675D3" w:rsidP="007675D3">
            <w:pPr>
              <w:spacing w:line="252" w:lineRule="auto"/>
            </w:pPr>
            <w:r w:rsidRPr="007675D3">
              <w:rPr>
                <w:sz w:val="16"/>
                <w:szCs w:val="16"/>
              </w:rPr>
              <w:t xml:space="preserve">☐ </w:t>
            </w:r>
            <w:r w:rsidR="00000000" w:rsidRPr="007675D3">
              <w:rPr>
                <w:sz w:val="16"/>
                <w:szCs w:val="16"/>
              </w:rPr>
              <w:t>None</w:t>
            </w:r>
            <w:r w:rsidRPr="007675D3">
              <w:rPr>
                <w:sz w:val="16"/>
                <w:szCs w:val="16"/>
              </w:rPr>
              <w:br/>
              <w:t>☐</w:t>
            </w:r>
            <w:r w:rsidR="00000000" w:rsidRPr="007675D3">
              <w:rPr>
                <w:sz w:val="16"/>
                <w:szCs w:val="16"/>
              </w:rPr>
              <w:t xml:space="preserve"> Add</w:t>
            </w:r>
            <w:r w:rsidRPr="007675D3">
              <w:rPr>
                <w:sz w:val="16"/>
                <w:szCs w:val="16"/>
              </w:rPr>
              <w:br/>
              <w:t>☐</w:t>
            </w:r>
            <w:r w:rsidR="00000000" w:rsidRPr="007675D3">
              <w:rPr>
                <w:sz w:val="16"/>
                <w:szCs w:val="16"/>
              </w:rPr>
              <w:t xml:space="preserve"> Fix</w:t>
            </w:r>
            <w:r w:rsidRPr="007675D3">
              <w:rPr>
                <w:sz w:val="16"/>
                <w:szCs w:val="16"/>
              </w:rPr>
              <w:br/>
              <w:t>☐</w:t>
            </w:r>
            <w:r w:rsidR="00000000" w:rsidRPr="007675D3">
              <w:rPr>
                <w:sz w:val="16"/>
                <w:szCs w:val="16"/>
              </w:rPr>
              <w:t xml:space="preserve"> Check</w:t>
            </w:r>
          </w:p>
        </w:tc>
      </w:tr>
    </w:tbl>
    <w:p w14:paraId="6D98A12B" w14:textId="77777777" w:rsidR="005C41BF" w:rsidRDefault="005C41BF">
      <w:pPr>
        <w:spacing w:after="40"/>
      </w:pPr>
    </w:p>
    <w:p w14:paraId="2946DB82" w14:textId="77777777" w:rsidR="005C41BF" w:rsidRDefault="000B3397">
      <w:r>
        <w:br w:type="page"/>
      </w:r>
    </w:p>
    <w:p w14:paraId="0407146A" w14:textId="77777777" w:rsidR="005C41BF" w:rsidRDefault="000B3397">
      <w:pPr>
        <w:pStyle w:val="Heading1"/>
        <w:spacing w:after="100" w:line="259" w:lineRule="auto"/>
      </w:pPr>
      <w:r>
        <w:rPr>
          <w:b w:val="0"/>
        </w:rPr>
        <w:lastRenderedPageBreak/>
        <w:t>2. Study Description - Version, Overview, and Scope</w:t>
      </w:r>
    </w:p>
    <w:p w14:paraId="2C11F021" w14:textId="77777777" w:rsidR="005C41BF" w:rsidRDefault="000B3397">
      <w:pPr>
        <w:spacing w:after="100" w:line="259" w:lineRule="auto"/>
      </w:pPr>
      <w:r>
        <w:t>This section reviews versioning, the overall study summary, and topical coverage.</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434E96C8" w14:textId="77777777">
        <w:trPr>
          <w:jc w:val="center"/>
        </w:trPr>
        <w:tc>
          <w:tcPr>
            <w:tcW w:w="2232" w:type="dxa"/>
            <w:shd w:val="clear" w:color="auto" w:fill="1F4E79"/>
            <w:tcMar>
              <w:top w:w="90" w:type="dxa"/>
              <w:left w:w="90" w:type="dxa"/>
              <w:bottom w:w="90" w:type="dxa"/>
              <w:right w:w="90" w:type="dxa"/>
            </w:tcMar>
            <w:vAlign w:val="center"/>
          </w:tcPr>
          <w:p w14:paraId="489584C5"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53C5412C"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7D56C4AE"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5F27BDC0"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560DA689" w14:textId="77777777" w:rsidR="005C41BF" w:rsidRDefault="000B3397">
            <w:pPr>
              <w:spacing w:line="252" w:lineRule="auto"/>
            </w:pPr>
            <w:r>
              <w:rPr>
                <w:b/>
                <w:color w:val="FFFFFF"/>
                <w:sz w:val="17"/>
              </w:rPr>
              <w:t>Action</w:t>
            </w:r>
          </w:p>
        </w:tc>
      </w:tr>
      <w:tr w:rsidR="005C41BF" w14:paraId="1D75A784" w14:textId="77777777">
        <w:trPr>
          <w:jc w:val="center"/>
        </w:trPr>
        <w:tc>
          <w:tcPr>
            <w:tcW w:w="2232" w:type="dxa"/>
            <w:tcMar>
              <w:top w:w="80" w:type="dxa"/>
              <w:left w:w="90" w:type="dxa"/>
              <w:bottom w:w="80" w:type="dxa"/>
              <w:right w:w="90" w:type="dxa"/>
            </w:tcMar>
            <w:vAlign w:val="center"/>
          </w:tcPr>
          <w:p w14:paraId="6DF6E87A" w14:textId="77777777" w:rsidR="005C41BF" w:rsidRDefault="000B3397">
            <w:pPr>
              <w:spacing w:line="252" w:lineRule="auto"/>
            </w:pPr>
            <w:r>
              <w:rPr>
                <w:sz w:val="16"/>
              </w:rPr>
              <w:t>Version description</w:t>
            </w:r>
          </w:p>
        </w:tc>
        <w:tc>
          <w:tcPr>
            <w:tcW w:w="5760" w:type="dxa"/>
            <w:tcMar>
              <w:top w:w="80" w:type="dxa"/>
              <w:left w:w="90" w:type="dxa"/>
              <w:bottom w:w="80" w:type="dxa"/>
              <w:right w:w="90" w:type="dxa"/>
            </w:tcMar>
            <w:vAlign w:val="center"/>
          </w:tcPr>
          <w:p w14:paraId="53133C9D" w14:textId="77777777" w:rsidR="005C41BF" w:rsidRDefault="000B3397">
            <w:pPr>
              <w:spacing w:line="252" w:lineRule="auto"/>
            </w:pPr>
            <w:r>
              <w:rPr>
                <w:sz w:val="16"/>
              </w:rPr>
              <w:t>Dataset version is clearly described and follows a standard naming convention.</w:t>
            </w:r>
          </w:p>
        </w:tc>
        <w:tc>
          <w:tcPr>
            <w:tcW w:w="2232" w:type="dxa"/>
            <w:tcMar>
              <w:top w:w="80" w:type="dxa"/>
              <w:left w:w="90" w:type="dxa"/>
              <w:bottom w:w="80" w:type="dxa"/>
              <w:right w:w="90" w:type="dxa"/>
            </w:tcMar>
            <w:vAlign w:val="center"/>
          </w:tcPr>
          <w:p w14:paraId="7D4D5678" w14:textId="5A2AAF2C" w:rsidR="005C41BF" w:rsidRDefault="00022164" w:rsidP="00022164">
            <w:pPr>
              <w:spacing w:line="252" w:lineRule="auto"/>
            </w:pPr>
            <w:r w:rsidRPr="00022164">
              <w:rPr>
                <w:sz w:val="16"/>
                <w:szCs w:val="16"/>
              </w:rPr>
              <w:t xml:space="preserve">☐ </w:t>
            </w:r>
            <w:r w:rsidR="00000000" w:rsidRPr="00022164">
              <w:rPr>
                <w:sz w:val="16"/>
                <w:szCs w:val="16"/>
              </w:rPr>
              <w:t>Provided</w:t>
            </w:r>
            <w:r w:rsidRPr="00022164">
              <w:rPr>
                <w:sz w:val="16"/>
                <w:szCs w:val="16"/>
              </w:rPr>
              <w:br/>
              <w:t>☐</w:t>
            </w:r>
            <w:r w:rsidR="00000000" w:rsidRPr="00022164">
              <w:rPr>
                <w:sz w:val="16"/>
                <w:szCs w:val="16"/>
              </w:rPr>
              <w:t xml:space="preserve"> Partially provided</w:t>
            </w:r>
            <w:r w:rsidRPr="00022164">
              <w:rPr>
                <w:sz w:val="16"/>
                <w:szCs w:val="16"/>
              </w:rPr>
              <w:br/>
              <w:t>☐</w:t>
            </w:r>
            <w:r w:rsidR="00000000" w:rsidRPr="00022164">
              <w:rPr>
                <w:sz w:val="16"/>
                <w:szCs w:val="16"/>
              </w:rPr>
              <w:t xml:space="preserve"> Not provided</w:t>
            </w:r>
            <w:r w:rsidRPr="00022164">
              <w:rPr>
                <w:sz w:val="16"/>
                <w:szCs w:val="16"/>
              </w:rPr>
              <w:br/>
              <w:t>☐</w:t>
            </w:r>
            <w:r w:rsidR="00000000" w:rsidRPr="00022164">
              <w:rPr>
                <w:sz w:val="16"/>
                <w:szCs w:val="16"/>
              </w:rPr>
              <w:t xml:space="preserve"> N/A</w:t>
            </w:r>
          </w:p>
        </w:tc>
        <w:tc>
          <w:tcPr>
            <w:tcW w:w="3096" w:type="dxa"/>
            <w:tcMar>
              <w:top w:w="80" w:type="dxa"/>
              <w:left w:w="90" w:type="dxa"/>
              <w:bottom w:w="80" w:type="dxa"/>
              <w:right w:w="90" w:type="dxa"/>
            </w:tcMar>
            <w:vAlign w:val="center"/>
          </w:tcPr>
          <w:p w14:paraId="5997CC1D" w14:textId="77777777" w:rsidR="005C41BF" w:rsidRDefault="005C41BF">
            <w:pPr>
              <w:spacing w:line="252" w:lineRule="auto"/>
            </w:pPr>
          </w:p>
        </w:tc>
        <w:tc>
          <w:tcPr>
            <w:tcW w:w="1512" w:type="dxa"/>
            <w:tcMar>
              <w:top w:w="80" w:type="dxa"/>
              <w:left w:w="90" w:type="dxa"/>
              <w:bottom w:w="80" w:type="dxa"/>
              <w:right w:w="90" w:type="dxa"/>
            </w:tcMar>
            <w:vAlign w:val="center"/>
          </w:tcPr>
          <w:p w14:paraId="4636B767" w14:textId="4FD2BBE6" w:rsidR="005C41BF" w:rsidRDefault="00A76123" w:rsidP="00A76123">
            <w:pPr>
              <w:spacing w:line="252" w:lineRule="auto"/>
            </w:pPr>
            <w:r w:rsidRPr="00A76123">
              <w:rPr>
                <w:sz w:val="16"/>
                <w:szCs w:val="16"/>
              </w:rPr>
              <w:t xml:space="preserve">☐ </w:t>
            </w:r>
            <w:r w:rsidR="00000000" w:rsidRPr="00A76123">
              <w:rPr>
                <w:sz w:val="16"/>
                <w:szCs w:val="16"/>
              </w:rPr>
              <w:t>None</w:t>
            </w:r>
            <w:r w:rsidRPr="00A76123">
              <w:rPr>
                <w:sz w:val="16"/>
                <w:szCs w:val="16"/>
              </w:rPr>
              <w:br/>
              <w:t>☐</w:t>
            </w:r>
            <w:r w:rsidR="00000000" w:rsidRPr="00A76123">
              <w:rPr>
                <w:sz w:val="16"/>
                <w:szCs w:val="16"/>
              </w:rPr>
              <w:t xml:space="preserve"> Add</w:t>
            </w:r>
            <w:r w:rsidRPr="00A76123">
              <w:rPr>
                <w:sz w:val="16"/>
                <w:szCs w:val="16"/>
              </w:rPr>
              <w:br/>
              <w:t>☐</w:t>
            </w:r>
            <w:r w:rsidR="00000000" w:rsidRPr="00A76123">
              <w:rPr>
                <w:sz w:val="16"/>
                <w:szCs w:val="16"/>
              </w:rPr>
              <w:t xml:space="preserve"> Fix</w:t>
            </w:r>
            <w:r w:rsidRPr="00A76123">
              <w:rPr>
                <w:sz w:val="16"/>
                <w:szCs w:val="16"/>
              </w:rPr>
              <w:br/>
              <w:t>☐</w:t>
            </w:r>
            <w:r w:rsidR="00000000" w:rsidRPr="00A76123">
              <w:rPr>
                <w:sz w:val="16"/>
                <w:szCs w:val="16"/>
              </w:rPr>
              <w:t xml:space="preserve"> Check</w:t>
            </w:r>
          </w:p>
        </w:tc>
      </w:tr>
      <w:tr w:rsidR="005C41BF" w14:paraId="186C5648" w14:textId="77777777">
        <w:trPr>
          <w:jc w:val="center"/>
        </w:trPr>
        <w:tc>
          <w:tcPr>
            <w:tcW w:w="2232" w:type="dxa"/>
            <w:tcMar>
              <w:top w:w="80" w:type="dxa"/>
              <w:left w:w="90" w:type="dxa"/>
              <w:bottom w:w="80" w:type="dxa"/>
              <w:right w:w="90" w:type="dxa"/>
            </w:tcMar>
            <w:vAlign w:val="center"/>
          </w:tcPr>
          <w:p w14:paraId="76CD9319" w14:textId="77777777" w:rsidR="005C41BF" w:rsidRDefault="000B3397">
            <w:pPr>
              <w:spacing w:line="252" w:lineRule="auto"/>
            </w:pPr>
            <w:r>
              <w:rPr>
                <w:sz w:val="16"/>
              </w:rPr>
              <w:t>Production date</w:t>
            </w:r>
          </w:p>
        </w:tc>
        <w:tc>
          <w:tcPr>
            <w:tcW w:w="5760" w:type="dxa"/>
            <w:tcMar>
              <w:top w:w="80" w:type="dxa"/>
              <w:left w:w="90" w:type="dxa"/>
              <w:bottom w:w="80" w:type="dxa"/>
              <w:right w:w="90" w:type="dxa"/>
            </w:tcMar>
            <w:vAlign w:val="center"/>
          </w:tcPr>
          <w:p w14:paraId="6679A880" w14:textId="77777777" w:rsidR="005C41BF" w:rsidRDefault="000B3397">
            <w:pPr>
              <w:spacing w:line="252" w:lineRule="auto"/>
            </w:pPr>
            <w:r>
              <w:rPr>
                <w:sz w:val="16"/>
              </w:rPr>
              <w:t>Production date is provided in a consistent format, preferably ISO format.</w:t>
            </w:r>
          </w:p>
        </w:tc>
        <w:tc>
          <w:tcPr>
            <w:tcW w:w="2232" w:type="dxa"/>
            <w:tcMar>
              <w:top w:w="80" w:type="dxa"/>
              <w:left w:w="90" w:type="dxa"/>
              <w:bottom w:w="80" w:type="dxa"/>
              <w:right w:w="90" w:type="dxa"/>
            </w:tcMar>
            <w:vAlign w:val="center"/>
          </w:tcPr>
          <w:p w14:paraId="636ADE76" w14:textId="18F5B863" w:rsidR="005C41BF" w:rsidRDefault="006F6F72" w:rsidP="006F6F72">
            <w:pPr>
              <w:spacing w:line="252" w:lineRule="auto"/>
            </w:pPr>
            <w:r w:rsidRPr="006F6F72">
              <w:rPr>
                <w:sz w:val="16"/>
                <w:szCs w:val="16"/>
              </w:rPr>
              <w:t xml:space="preserve">☐ </w:t>
            </w:r>
            <w:r w:rsidR="00000000" w:rsidRPr="006F6F72">
              <w:rPr>
                <w:sz w:val="16"/>
                <w:szCs w:val="16"/>
              </w:rPr>
              <w:t>Provided</w:t>
            </w:r>
            <w:r w:rsidRPr="006F6F72">
              <w:rPr>
                <w:sz w:val="16"/>
                <w:szCs w:val="16"/>
              </w:rPr>
              <w:br/>
              <w:t>☐</w:t>
            </w:r>
            <w:r w:rsidR="00000000" w:rsidRPr="006F6F72">
              <w:rPr>
                <w:sz w:val="16"/>
                <w:szCs w:val="16"/>
              </w:rPr>
              <w:t xml:space="preserve"> Partially provided</w:t>
            </w:r>
            <w:r w:rsidRPr="006F6F72">
              <w:rPr>
                <w:sz w:val="16"/>
                <w:szCs w:val="16"/>
              </w:rPr>
              <w:br/>
              <w:t>☐</w:t>
            </w:r>
            <w:r w:rsidR="00000000" w:rsidRPr="006F6F72">
              <w:rPr>
                <w:sz w:val="16"/>
                <w:szCs w:val="16"/>
              </w:rPr>
              <w:t xml:space="preserve"> Not provided</w:t>
            </w:r>
            <w:r w:rsidRPr="006F6F72">
              <w:rPr>
                <w:sz w:val="16"/>
                <w:szCs w:val="16"/>
              </w:rPr>
              <w:br/>
              <w:t>☐</w:t>
            </w:r>
            <w:r w:rsidR="00000000" w:rsidRPr="006F6F72">
              <w:rPr>
                <w:sz w:val="16"/>
                <w:szCs w:val="16"/>
              </w:rPr>
              <w:t xml:space="preserve"> N/A</w:t>
            </w:r>
          </w:p>
        </w:tc>
        <w:tc>
          <w:tcPr>
            <w:tcW w:w="3096" w:type="dxa"/>
            <w:tcMar>
              <w:top w:w="80" w:type="dxa"/>
              <w:left w:w="90" w:type="dxa"/>
              <w:bottom w:w="80" w:type="dxa"/>
              <w:right w:w="90" w:type="dxa"/>
            </w:tcMar>
            <w:vAlign w:val="center"/>
          </w:tcPr>
          <w:p w14:paraId="110FFD37" w14:textId="77777777" w:rsidR="005C41BF" w:rsidRDefault="005C41BF">
            <w:pPr>
              <w:spacing w:line="252" w:lineRule="auto"/>
            </w:pPr>
          </w:p>
        </w:tc>
        <w:tc>
          <w:tcPr>
            <w:tcW w:w="1512" w:type="dxa"/>
            <w:tcMar>
              <w:top w:w="80" w:type="dxa"/>
              <w:left w:w="90" w:type="dxa"/>
              <w:bottom w:w="80" w:type="dxa"/>
              <w:right w:w="90" w:type="dxa"/>
            </w:tcMar>
            <w:vAlign w:val="center"/>
          </w:tcPr>
          <w:p w14:paraId="35571E8F" w14:textId="6826D9DE" w:rsidR="005C41BF" w:rsidRDefault="00127EB0" w:rsidP="00127EB0">
            <w:pPr>
              <w:spacing w:line="252" w:lineRule="auto"/>
            </w:pPr>
            <w:r w:rsidRPr="00127EB0">
              <w:rPr>
                <w:sz w:val="16"/>
                <w:szCs w:val="16"/>
              </w:rPr>
              <w:t xml:space="preserve">☐ </w:t>
            </w:r>
            <w:r w:rsidR="00000000" w:rsidRPr="00127EB0">
              <w:rPr>
                <w:sz w:val="16"/>
                <w:szCs w:val="16"/>
              </w:rPr>
              <w:t>None</w:t>
            </w:r>
            <w:r w:rsidRPr="00127EB0">
              <w:rPr>
                <w:sz w:val="16"/>
                <w:szCs w:val="16"/>
              </w:rPr>
              <w:br/>
              <w:t>☐</w:t>
            </w:r>
            <w:r w:rsidR="00000000" w:rsidRPr="00127EB0">
              <w:rPr>
                <w:sz w:val="16"/>
                <w:szCs w:val="16"/>
              </w:rPr>
              <w:t xml:space="preserve"> Add</w:t>
            </w:r>
            <w:r w:rsidRPr="00127EB0">
              <w:rPr>
                <w:sz w:val="16"/>
                <w:szCs w:val="16"/>
              </w:rPr>
              <w:br/>
              <w:t>☐</w:t>
            </w:r>
            <w:r w:rsidR="00000000" w:rsidRPr="00127EB0">
              <w:rPr>
                <w:sz w:val="16"/>
                <w:szCs w:val="16"/>
              </w:rPr>
              <w:t xml:space="preserve"> Fix</w:t>
            </w:r>
            <w:r w:rsidRPr="00127EB0">
              <w:rPr>
                <w:sz w:val="16"/>
                <w:szCs w:val="16"/>
              </w:rPr>
              <w:br/>
              <w:t>☐</w:t>
            </w:r>
            <w:r w:rsidR="00000000" w:rsidRPr="00127EB0">
              <w:rPr>
                <w:sz w:val="16"/>
                <w:szCs w:val="16"/>
              </w:rPr>
              <w:t xml:space="preserve"> Check</w:t>
            </w:r>
          </w:p>
        </w:tc>
      </w:tr>
      <w:tr w:rsidR="005C41BF" w14:paraId="3D566099" w14:textId="77777777">
        <w:trPr>
          <w:jc w:val="center"/>
        </w:trPr>
        <w:tc>
          <w:tcPr>
            <w:tcW w:w="2232" w:type="dxa"/>
            <w:tcMar>
              <w:top w:w="80" w:type="dxa"/>
              <w:left w:w="90" w:type="dxa"/>
              <w:bottom w:w="80" w:type="dxa"/>
              <w:right w:w="90" w:type="dxa"/>
            </w:tcMar>
            <w:vAlign w:val="center"/>
          </w:tcPr>
          <w:p w14:paraId="37BA4F5E" w14:textId="77777777" w:rsidR="005C41BF" w:rsidRDefault="000B3397">
            <w:pPr>
              <w:spacing w:line="252" w:lineRule="auto"/>
            </w:pPr>
            <w:r>
              <w:rPr>
                <w:sz w:val="16"/>
              </w:rPr>
              <w:t>Version notes</w:t>
            </w:r>
          </w:p>
        </w:tc>
        <w:tc>
          <w:tcPr>
            <w:tcW w:w="5760" w:type="dxa"/>
            <w:tcMar>
              <w:top w:w="80" w:type="dxa"/>
              <w:left w:w="90" w:type="dxa"/>
              <w:bottom w:w="80" w:type="dxa"/>
              <w:right w:w="90" w:type="dxa"/>
            </w:tcMar>
            <w:vAlign w:val="center"/>
          </w:tcPr>
          <w:p w14:paraId="0932DDFB" w14:textId="77777777" w:rsidR="005C41BF" w:rsidRDefault="000B3397">
            <w:pPr>
              <w:spacing w:line="252" w:lineRule="auto"/>
            </w:pPr>
            <w:r>
              <w:rPr>
                <w:sz w:val="16"/>
              </w:rPr>
              <w:t>Notes explain what distinguishes this version from previous or future versions.</w:t>
            </w:r>
          </w:p>
        </w:tc>
        <w:tc>
          <w:tcPr>
            <w:tcW w:w="2232" w:type="dxa"/>
            <w:tcMar>
              <w:top w:w="80" w:type="dxa"/>
              <w:left w:w="90" w:type="dxa"/>
              <w:bottom w:w="80" w:type="dxa"/>
              <w:right w:w="90" w:type="dxa"/>
            </w:tcMar>
            <w:vAlign w:val="center"/>
          </w:tcPr>
          <w:p w14:paraId="02D9D54E" w14:textId="2608ABFC" w:rsidR="005C41BF" w:rsidRDefault="0097655D" w:rsidP="0097655D">
            <w:pPr>
              <w:spacing w:line="252" w:lineRule="auto"/>
            </w:pPr>
            <w:r w:rsidRPr="0097655D">
              <w:rPr>
                <w:sz w:val="16"/>
                <w:szCs w:val="16"/>
              </w:rPr>
              <w:t xml:space="preserve">☐ </w:t>
            </w:r>
            <w:r w:rsidR="00000000" w:rsidRPr="0097655D">
              <w:rPr>
                <w:sz w:val="16"/>
                <w:szCs w:val="16"/>
              </w:rPr>
              <w:t>Provided</w:t>
            </w:r>
            <w:r w:rsidRPr="0097655D">
              <w:rPr>
                <w:sz w:val="16"/>
                <w:szCs w:val="16"/>
              </w:rPr>
              <w:br/>
              <w:t>☐</w:t>
            </w:r>
            <w:r w:rsidR="00000000" w:rsidRPr="0097655D">
              <w:rPr>
                <w:sz w:val="16"/>
                <w:szCs w:val="16"/>
              </w:rPr>
              <w:t xml:space="preserve"> Partially provided</w:t>
            </w:r>
            <w:r w:rsidRPr="0097655D">
              <w:rPr>
                <w:sz w:val="16"/>
                <w:szCs w:val="16"/>
              </w:rPr>
              <w:br/>
              <w:t>☐</w:t>
            </w:r>
            <w:r w:rsidR="00000000" w:rsidRPr="0097655D">
              <w:rPr>
                <w:sz w:val="16"/>
                <w:szCs w:val="16"/>
              </w:rPr>
              <w:t xml:space="preserve"> Not provided</w:t>
            </w:r>
            <w:r w:rsidRPr="0097655D">
              <w:rPr>
                <w:sz w:val="16"/>
                <w:szCs w:val="16"/>
              </w:rPr>
              <w:br/>
              <w:t>☐</w:t>
            </w:r>
            <w:r w:rsidR="00000000" w:rsidRPr="0097655D">
              <w:rPr>
                <w:sz w:val="16"/>
                <w:szCs w:val="16"/>
              </w:rPr>
              <w:t xml:space="preserve"> N/A</w:t>
            </w:r>
          </w:p>
        </w:tc>
        <w:tc>
          <w:tcPr>
            <w:tcW w:w="3096" w:type="dxa"/>
            <w:tcMar>
              <w:top w:w="80" w:type="dxa"/>
              <w:left w:w="90" w:type="dxa"/>
              <w:bottom w:w="80" w:type="dxa"/>
              <w:right w:w="90" w:type="dxa"/>
            </w:tcMar>
            <w:vAlign w:val="center"/>
          </w:tcPr>
          <w:p w14:paraId="6B699379" w14:textId="77777777" w:rsidR="005C41BF" w:rsidRDefault="005C41BF">
            <w:pPr>
              <w:spacing w:line="252" w:lineRule="auto"/>
            </w:pPr>
          </w:p>
        </w:tc>
        <w:tc>
          <w:tcPr>
            <w:tcW w:w="1512" w:type="dxa"/>
            <w:tcMar>
              <w:top w:w="80" w:type="dxa"/>
              <w:left w:w="90" w:type="dxa"/>
              <w:bottom w:w="80" w:type="dxa"/>
              <w:right w:w="90" w:type="dxa"/>
            </w:tcMar>
            <w:vAlign w:val="center"/>
          </w:tcPr>
          <w:p w14:paraId="32A27B8F" w14:textId="260742E6" w:rsidR="005C41BF" w:rsidRDefault="00E15E34" w:rsidP="00E15E34">
            <w:pPr>
              <w:spacing w:line="252" w:lineRule="auto"/>
            </w:pPr>
            <w:r w:rsidRPr="00E15E34">
              <w:rPr>
                <w:sz w:val="16"/>
                <w:szCs w:val="16"/>
              </w:rPr>
              <w:t xml:space="preserve">☐ </w:t>
            </w:r>
            <w:r w:rsidR="00000000" w:rsidRPr="00E15E34">
              <w:rPr>
                <w:sz w:val="16"/>
                <w:szCs w:val="16"/>
              </w:rPr>
              <w:t>None</w:t>
            </w:r>
            <w:r w:rsidRPr="00E15E34">
              <w:rPr>
                <w:sz w:val="16"/>
                <w:szCs w:val="16"/>
              </w:rPr>
              <w:br/>
              <w:t>☐</w:t>
            </w:r>
            <w:r w:rsidR="00000000" w:rsidRPr="00E15E34">
              <w:rPr>
                <w:sz w:val="16"/>
                <w:szCs w:val="16"/>
              </w:rPr>
              <w:t xml:space="preserve"> Add</w:t>
            </w:r>
            <w:r w:rsidRPr="00E15E34">
              <w:rPr>
                <w:sz w:val="16"/>
                <w:szCs w:val="16"/>
              </w:rPr>
              <w:br/>
              <w:t>☐</w:t>
            </w:r>
            <w:r w:rsidR="00000000" w:rsidRPr="00E15E34">
              <w:rPr>
                <w:sz w:val="16"/>
                <w:szCs w:val="16"/>
              </w:rPr>
              <w:t xml:space="preserve"> Fix</w:t>
            </w:r>
            <w:r w:rsidRPr="00E15E34">
              <w:rPr>
                <w:sz w:val="16"/>
                <w:szCs w:val="16"/>
              </w:rPr>
              <w:br/>
              <w:t>☐</w:t>
            </w:r>
            <w:r w:rsidR="00000000" w:rsidRPr="00E15E34">
              <w:rPr>
                <w:sz w:val="16"/>
                <w:szCs w:val="16"/>
              </w:rPr>
              <w:t xml:space="preserve"> Check</w:t>
            </w:r>
          </w:p>
        </w:tc>
      </w:tr>
      <w:tr w:rsidR="005C41BF" w14:paraId="0B5F2648" w14:textId="77777777">
        <w:trPr>
          <w:jc w:val="center"/>
        </w:trPr>
        <w:tc>
          <w:tcPr>
            <w:tcW w:w="2232" w:type="dxa"/>
            <w:tcMar>
              <w:top w:w="80" w:type="dxa"/>
              <w:left w:w="90" w:type="dxa"/>
              <w:bottom w:w="80" w:type="dxa"/>
              <w:right w:w="90" w:type="dxa"/>
            </w:tcMar>
            <w:vAlign w:val="center"/>
          </w:tcPr>
          <w:p w14:paraId="7CBFD60A" w14:textId="77777777" w:rsidR="005C41BF" w:rsidRDefault="000B3397">
            <w:pPr>
              <w:spacing w:line="252" w:lineRule="auto"/>
            </w:pPr>
            <w:r>
              <w:rPr>
                <w:sz w:val="16"/>
              </w:rPr>
              <w:t>Abstract</w:t>
            </w:r>
          </w:p>
        </w:tc>
        <w:tc>
          <w:tcPr>
            <w:tcW w:w="5760" w:type="dxa"/>
            <w:tcMar>
              <w:top w:w="80" w:type="dxa"/>
              <w:left w:w="90" w:type="dxa"/>
              <w:bottom w:w="80" w:type="dxa"/>
              <w:right w:w="90" w:type="dxa"/>
            </w:tcMar>
            <w:vAlign w:val="center"/>
          </w:tcPr>
          <w:p w14:paraId="7CF081A9" w14:textId="77777777" w:rsidR="005C41BF" w:rsidRDefault="000B3397">
            <w:pPr>
              <w:spacing w:line="252" w:lineRule="auto"/>
            </w:pPr>
            <w:r>
              <w:rPr>
                <w:sz w:val="16"/>
              </w:rPr>
              <w:t>Abstract clearly summarizes study objectives, scope, coverage, methodology, and key context.</w:t>
            </w:r>
          </w:p>
        </w:tc>
        <w:tc>
          <w:tcPr>
            <w:tcW w:w="2232" w:type="dxa"/>
            <w:tcMar>
              <w:top w:w="80" w:type="dxa"/>
              <w:left w:w="90" w:type="dxa"/>
              <w:bottom w:w="80" w:type="dxa"/>
              <w:right w:w="90" w:type="dxa"/>
            </w:tcMar>
            <w:vAlign w:val="center"/>
          </w:tcPr>
          <w:p w14:paraId="3AC6E182" w14:textId="6E73A24F" w:rsidR="005C41BF" w:rsidRDefault="001B4D57" w:rsidP="001B4D57">
            <w:pPr>
              <w:spacing w:line="252" w:lineRule="auto"/>
            </w:pPr>
            <w:r w:rsidRPr="001B4D57">
              <w:rPr>
                <w:sz w:val="16"/>
                <w:szCs w:val="16"/>
              </w:rPr>
              <w:t xml:space="preserve">☐ </w:t>
            </w:r>
            <w:r w:rsidR="00000000" w:rsidRPr="001B4D57">
              <w:rPr>
                <w:sz w:val="16"/>
                <w:szCs w:val="16"/>
              </w:rPr>
              <w:t>Provided</w:t>
            </w:r>
            <w:r w:rsidRPr="001B4D57">
              <w:rPr>
                <w:sz w:val="16"/>
                <w:szCs w:val="16"/>
              </w:rPr>
              <w:br/>
              <w:t>☐</w:t>
            </w:r>
            <w:r w:rsidR="00000000" w:rsidRPr="001B4D57">
              <w:rPr>
                <w:sz w:val="16"/>
                <w:szCs w:val="16"/>
              </w:rPr>
              <w:t xml:space="preserve"> Partially provided</w:t>
            </w:r>
            <w:r w:rsidRPr="001B4D57">
              <w:rPr>
                <w:sz w:val="16"/>
                <w:szCs w:val="16"/>
              </w:rPr>
              <w:br/>
              <w:t>☐</w:t>
            </w:r>
            <w:r w:rsidR="00000000" w:rsidRPr="001B4D57">
              <w:rPr>
                <w:sz w:val="16"/>
                <w:szCs w:val="16"/>
              </w:rPr>
              <w:t xml:space="preserve"> Not provided</w:t>
            </w:r>
            <w:r w:rsidRPr="001B4D57">
              <w:rPr>
                <w:sz w:val="16"/>
                <w:szCs w:val="16"/>
              </w:rPr>
              <w:br/>
              <w:t>☐</w:t>
            </w:r>
            <w:r w:rsidR="00000000" w:rsidRPr="001B4D57">
              <w:rPr>
                <w:sz w:val="16"/>
                <w:szCs w:val="16"/>
              </w:rPr>
              <w:t xml:space="preserve"> N/A</w:t>
            </w:r>
          </w:p>
        </w:tc>
        <w:tc>
          <w:tcPr>
            <w:tcW w:w="3096" w:type="dxa"/>
            <w:tcMar>
              <w:top w:w="80" w:type="dxa"/>
              <w:left w:w="90" w:type="dxa"/>
              <w:bottom w:w="80" w:type="dxa"/>
              <w:right w:w="90" w:type="dxa"/>
            </w:tcMar>
            <w:vAlign w:val="center"/>
          </w:tcPr>
          <w:p w14:paraId="3FE9F23F" w14:textId="77777777" w:rsidR="005C41BF" w:rsidRDefault="005C41BF">
            <w:pPr>
              <w:spacing w:line="252" w:lineRule="auto"/>
            </w:pPr>
          </w:p>
        </w:tc>
        <w:tc>
          <w:tcPr>
            <w:tcW w:w="1512" w:type="dxa"/>
            <w:tcMar>
              <w:top w:w="80" w:type="dxa"/>
              <w:left w:w="90" w:type="dxa"/>
              <w:bottom w:w="80" w:type="dxa"/>
              <w:right w:w="90" w:type="dxa"/>
            </w:tcMar>
            <w:vAlign w:val="center"/>
          </w:tcPr>
          <w:p w14:paraId="23862BD9" w14:textId="099015BA" w:rsidR="005C41BF" w:rsidRDefault="00A73245" w:rsidP="00A73245">
            <w:pPr>
              <w:spacing w:line="252" w:lineRule="auto"/>
            </w:pPr>
            <w:r w:rsidRPr="00A73245">
              <w:rPr>
                <w:sz w:val="16"/>
                <w:szCs w:val="16"/>
              </w:rPr>
              <w:t xml:space="preserve">☐ </w:t>
            </w:r>
            <w:r w:rsidR="00000000" w:rsidRPr="00A73245">
              <w:rPr>
                <w:sz w:val="16"/>
                <w:szCs w:val="16"/>
              </w:rPr>
              <w:t>None</w:t>
            </w:r>
            <w:r w:rsidRPr="00A73245">
              <w:rPr>
                <w:sz w:val="16"/>
                <w:szCs w:val="16"/>
              </w:rPr>
              <w:br/>
              <w:t>☐</w:t>
            </w:r>
            <w:r w:rsidR="00000000" w:rsidRPr="00A73245">
              <w:rPr>
                <w:sz w:val="16"/>
                <w:szCs w:val="16"/>
              </w:rPr>
              <w:t xml:space="preserve"> Add</w:t>
            </w:r>
            <w:r w:rsidRPr="00A73245">
              <w:rPr>
                <w:sz w:val="16"/>
                <w:szCs w:val="16"/>
              </w:rPr>
              <w:br/>
              <w:t>☐</w:t>
            </w:r>
            <w:r w:rsidR="00000000" w:rsidRPr="00A73245">
              <w:rPr>
                <w:sz w:val="16"/>
                <w:szCs w:val="16"/>
              </w:rPr>
              <w:t xml:space="preserve"> Fix</w:t>
            </w:r>
            <w:r w:rsidRPr="00A73245">
              <w:rPr>
                <w:sz w:val="16"/>
                <w:szCs w:val="16"/>
              </w:rPr>
              <w:br/>
              <w:t>☐</w:t>
            </w:r>
            <w:r w:rsidR="00000000" w:rsidRPr="00A73245">
              <w:rPr>
                <w:sz w:val="16"/>
                <w:szCs w:val="16"/>
              </w:rPr>
              <w:t xml:space="preserve"> Check</w:t>
            </w:r>
          </w:p>
        </w:tc>
      </w:tr>
      <w:tr w:rsidR="005C41BF" w14:paraId="48AF7E62" w14:textId="77777777">
        <w:trPr>
          <w:jc w:val="center"/>
        </w:trPr>
        <w:tc>
          <w:tcPr>
            <w:tcW w:w="2232" w:type="dxa"/>
            <w:tcMar>
              <w:top w:w="80" w:type="dxa"/>
              <w:left w:w="90" w:type="dxa"/>
              <w:bottom w:w="80" w:type="dxa"/>
              <w:right w:w="90" w:type="dxa"/>
            </w:tcMar>
            <w:vAlign w:val="center"/>
          </w:tcPr>
          <w:p w14:paraId="50D7A8F6" w14:textId="77777777" w:rsidR="005C41BF" w:rsidRDefault="000B3397">
            <w:pPr>
              <w:spacing w:line="252" w:lineRule="auto"/>
            </w:pPr>
            <w:r>
              <w:rPr>
                <w:sz w:val="16"/>
              </w:rPr>
              <w:t>Kind of data</w:t>
            </w:r>
          </w:p>
        </w:tc>
        <w:tc>
          <w:tcPr>
            <w:tcW w:w="5760" w:type="dxa"/>
            <w:tcMar>
              <w:top w:w="80" w:type="dxa"/>
              <w:left w:w="90" w:type="dxa"/>
              <w:bottom w:w="80" w:type="dxa"/>
              <w:right w:w="90" w:type="dxa"/>
            </w:tcMar>
            <w:vAlign w:val="center"/>
          </w:tcPr>
          <w:p w14:paraId="31CA1E4B" w14:textId="77777777" w:rsidR="005C41BF" w:rsidRDefault="000B3397">
            <w:pPr>
              <w:spacing w:line="252" w:lineRule="auto"/>
            </w:pPr>
            <w:r>
              <w:rPr>
                <w:sz w:val="16"/>
              </w:rPr>
              <w:t>Kind of data is selected from a standard or controlled vocabulary, where available.</w:t>
            </w:r>
          </w:p>
        </w:tc>
        <w:tc>
          <w:tcPr>
            <w:tcW w:w="2232" w:type="dxa"/>
            <w:tcMar>
              <w:top w:w="80" w:type="dxa"/>
              <w:left w:w="90" w:type="dxa"/>
              <w:bottom w:w="80" w:type="dxa"/>
              <w:right w:w="90" w:type="dxa"/>
            </w:tcMar>
            <w:vAlign w:val="center"/>
          </w:tcPr>
          <w:p w14:paraId="3C4626D2" w14:textId="0DAB38C9" w:rsidR="005C41BF" w:rsidRDefault="007F5657" w:rsidP="007F5657">
            <w:pPr>
              <w:spacing w:line="252" w:lineRule="auto"/>
            </w:pPr>
            <w:r w:rsidRPr="007F5657">
              <w:rPr>
                <w:sz w:val="16"/>
                <w:szCs w:val="16"/>
              </w:rPr>
              <w:t xml:space="preserve">☐ </w:t>
            </w:r>
            <w:r w:rsidR="00000000" w:rsidRPr="007F5657">
              <w:rPr>
                <w:sz w:val="16"/>
                <w:szCs w:val="16"/>
              </w:rPr>
              <w:t>Provided</w:t>
            </w:r>
            <w:r w:rsidRPr="007F5657">
              <w:rPr>
                <w:sz w:val="16"/>
                <w:szCs w:val="16"/>
              </w:rPr>
              <w:br/>
              <w:t>☐</w:t>
            </w:r>
            <w:r w:rsidR="00000000" w:rsidRPr="007F5657">
              <w:rPr>
                <w:sz w:val="16"/>
                <w:szCs w:val="16"/>
              </w:rPr>
              <w:t xml:space="preserve"> Partially provided</w:t>
            </w:r>
            <w:r w:rsidRPr="007F5657">
              <w:rPr>
                <w:sz w:val="16"/>
                <w:szCs w:val="16"/>
              </w:rPr>
              <w:br/>
              <w:t>☐</w:t>
            </w:r>
            <w:r w:rsidR="00000000" w:rsidRPr="007F5657">
              <w:rPr>
                <w:sz w:val="16"/>
                <w:szCs w:val="16"/>
              </w:rPr>
              <w:t xml:space="preserve"> Not provided</w:t>
            </w:r>
            <w:r w:rsidRPr="007F5657">
              <w:rPr>
                <w:sz w:val="16"/>
                <w:szCs w:val="16"/>
              </w:rPr>
              <w:br/>
              <w:t>☐</w:t>
            </w:r>
            <w:r w:rsidR="00000000" w:rsidRPr="007F5657">
              <w:rPr>
                <w:sz w:val="16"/>
                <w:szCs w:val="16"/>
              </w:rPr>
              <w:t xml:space="preserve"> N/A</w:t>
            </w:r>
          </w:p>
        </w:tc>
        <w:tc>
          <w:tcPr>
            <w:tcW w:w="3096" w:type="dxa"/>
            <w:tcMar>
              <w:top w:w="80" w:type="dxa"/>
              <w:left w:w="90" w:type="dxa"/>
              <w:bottom w:w="80" w:type="dxa"/>
              <w:right w:w="90" w:type="dxa"/>
            </w:tcMar>
            <w:vAlign w:val="center"/>
          </w:tcPr>
          <w:p w14:paraId="1F72F646" w14:textId="77777777" w:rsidR="005C41BF" w:rsidRDefault="005C41BF">
            <w:pPr>
              <w:spacing w:line="252" w:lineRule="auto"/>
            </w:pPr>
          </w:p>
        </w:tc>
        <w:tc>
          <w:tcPr>
            <w:tcW w:w="1512" w:type="dxa"/>
            <w:tcMar>
              <w:top w:w="80" w:type="dxa"/>
              <w:left w:w="90" w:type="dxa"/>
              <w:bottom w:w="80" w:type="dxa"/>
              <w:right w:w="90" w:type="dxa"/>
            </w:tcMar>
            <w:vAlign w:val="center"/>
          </w:tcPr>
          <w:p w14:paraId="202757FD" w14:textId="0222DBBE" w:rsidR="005C41BF" w:rsidRDefault="005A5706" w:rsidP="005A5706">
            <w:pPr>
              <w:spacing w:line="252" w:lineRule="auto"/>
            </w:pPr>
            <w:r w:rsidRPr="005A5706">
              <w:rPr>
                <w:sz w:val="16"/>
                <w:szCs w:val="16"/>
              </w:rPr>
              <w:t xml:space="preserve">☐ </w:t>
            </w:r>
            <w:r w:rsidR="00000000" w:rsidRPr="005A5706">
              <w:rPr>
                <w:sz w:val="16"/>
                <w:szCs w:val="16"/>
              </w:rPr>
              <w:t>None</w:t>
            </w:r>
            <w:r w:rsidRPr="005A5706">
              <w:rPr>
                <w:sz w:val="16"/>
                <w:szCs w:val="16"/>
              </w:rPr>
              <w:br/>
              <w:t>☐</w:t>
            </w:r>
            <w:r w:rsidR="00000000" w:rsidRPr="005A5706">
              <w:rPr>
                <w:sz w:val="16"/>
                <w:szCs w:val="16"/>
              </w:rPr>
              <w:t xml:space="preserve"> Add</w:t>
            </w:r>
            <w:r w:rsidRPr="005A5706">
              <w:rPr>
                <w:sz w:val="16"/>
                <w:szCs w:val="16"/>
              </w:rPr>
              <w:br/>
              <w:t>☐</w:t>
            </w:r>
            <w:r w:rsidR="00000000" w:rsidRPr="005A5706">
              <w:rPr>
                <w:sz w:val="16"/>
                <w:szCs w:val="16"/>
              </w:rPr>
              <w:t xml:space="preserve"> Fix</w:t>
            </w:r>
            <w:r w:rsidRPr="005A5706">
              <w:rPr>
                <w:sz w:val="16"/>
                <w:szCs w:val="16"/>
              </w:rPr>
              <w:br/>
              <w:t>☐</w:t>
            </w:r>
            <w:r w:rsidR="00000000" w:rsidRPr="005A5706">
              <w:rPr>
                <w:sz w:val="16"/>
                <w:szCs w:val="16"/>
              </w:rPr>
              <w:t xml:space="preserve"> Check</w:t>
            </w:r>
          </w:p>
        </w:tc>
      </w:tr>
      <w:tr w:rsidR="005C41BF" w14:paraId="08DFFC20" w14:textId="77777777">
        <w:trPr>
          <w:jc w:val="center"/>
        </w:trPr>
        <w:tc>
          <w:tcPr>
            <w:tcW w:w="2232" w:type="dxa"/>
            <w:tcMar>
              <w:top w:w="80" w:type="dxa"/>
              <w:left w:w="90" w:type="dxa"/>
              <w:bottom w:w="80" w:type="dxa"/>
              <w:right w:w="90" w:type="dxa"/>
            </w:tcMar>
            <w:vAlign w:val="center"/>
          </w:tcPr>
          <w:p w14:paraId="29C96559" w14:textId="77777777" w:rsidR="005C41BF" w:rsidRDefault="000B3397">
            <w:pPr>
              <w:spacing w:line="252" w:lineRule="auto"/>
            </w:pPr>
            <w:r>
              <w:rPr>
                <w:sz w:val="16"/>
              </w:rPr>
              <w:t>Unit of analysis</w:t>
            </w:r>
          </w:p>
        </w:tc>
        <w:tc>
          <w:tcPr>
            <w:tcW w:w="5760" w:type="dxa"/>
            <w:tcMar>
              <w:top w:w="80" w:type="dxa"/>
              <w:left w:w="90" w:type="dxa"/>
              <w:bottom w:w="80" w:type="dxa"/>
              <w:right w:w="90" w:type="dxa"/>
            </w:tcMar>
            <w:vAlign w:val="center"/>
          </w:tcPr>
          <w:p w14:paraId="6BA58674" w14:textId="77777777" w:rsidR="005C41BF" w:rsidRDefault="000B3397">
            <w:pPr>
              <w:spacing w:line="252" w:lineRule="auto"/>
            </w:pPr>
            <w:r>
              <w:rPr>
                <w:sz w:val="16"/>
              </w:rPr>
              <w:t>Unit(s) of analysis are clearly stated, such as household, person, enterprise, school, facility, or plot.</w:t>
            </w:r>
          </w:p>
        </w:tc>
        <w:tc>
          <w:tcPr>
            <w:tcW w:w="2232" w:type="dxa"/>
            <w:tcMar>
              <w:top w:w="80" w:type="dxa"/>
              <w:left w:w="90" w:type="dxa"/>
              <w:bottom w:w="80" w:type="dxa"/>
              <w:right w:w="90" w:type="dxa"/>
            </w:tcMar>
            <w:vAlign w:val="center"/>
          </w:tcPr>
          <w:p w14:paraId="35B8EDFF" w14:textId="35AC1319" w:rsidR="005C41BF" w:rsidRDefault="00AB0433" w:rsidP="00AB0433">
            <w:pPr>
              <w:spacing w:line="252" w:lineRule="auto"/>
            </w:pPr>
            <w:r w:rsidRPr="00AB0433">
              <w:rPr>
                <w:sz w:val="16"/>
                <w:szCs w:val="16"/>
              </w:rPr>
              <w:t xml:space="preserve">☐ </w:t>
            </w:r>
            <w:r w:rsidR="00000000" w:rsidRPr="00AB0433">
              <w:rPr>
                <w:sz w:val="16"/>
                <w:szCs w:val="16"/>
              </w:rPr>
              <w:t>Provided</w:t>
            </w:r>
            <w:r w:rsidRPr="00AB0433">
              <w:rPr>
                <w:sz w:val="16"/>
                <w:szCs w:val="16"/>
              </w:rPr>
              <w:br/>
              <w:t>☐</w:t>
            </w:r>
            <w:r w:rsidR="00000000" w:rsidRPr="00AB0433">
              <w:rPr>
                <w:sz w:val="16"/>
                <w:szCs w:val="16"/>
              </w:rPr>
              <w:t xml:space="preserve"> Partially provided</w:t>
            </w:r>
            <w:r w:rsidRPr="00AB0433">
              <w:rPr>
                <w:sz w:val="16"/>
                <w:szCs w:val="16"/>
              </w:rPr>
              <w:br/>
              <w:t>☐</w:t>
            </w:r>
            <w:r w:rsidR="00000000" w:rsidRPr="00AB0433">
              <w:rPr>
                <w:sz w:val="16"/>
                <w:szCs w:val="16"/>
              </w:rPr>
              <w:t xml:space="preserve"> Not provided</w:t>
            </w:r>
            <w:r w:rsidRPr="00AB0433">
              <w:rPr>
                <w:sz w:val="16"/>
                <w:szCs w:val="16"/>
              </w:rPr>
              <w:br/>
              <w:t>☐</w:t>
            </w:r>
            <w:r w:rsidR="00000000" w:rsidRPr="00AB0433">
              <w:rPr>
                <w:sz w:val="16"/>
                <w:szCs w:val="16"/>
              </w:rPr>
              <w:t xml:space="preserve"> N/A</w:t>
            </w:r>
          </w:p>
        </w:tc>
        <w:tc>
          <w:tcPr>
            <w:tcW w:w="3096" w:type="dxa"/>
            <w:tcMar>
              <w:top w:w="80" w:type="dxa"/>
              <w:left w:w="90" w:type="dxa"/>
              <w:bottom w:w="80" w:type="dxa"/>
              <w:right w:w="90" w:type="dxa"/>
            </w:tcMar>
            <w:vAlign w:val="center"/>
          </w:tcPr>
          <w:p w14:paraId="08CE6F91" w14:textId="77777777" w:rsidR="005C41BF" w:rsidRDefault="005C41BF">
            <w:pPr>
              <w:spacing w:line="252" w:lineRule="auto"/>
            </w:pPr>
          </w:p>
        </w:tc>
        <w:tc>
          <w:tcPr>
            <w:tcW w:w="1512" w:type="dxa"/>
            <w:tcMar>
              <w:top w:w="80" w:type="dxa"/>
              <w:left w:w="90" w:type="dxa"/>
              <w:bottom w:w="80" w:type="dxa"/>
              <w:right w:w="90" w:type="dxa"/>
            </w:tcMar>
            <w:vAlign w:val="center"/>
          </w:tcPr>
          <w:p w14:paraId="675305F2" w14:textId="07A9D4CA" w:rsidR="005C41BF" w:rsidRDefault="00EB420E" w:rsidP="00EB420E">
            <w:pPr>
              <w:spacing w:line="252" w:lineRule="auto"/>
            </w:pPr>
            <w:r w:rsidRPr="00EB420E">
              <w:rPr>
                <w:sz w:val="16"/>
                <w:szCs w:val="16"/>
              </w:rPr>
              <w:t xml:space="preserve">☐ </w:t>
            </w:r>
            <w:r w:rsidR="00000000" w:rsidRPr="00EB420E">
              <w:rPr>
                <w:sz w:val="16"/>
                <w:szCs w:val="16"/>
              </w:rPr>
              <w:t>None</w:t>
            </w:r>
            <w:r w:rsidRPr="00EB420E">
              <w:rPr>
                <w:sz w:val="16"/>
                <w:szCs w:val="16"/>
              </w:rPr>
              <w:br/>
              <w:t>☐</w:t>
            </w:r>
            <w:r w:rsidR="00000000" w:rsidRPr="00EB420E">
              <w:rPr>
                <w:sz w:val="16"/>
                <w:szCs w:val="16"/>
              </w:rPr>
              <w:t xml:space="preserve"> Add</w:t>
            </w:r>
            <w:r w:rsidRPr="00EB420E">
              <w:rPr>
                <w:sz w:val="16"/>
                <w:szCs w:val="16"/>
              </w:rPr>
              <w:br/>
              <w:t>☐</w:t>
            </w:r>
            <w:r w:rsidR="00000000" w:rsidRPr="00EB420E">
              <w:rPr>
                <w:sz w:val="16"/>
                <w:szCs w:val="16"/>
              </w:rPr>
              <w:t xml:space="preserve"> Fix</w:t>
            </w:r>
            <w:r w:rsidRPr="00EB420E">
              <w:rPr>
                <w:sz w:val="16"/>
                <w:szCs w:val="16"/>
              </w:rPr>
              <w:br/>
              <w:t>☐</w:t>
            </w:r>
            <w:r w:rsidR="00000000" w:rsidRPr="00EB420E">
              <w:rPr>
                <w:sz w:val="16"/>
                <w:szCs w:val="16"/>
              </w:rPr>
              <w:t xml:space="preserve"> Check</w:t>
            </w:r>
          </w:p>
        </w:tc>
      </w:tr>
      <w:tr w:rsidR="005C41BF" w14:paraId="5412A7FE" w14:textId="77777777">
        <w:trPr>
          <w:jc w:val="center"/>
        </w:trPr>
        <w:tc>
          <w:tcPr>
            <w:tcW w:w="2232" w:type="dxa"/>
            <w:tcMar>
              <w:top w:w="80" w:type="dxa"/>
              <w:left w:w="90" w:type="dxa"/>
              <w:bottom w:w="80" w:type="dxa"/>
              <w:right w:w="90" w:type="dxa"/>
            </w:tcMar>
            <w:vAlign w:val="center"/>
          </w:tcPr>
          <w:p w14:paraId="1C10ED50" w14:textId="77777777" w:rsidR="005C41BF" w:rsidRDefault="000B3397">
            <w:pPr>
              <w:spacing w:line="252" w:lineRule="auto"/>
            </w:pPr>
            <w:r>
              <w:rPr>
                <w:sz w:val="16"/>
              </w:rPr>
              <w:t>Description of scope</w:t>
            </w:r>
          </w:p>
        </w:tc>
        <w:tc>
          <w:tcPr>
            <w:tcW w:w="5760" w:type="dxa"/>
            <w:tcMar>
              <w:top w:w="80" w:type="dxa"/>
              <w:left w:w="90" w:type="dxa"/>
              <w:bottom w:w="80" w:type="dxa"/>
              <w:right w:w="90" w:type="dxa"/>
            </w:tcMar>
            <w:vAlign w:val="center"/>
          </w:tcPr>
          <w:p w14:paraId="7BB67664" w14:textId="77777777" w:rsidR="005C41BF" w:rsidRDefault="000B3397">
            <w:pPr>
              <w:spacing w:line="252" w:lineRule="auto"/>
            </w:pPr>
            <w:r>
              <w:rPr>
                <w:sz w:val="16"/>
              </w:rPr>
              <w:t>Main topics, questionnaire modules, and analytical coverage are clearly described.</w:t>
            </w:r>
          </w:p>
        </w:tc>
        <w:tc>
          <w:tcPr>
            <w:tcW w:w="2232" w:type="dxa"/>
            <w:tcMar>
              <w:top w:w="80" w:type="dxa"/>
              <w:left w:w="90" w:type="dxa"/>
              <w:bottom w:w="80" w:type="dxa"/>
              <w:right w:w="90" w:type="dxa"/>
            </w:tcMar>
            <w:vAlign w:val="center"/>
          </w:tcPr>
          <w:p w14:paraId="7309203C" w14:textId="53B1435B" w:rsidR="005C41BF" w:rsidRDefault="009A0D6F" w:rsidP="009A0D6F">
            <w:pPr>
              <w:spacing w:line="252" w:lineRule="auto"/>
            </w:pPr>
            <w:r w:rsidRPr="009A0D6F">
              <w:rPr>
                <w:sz w:val="16"/>
                <w:szCs w:val="16"/>
              </w:rPr>
              <w:t xml:space="preserve">☐ </w:t>
            </w:r>
            <w:r w:rsidR="00000000" w:rsidRPr="009A0D6F">
              <w:rPr>
                <w:sz w:val="16"/>
                <w:szCs w:val="16"/>
              </w:rPr>
              <w:t>Provided</w:t>
            </w:r>
            <w:r w:rsidRPr="009A0D6F">
              <w:rPr>
                <w:sz w:val="16"/>
                <w:szCs w:val="16"/>
              </w:rPr>
              <w:br/>
              <w:t>☐</w:t>
            </w:r>
            <w:r w:rsidR="00000000" w:rsidRPr="009A0D6F">
              <w:rPr>
                <w:sz w:val="16"/>
                <w:szCs w:val="16"/>
              </w:rPr>
              <w:t xml:space="preserve"> Partially provided</w:t>
            </w:r>
            <w:r w:rsidRPr="009A0D6F">
              <w:rPr>
                <w:sz w:val="16"/>
                <w:szCs w:val="16"/>
              </w:rPr>
              <w:br/>
              <w:t>☐</w:t>
            </w:r>
            <w:r w:rsidR="00000000" w:rsidRPr="009A0D6F">
              <w:rPr>
                <w:sz w:val="16"/>
                <w:szCs w:val="16"/>
              </w:rPr>
              <w:t xml:space="preserve"> Not provided</w:t>
            </w:r>
            <w:r w:rsidRPr="009A0D6F">
              <w:rPr>
                <w:sz w:val="16"/>
                <w:szCs w:val="16"/>
              </w:rPr>
              <w:br/>
              <w:t>☐</w:t>
            </w:r>
            <w:r w:rsidR="00000000" w:rsidRPr="009A0D6F">
              <w:rPr>
                <w:sz w:val="16"/>
                <w:szCs w:val="16"/>
              </w:rPr>
              <w:t xml:space="preserve"> N/A</w:t>
            </w:r>
          </w:p>
        </w:tc>
        <w:tc>
          <w:tcPr>
            <w:tcW w:w="3096" w:type="dxa"/>
            <w:tcMar>
              <w:top w:w="80" w:type="dxa"/>
              <w:left w:w="90" w:type="dxa"/>
              <w:bottom w:w="80" w:type="dxa"/>
              <w:right w:w="90" w:type="dxa"/>
            </w:tcMar>
            <w:vAlign w:val="center"/>
          </w:tcPr>
          <w:p w14:paraId="61CDCEAD" w14:textId="77777777" w:rsidR="005C41BF" w:rsidRDefault="005C41BF">
            <w:pPr>
              <w:spacing w:line="252" w:lineRule="auto"/>
            </w:pPr>
          </w:p>
        </w:tc>
        <w:tc>
          <w:tcPr>
            <w:tcW w:w="1512" w:type="dxa"/>
            <w:tcMar>
              <w:top w:w="80" w:type="dxa"/>
              <w:left w:w="90" w:type="dxa"/>
              <w:bottom w:w="80" w:type="dxa"/>
              <w:right w:w="90" w:type="dxa"/>
            </w:tcMar>
            <w:vAlign w:val="center"/>
          </w:tcPr>
          <w:p w14:paraId="50BF97CC" w14:textId="3908C12C" w:rsidR="005C41BF" w:rsidRDefault="006E0C5B" w:rsidP="006E0C5B">
            <w:pPr>
              <w:spacing w:line="252" w:lineRule="auto"/>
            </w:pPr>
            <w:r w:rsidRPr="006E0C5B">
              <w:rPr>
                <w:sz w:val="16"/>
                <w:szCs w:val="16"/>
              </w:rPr>
              <w:t xml:space="preserve">☐ </w:t>
            </w:r>
            <w:r w:rsidR="00000000" w:rsidRPr="006E0C5B">
              <w:rPr>
                <w:sz w:val="16"/>
                <w:szCs w:val="16"/>
              </w:rPr>
              <w:t>None</w:t>
            </w:r>
            <w:r w:rsidRPr="006E0C5B">
              <w:rPr>
                <w:sz w:val="16"/>
                <w:szCs w:val="16"/>
              </w:rPr>
              <w:br/>
              <w:t>☐</w:t>
            </w:r>
            <w:r w:rsidR="00000000" w:rsidRPr="006E0C5B">
              <w:rPr>
                <w:sz w:val="16"/>
                <w:szCs w:val="16"/>
              </w:rPr>
              <w:t xml:space="preserve"> Add</w:t>
            </w:r>
            <w:r w:rsidRPr="006E0C5B">
              <w:rPr>
                <w:sz w:val="16"/>
                <w:szCs w:val="16"/>
              </w:rPr>
              <w:br/>
              <w:t>☐</w:t>
            </w:r>
            <w:r w:rsidR="00000000" w:rsidRPr="006E0C5B">
              <w:rPr>
                <w:sz w:val="16"/>
                <w:szCs w:val="16"/>
              </w:rPr>
              <w:t xml:space="preserve"> Fix</w:t>
            </w:r>
            <w:r w:rsidRPr="006E0C5B">
              <w:rPr>
                <w:sz w:val="16"/>
                <w:szCs w:val="16"/>
              </w:rPr>
              <w:br/>
              <w:t>☐</w:t>
            </w:r>
            <w:r w:rsidR="00000000" w:rsidRPr="006E0C5B">
              <w:rPr>
                <w:sz w:val="16"/>
                <w:szCs w:val="16"/>
              </w:rPr>
              <w:t xml:space="preserve"> Check</w:t>
            </w:r>
          </w:p>
        </w:tc>
      </w:tr>
      <w:tr w:rsidR="005C41BF" w14:paraId="4E19694D" w14:textId="77777777">
        <w:trPr>
          <w:jc w:val="center"/>
        </w:trPr>
        <w:tc>
          <w:tcPr>
            <w:tcW w:w="2232" w:type="dxa"/>
            <w:tcMar>
              <w:top w:w="80" w:type="dxa"/>
              <w:left w:w="90" w:type="dxa"/>
              <w:bottom w:w="80" w:type="dxa"/>
              <w:right w:w="90" w:type="dxa"/>
            </w:tcMar>
            <w:vAlign w:val="center"/>
          </w:tcPr>
          <w:p w14:paraId="15D59032" w14:textId="77777777" w:rsidR="005C41BF" w:rsidRDefault="000B3397">
            <w:pPr>
              <w:spacing w:line="252" w:lineRule="auto"/>
            </w:pPr>
            <w:r>
              <w:rPr>
                <w:sz w:val="16"/>
              </w:rPr>
              <w:t>Keywords</w:t>
            </w:r>
          </w:p>
        </w:tc>
        <w:tc>
          <w:tcPr>
            <w:tcW w:w="5760" w:type="dxa"/>
            <w:tcMar>
              <w:top w:w="80" w:type="dxa"/>
              <w:left w:w="90" w:type="dxa"/>
              <w:bottom w:w="80" w:type="dxa"/>
              <w:right w:w="90" w:type="dxa"/>
            </w:tcMar>
            <w:vAlign w:val="center"/>
          </w:tcPr>
          <w:p w14:paraId="03237441" w14:textId="77777777" w:rsidR="005C41BF" w:rsidRDefault="000B3397">
            <w:pPr>
              <w:spacing w:line="252" w:lineRule="auto"/>
            </w:pPr>
            <w:r>
              <w:rPr>
                <w:sz w:val="16"/>
              </w:rPr>
              <w:t>Keywords are relevant, consistently formatted, and preferably based on a controlled vocabulary.</w:t>
            </w:r>
          </w:p>
        </w:tc>
        <w:tc>
          <w:tcPr>
            <w:tcW w:w="2232" w:type="dxa"/>
            <w:tcMar>
              <w:top w:w="80" w:type="dxa"/>
              <w:left w:w="90" w:type="dxa"/>
              <w:bottom w:w="80" w:type="dxa"/>
              <w:right w:w="90" w:type="dxa"/>
            </w:tcMar>
            <w:vAlign w:val="center"/>
          </w:tcPr>
          <w:p w14:paraId="1570C1B8" w14:textId="3B270561" w:rsidR="005C41BF" w:rsidRDefault="00AA702B" w:rsidP="00AA702B">
            <w:pPr>
              <w:spacing w:line="252" w:lineRule="auto"/>
            </w:pPr>
            <w:r w:rsidRPr="00AA702B">
              <w:rPr>
                <w:sz w:val="16"/>
                <w:szCs w:val="16"/>
              </w:rPr>
              <w:t xml:space="preserve">☐ </w:t>
            </w:r>
            <w:r w:rsidR="00000000" w:rsidRPr="00AA702B">
              <w:rPr>
                <w:sz w:val="16"/>
                <w:szCs w:val="16"/>
              </w:rPr>
              <w:t>Provided</w:t>
            </w:r>
            <w:r w:rsidRPr="00AA702B">
              <w:rPr>
                <w:sz w:val="16"/>
                <w:szCs w:val="16"/>
              </w:rPr>
              <w:br/>
              <w:t>☐</w:t>
            </w:r>
            <w:r w:rsidR="00000000" w:rsidRPr="00AA702B">
              <w:rPr>
                <w:sz w:val="16"/>
                <w:szCs w:val="16"/>
              </w:rPr>
              <w:t xml:space="preserve"> Partially provided</w:t>
            </w:r>
            <w:r w:rsidRPr="00AA702B">
              <w:rPr>
                <w:sz w:val="16"/>
                <w:szCs w:val="16"/>
              </w:rPr>
              <w:br/>
              <w:t>☐</w:t>
            </w:r>
            <w:r w:rsidR="00000000" w:rsidRPr="00AA702B">
              <w:rPr>
                <w:sz w:val="16"/>
                <w:szCs w:val="16"/>
              </w:rPr>
              <w:t xml:space="preserve"> Not provided</w:t>
            </w:r>
            <w:r w:rsidRPr="00AA702B">
              <w:rPr>
                <w:sz w:val="16"/>
                <w:szCs w:val="16"/>
              </w:rPr>
              <w:br/>
              <w:t>☐</w:t>
            </w:r>
            <w:r w:rsidR="00000000" w:rsidRPr="00AA702B">
              <w:rPr>
                <w:sz w:val="16"/>
                <w:szCs w:val="16"/>
              </w:rPr>
              <w:t xml:space="preserve"> N/A</w:t>
            </w:r>
          </w:p>
        </w:tc>
        <w:tc>
          <w:tcPr>
            <w:tcW w:w="3096" w:type="dxa"/>
            <w:tcMar>
              <w:top w:w="80" w:type="dxa"/>
              <w:left w:w="90" w:type="dxa"/>
              <w:bottom w:w="80" w:type="dxa"/>
              <w:right w:w="90" w:type="dxa"/>
            </w:tcMar>
            <w:vAlign w:val="center"/>
          </w:tcPr>
          <w:p w14:paraId="6BB9E253" w14:textId="77777777" w:rsidR="005C41BF" w:rsidRDefault="005C41BF">
            <w:pPr>
              <w:spacing w:line="252" w:lineRule="auto"/>
            </w:pPr>
          </w:p>
        </w:tc>
        <w:tc>
          <w:tcPr>
            <w:tcW w:w="1512" w:type="dxa"/>
            <w:tcMar>
              <w:top w:w="80" w:type="dxa"/>
              <w:left w:w="90" w:type="dxa"/>
              <w:bottom w:w="80" w:type="dxa"/>
              <w:right w:w="90" w:type="dxa"/>
            </w:tcMar>
            <w:vAlign w:val="center"/>
          </w:tcPr>
          <w:p w14:paraId="19A43380" w14:textId="09145013" w:rsidR="005C41BF" w:rsidRDefault="002E287B" w:rsidP="002E287B">
            <w:pPr>
              <w:spacing w:line="252" w:lineRule="auto"/>
            </w:pPr>
            <w:r w:rsidRPr="002E287B">
              <w:rPr>
                <w:sz w:val="16"/>
                <w:szCs w:val="16"/>
              </w:rPr>
              <w:t xml:space="preserve">☐ </w:t>
            </w:r>
            <w:r w:rsidR="00000000" w:rsidRPr="002E287B">
              <w:rPr>
                <w:sz w:val="16"/>
                <w:szCs w:val="16"/>
              </w:rPr>
              <w:t>None</w:t>
            </w:r>
            <w:r w:rsidRPr="002E287B">
              <w:rPr>
                <w:sz w:val="16"/>
                <w:szCs w:val="16"/>
              </w:rPr>
              <w:br/>
              <w:t>☐</w:t>
            </w:r>
            <w:r w:rsidR="00000000" w:rsidRPr="002E287B">
              <w:rPr>
                <w:sz w:val="16"/>
                <w:szCs w:val="16"/>
              </w:rPr>
              <w:t xml:space="preserve"> Add</w:t>
            </w:r>
            <w:r w:rsidRPr="002E287B">
              <w:rPr>
                <w:sz w:val="16"/>
                <w:szCs w:val="16"/>
              </w:rPr>
              <w:br/>
              <w:t>☐</w:t>
            </w:r>
            <w:r w:rsidR="00000000" w:rsidRPr="002E287B">
              <w:rPr>
                <w:sz w:val="16"/>
                <w:szCs w:val="16"/>
              </w:rPr>
              <w:t xml:space="preserve"> Fix</w:t>
            </w:r>
            <w:r w:rsidRPr="002E287B">
              <w:rPr>
                <w:sz w:val="16"/>
                <w:szCs w:val="16"/>
              </w:rPr>
              <w:br/>
              <w:t>☐</w:t>
            </w:r>
            <w:r w:rsidR="00000000" w:rsidRPr="002E287B">
              <w:rPr>
                <w:sz w:val="16"/>
                <w:szCs w:val="16"/>
              </w:rPr>
              <w:t xml:space="preserve"> Check</w:t>
            </w:r>
          </w:p>
        </w:tc>
      </w:tr>
      <w:tr w:rsidR="005C41BF" w14:paraId="329381AF" w14:textId="77777777">
        <w:trPr>
          <w:jc w:val="center"/>
        </w:trPr>
        <w:tc>
          <w:tcPr>
            <w:tcW w:w="2232" w:type="dxa"/>
            <w:tcMar>
              <w:top w:w="80" w:type="dxa"/>
              <w:left w:w="90" w:type="dxa"/>
              <w:bottom w:w="80" w:type="dxa"/>
              <w:right w:w="90" w:type="dxa"/>
            </w:tcMar>
            <w:vAlign w:val="center"/>
          </w:tcPr>
          <w:p w14:paraId="08442A23" w14:textId="77777777" w:rsidR="005C41BF" w:rsidRDefault="000B3397">
            <w:pPr>
              <w:spacing w:line="252" w:lineRule="auto"/>
            </w:pPr>
            <w:r>
              <w:rPr>
                <w:sz w:val="16"/>
              </w:rPr>
              <w:t>Topics classification</w:t>
            </w:r>
          </w:p>
        </w:tc>
        <w:tc>
          <w:tcPr>
            <w:tcW w:w="5760" w:type="dxa"/>
            <w:tcMar>
              <w:top w:w="80" w:type="dxa"/>
              <w:left w:w="90" w:type="dxa"/>
              <w:bottom w:w="80" w:type="dxa"/>
              <w:right w:w="90" w:type="dxa"/>
            </w:tcMar>
            <w:vAlign w:val="center"/>
          </w:tcPr>
          <w:p w14:paraId="65C1A730" w14:textId="77777777" w:rsidR="005C41BF" w:rsidRDefault="000B3397">
            <w:pPr>
              <w:spacing w:line="252" w:lineRule="auto"/>
            </w:pPr>
            <w:r>
              <w:rPr>
                <w:sz w:val="16"/>
              </w:rPr>
              <w:t>Topic classifications are relevant and preferably based on a controlled vocabulary.</w:t>
            </w:r>
          </w:p>
        </w:tc>
        <w:tc>
          <w:tcPr>
            <w:tcW w:w="2232" w:type="dxa"/>
            <w:tcMar>
              <w:top w:w="80" w:type="dxa"/>
              <w:left w:w="90" w:type="dxa"/>
              <w:bottom w:w="80" w:type="dxa"/>
              <w:right w:w="90" w:type="dxa"/>
            </w:tcMar>
            <w:vAlign w:val="center"/>
          </w:tcPr>
          <w:p w14:paraId="187F61B1" w14:textId="167876D3" w:rsidR="005C41BF" w:rsidRDefault="00991AA5" w:rsidP="00991AA5">
            <w:pPr>
              <w:spacing w:line="252" w:lineRule="auto"/>
            </w:pPr>
            <w:r w:rsidRPr="00991AA5">
              <w:rPr>
                <w:sz w:val="16"/>
                <w:szCs w:val="16"/>
              </w:rPr>
              <w:t xml:space="preserve">☐ </w:t>
            </w:r>
            <w:r w:rsidR="00000000" w:rsidRPr="00991AA5">
              <w:rPr>
                <w:sz w:val="16"/>
                <w:szCs w:val="16"/>
              </w:rPr>
              <w:t>Provided</w:t>
            </w:r>
            <w:r w:rsidRPr="00991AA5">
              <w:rPr>
                <w:sz w:val="16"/>
                <w:szCs w:val="16"/>
              </w:rPr>
              <w:br/>
              <w:t>☐</w:t>
            </w:r>
            <w:r w:rsidR="00000000" w:rsidRPr="00991AA5">
              <w:rPr>
                <w:sz w:val="16"/>
                <w:szCs w:val="16"/>
              </w:rPr>
              <w:t xml:space="preserve"> Partially provided</w:t>
            </w:r>
            <w:r w:rsidRPr="00991AA5">
              <w:rPr>
                <w:sz w:val="16"/>
                <w:szCs w:val="16"/>
              </w:rPr>
              <w:br/>
              <w:t>☐</w:t>
            </w:r>
            <w:r w:rsidR="00000000" w:rsidRPr="00991AA5">
              <w:rPr>
                <w:sz w:val="16"/>
                <w:szCs w:val="16"/>
              </w:rPr>
              <w:t xml:space="preserve"> Not provided</w:t>
            </w:r>
            <w:r w:rsidRPr="00991AA5">
              <w:rPr>
                <w:sz w:val="16"/>
                <w:szCs w:val="16"/>
              </w:rPr>
              <w:br/>
              <w:t>☐</w:t>
            </w:r>
            <w:r w:rsidR="00000000" w:rsidRPr="00991AA5">
              <w:rPr>
                <w:sz w:val="16"/>
                <w:szCs w:val="16"/>
              </w:rPr>
              <w:t xml:space="preserve"> N/A</w:t>
            </w:r>
          </w:p>
        </w:tc>
        <w:tc>
          <w:tcPr>
            <w:tcW w:w="3096" w:type="dxa"/>
            <w:tcMar>
              <w:top w:w="80" w:type="dxa"/>
              <w:left w:w="90" w:type="dxa"/>
              <w:bottom w:w="80" w:type="dxa"/>
              <w:right w:w="90" w:type="dxa"/>
            </w:tcMar>
            <w:vAlign w:val="center"/>
          </w:tcPr>
          <w:p w14:paraId="23DE523C" w14:textId="77777777" w:rsidR="005C41BF" w:rsidRDefault="005C41BF">
            <w:pPr>
              <w:spacing w:line="252" w:lineRule="auto"/>
            </w:pPr>
          </w:p>
        </w:tc>
        <w:tc>
          <w:tcPr>
            <w:tcW w:w="1512" w:type="dxa"/>
            <w:tcMar>
              <w:top w:w="80" w:type="dxa"/>
              <w:left w:w="90" w:type="dxa"/>
              <w:bottom w:w="80" w:type="dxa"/>
              <w:right w:w="90" w:type="dxa"/>
            </w:tcMar>
            <w:vAlign w:val="center"/>
          </w:tcPr>
          <w:p w14:paraId="3019BFD1" w14:textId="4139F5DD" w:rsidR="005C41BF" w:rsidRDefault="000D0A63" w:rsidP="000D0A63">
            <w:pPr>
              <w:spacing w:line="252" w:lineRule="auto"/>
            </w:pPr>
            <w:r w:rsidRPr="000D0A63">
              <w:rPr>
                <w:sz w:val="16"/>
                <w:szCs w:val="16"/>
              </w:rPr>
              <w:t xml:space="preserve">☐ </w:t>
            </w:r>
            <w:r w:rsidR="00000000" w:rsidRPr="000D0A63">
              <w:rPr>
                <w:sz w:val="16"/>
                <w:szCs w:val="16"/>
              </w:rPr>
              <w:t>None</w:t>
            </w:r>
            <w:r w:rsidRPr="000D0A63">
              <w:rPr>
                <w:sz w:val="16"/>
                <w:szCs w:val="16"/>
              </w:rPr>
              <w:br/>
              <w:t>☐</w:t>
            </w:r>
            <w:r w:rsidR="00000000" w:rsidRPr="000D0A63">
              <w:rPr>
                <w:sz w:val="16"/>
                <w:szCs w:val="16"/>
              </w:rPr>
              <w:t xml:space="preserve"> Add</w:t>
            </w:r>
            <w:r w:rsidRPr="000D0A63">
              <w:rPr>
                <w:sz w:val="16"/>
                <w:szCs w:val="16"/>
              </w:rPr>
              <w:br/>
              <w:t>☐</w:t>
            </w:r>
            <w:r w:rsidR="00000000" w:rsidRPr="000D0A63">
              <w:rPr>
                <w:sz w:val="16"/>
                <w:szCs w:val="16"/>
              </w:rPr>
              <w:t xml:space="preserve"> Fix</w:t>
            </w:r>
            <w:r w:rsidRPr="000D0A63">
              <w:rPr>
                <w:sz w:val="16"/>
                <w:szCs w:val="16"/>
              </w:rPr>
              <w:br/>
              <w:t>☐</w:t>
            </w:r>
            <w:r w:rsidR="00000000" w:rsidRPr="000D0A63">
              <w:rPr>
                <w:sz w:val="16"/>
                <w:szCs w:val="16"/>
              </w:rPr>
              <w:t xml:space="preserve"> Check</w:t>
            </w:r>
          </w:p>
        </w:tc>
      </w:tr>
    </w:tbl>
    <w:p w14:paraId="52E56223" w14:textId="77777777" w:rsidR="005C41BF" w:rsidRDefault="005C41BF">
      <w:pPr>
        <w:spacing w:after="40"/>
      </w:pPr>
    </w:p>
    <w:p w14:paraId="1FE1D459" w14:textId="35606F39" w:rsidR="005C41BF" w:rsidRDefault="000B3397" w:rsidP="0051641F">
      <w:r>
        <w:br w:type="page"/>
      </w:r>
      <w:r>
        <w:lastRenderedPageBreak/>
        <w:t>2. Study Description - Coverage, Producers, and Sponsors</w:t>
      </w:r>
    </w:p>
    <w:p w14:paraId="04BD2E78" w14:textId="77777777" w:rsidR="005C41BF" w:rsidRDefault="000B3397">
      <w:pPr>
        <w:spacing w:after="100" w:line="259" w:lineRule="auto"/>
      </w:pPr>
      <w:r>
        <w:t>This section reviews coverage, responsible organizations, and funding information.</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162AF866" w14:textId="77777777">
        <w:trPr>
          <w:jc w:val="center"/>
        </w:trPr>
        <w:tc>
          <w:tcPr>
            <w:tcW w:w="2232" w:type="dxa"/>
            <w:shd w:val="clear" w:color="auto" w:fill="1F4E79"/>
            <w:tcMar>
              <w:top w:w="90" w:type="dxa"/>
              <w:left w:w="90" w:type="dxa"/>
              <w:bottom w:w="90" w:type="dxa"/>
              <w:right w:w="90" w:type="dxa"/>
            </w:tcMar>
            <w:vAlign w:val="center"/>
          </w:tcPr>
          <w:p w14:paraId="04B28F98"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62FBE02A"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509A0E51"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59D73EF6"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5BFA48F0" w14:textId="77777777" w:rsidR="005C41BF" w:rsidRDefault="000B3397">
            <w:pPr>
              <w:spacing w:line="252" w:lineRule="auto"/>
            </w:pPr>
            <w:r>
              <w:rPr>
                <w:b/>
                <w:color w:val="FFFFFF"/>
                <w:sz w:val="17"/>
              </w:rPr>
              <w:t>Action</w:t>
            </w:r>
          </w:p>
        </w:tc>
      </w:tr>
      <w:tr w:rsidR="005C41BF" w14:paraId="6A9A2674" w14:textId="77777777">
        <w:trPr>
          <w:jc w:val="center"/>
        </w:trPr>
        <w:tc>
          <w:tcPr>
            <w:tcW w:w="2232" w:type="dxa"/>
            <w:tcMar>
              <w:top w:w="80" w:type="dxa"/>
              <w:left w:w="90" w:type="dxa"/>
              <w:bottom w:w="80" w:type="dxa"/>
              <w:right w:w="90" w:type="dxa"/>
            </w:tcMar>
            <w:vAlign w:val="center"/>
          </w:tcPr>
          <w:p w14:paraId="368BA11F" w14:textId="77777777" w:rsidR="005C41BF" w:rsidRDefault="000B3397">
            <w:pPr>
              <w:spacing w:line="252" w:lineRule="auto"/>
            </w:pPr>
            <w:r>
              <w:rPr>
                <w:sz w:val="16"/>
              </w:rPr>
              <w:t>Country</w:t>
            </w:r>
          </w:p>
        </w:tc>
        <w:tc>
          <w:tcPr>
            <w:tcW w:w="5760" w:type="dxa"/>
            <w:tcMar>
              <w:top w:w="80" w:type="dxa"/>
              <w:left w:w="90" w:type="dxa"/>
              <w:bottom w:w="80" w:type="dxa"/>
              <w:right w:w="90" w:type="dxa"/>
            </w:tcMar>
            <w:vAlign w:val="center"/>
          </w:tcPr>
          <w:p w14:paraId="00F5196C" w14:textId="77777777" w:rsidR="005C41BF" w:rsidRDefault="000B3397">
            <w:pPr>
              <w:spacing w:line="252" w:lineRule="auto"/>
            </w:pPr>
            <w:r>
              <w:rPr>
                <w:sz w:val="16"/>
              </w:rPr>
              <w:t>Country name is provided in full and is consistently formatted.</w:t>
            </w:r>
          </w:p>
        </w:tc>
        <w:tc>
          <w:tcPr>
            <w:tcW w:w="2232" w:type="dxa"/>
            <w:tcMar>
              <w:top w:w="80" w:type="dxa"/>
              <w:left w:w="90" w:type="dxa"/>
              <w:bottom w:w="80" w:type="dxa"/>
              <w:right w:w="90" w:type="dxa"/>
            </w:tcMar>
            <w:vAlign w:val="center"/>
          </w:tcPr>
          <w:p w14:paraId="608705AA" w14:textId="4041771A" w:rsidR="005C41BF" w:rsidRDefault="00E50870" w:rsidP="00E50870">
            <w:pPr>
              <w:spacing w:line="252" w:lineRule="auto"/>
            </w:pPr>
            <w:r w:rsidRPr="00E50870">
              <w:rPr>
                <w:sz w:val="16"/>
                <w:szCs w:val="16"/>
              </w:rPr>
              <w:t xml:space="preserve">☐ </w:t>
            </w:r>
            <w:r w:rsidR="00000000" w:rsidRPr="00E50870">
              <w:rPr>
                <w:sz w:val="16"/>
                <w:szCs w:val="16"/>
              </w:rPr>
              <w:t>Provided</w:t>
            </w:r>
            <w:r w:rsidRPr="00E50870">
              <w:rPr>
                <w:sz w:val="16"/>
                <w:szCs w:val="16"/>
              </w:rPr>
              <w:br/>
              <w:t>☐</w:t>
            </w:r>
            <w:r w:rsidR="00000000" w:rsidRPr="00E50870">
              <w:rPr>
                <w:sz w:val="16"/>
                <w:szCs w:val="16"/>
              </w:rPr>
              <w:t xml:space="preserve"> Partially provided</w:t>
            </w:r>
            <w:r w:rsidRPr="00E50870">
              <w:rPr>
                <w:sz w:val="16"/>
                <w:szCs w:val="16"/>
              </w:rPr>
              <w:br/>
              <w:t>☐</w:t>
            </w:r>
            <w:r w:rsidR="00000000" w:rsidRPr="00E50870">
              <w:rPr>
                <w:sz w:val="16"/>
                <w:szCs w:val="16"/>
              </w:rPr>
              <w:t xml:space="preserve"> Not provided</w:t>
            </w:r>
            <w:r w:rsidRPr="00E50870">
              <w:rPr>
                <w:sz w:val="16"/>
                <w:szCs w:val="16"/>
              </w:rPr>
              <w:br/>
              <w:t>☐</w:t>
            </w:r>
            <w:r w:rsidR="00000000" w:rsidRPr="00E50870">
              <w:rPr>
                <w:sz w:val="16"/>
                <w:szCs w:val="16"/>
              </w:rPr>
              <w:t xml:space="preserve"> N/A</w:t>
            </w:r>
          </w:p>
        </w:tc>
        <w:tc>
          <w:tcPr>
            <w:tcW w:w="3096" w:type="dxa"/>
            <w:tcMar>
              <w:top w:w="80" w:type="dxa"/>
              <w:left w:w="90" w:type="dxa"/>
              <w:bottom w:w="80" w:type="dxa"/>
              <w:right w:w="90" w:type="dxa"/>
            </w:tcMar>
            <w:vAlign w:val="center"/>
          </w:tcPr>
          <w:p w14:paraId="5043CB0F" w14:textId="77777777" w:rsidR="005C41BF" w:rsidRDefault="005C41BF">
            <w:pPr>
              <w:spacing w:line="252" w:lineRule="auto"/>
            </w:pPr>
          </w:p>
        </w:tc>
        <w:tc>
          <w:tcPr>
            <w:tcW w:w="1512" w:type="dxa"/>
            <w:tcMar>
              <w:top w:w="80" w:type="dxa"/>
              <w:left w:w="90" w:type="dxa"/>
              <w:bottom w:w="80" w:type="dxa"/>
              <w:right w:w="90" w:type="dxa"/>
            </w:tcMar>
            <w:vAlign w:val="center"/>
          </w:tcPr>
          <w:p w14:paraId="44C45EF2" w14:textId="518F54A2" w:rsidR="005C41BF" w:rsidRDefault="000E503F" w:rsidP="000E503F">
            <w:pPr>
              <w:spacing w:line="252" w:lineRule="auto"/>
            </w:pPr>
            <w:r w:rsidRPr="000E503F">
              <w:rPr>
                <w:sz w:val="16"/>
                <w:szCs w:val="16"/>
              </w:rPr>
              <w:t xml:space="preserve">☐ </w:t>
            </w:r>
            <w:r w:rsidR="00000000" w:rsidRPr="000E503F">
              <w:rPr>
                <w:sz w:val="16"/>
                <w:szCs w:val="16"/>
              </w:rPr>
              <w:t>None</w:t>
            </w:r>
            <w:r w:rsidRPr="000E503F">
              <w:rPr>
                <w:sz w:val="16"/>
                <w:szCs w:val="16"/>
              </w:rPr>
              <w:br/>
              <w:t>☐</w:t>
            </w:r>
            <w:r w:rsidR="00000000" w:rsidRPr="000E503F">
              <w:rPr>
                <w:sz w:val="16"/>
                <w:szCs w:val="16"/>
              </w:rPr>
              <w:t xml:space="preserve"> Add</w:t>
            </w:r>
            <w:r w:rsidRPr="000E503F">
              <w:rPr>
                <w:sz w:val="16"/>
                <w:szCs w:val="16"/>
              </w:rPr>
              <w:br/>
              <w:t>☐</w:t>
            </w:r>
            <w:r w:rsidR="00000000" w:rsidRPr="000E503F">
              <w:rPr>
                <w:sz w:val="16"/>
                <w:szCs w:val="16"/>
              </w:rPr>
              <w:t xml:space="preserve"> Fix</w:t>
            </w:r>
            <w:r w:rsidRPr="000E503F">
              <w:rPr>
                <w:sz w:val="16"/>
                <w:szCs w:val="16"/>
              </w:rPr>
              <w:br/>
              <w:t>☐</w:t>
            </w:r>
            <w:r w:rsidR="00000000" w:rsidRPr="000E503F">
              <w:rPr>
                <w:sz w:val="16"/>
                <w:szCs w:val="16"/>
              </w:rPr>
              <w:t xml:space="preserve"> Check</w:t>
            </w:r>
          </w:p>
        </w:tc>
      </w:tr>
      <w:tr w:rsidR="005C41BF" w14:paraId="59FE8384" w14:textId="77777777">
        <w:trPr>
          <w:jc w:val="center"/>
        </w:trPr>
        <w:tc>
          <w:tcPr>
            <w:tcW w:w="2232" w:type="dxa"/>
            <w:tcMar>
              <w:top w:w="80" w:type="dxa"/>
              <w:left w:w="90" w:type="dxa"/>
              <w:bottom w:w="80" w:type="dxa"/>
              <w:right w:w="90" w:type="dxa"/>
            </w:tcMar>
            <w:vAlign w:val="center"/>
          </w:tcPr>
          <w:p w14:paraId="3D7A5477" w14:textId="77777777" w:rsidR="005C41BF" w:rsidRDefault="000B3397">
            <w:pPr>
              <w:spacing w:line="252" w:lineRule="auto"/>
            </w:pPr>
            <w:r>
              <w:rPr>
                <w:sz w:val="16"/>
              </w:rPr>
              <w:t>Geographic coverage</w:t>
            </w:r>
          </w:p>
        </w:tc>
        <w:tc>
          <w:tcPr>
            <w:tcW w:w="5760" w:type="dxa"/>
            <w:tcMar>
              <w:top w:w="80" w:type="dxa"/>
              <w:left w:w="90" w:type="dxa"/>
              <w:bottom w:w="80" w:type="dxa"/>
              <w:right w:w="90" w:type="dxa"/>
            </w:tcMar>
            <w:vAlign w:val="center"/>
          </w:tcPr>
          <w:p w14:paraId="539BD8C2" w14:textId="77777777" w:rsidR="005C41BF" w:rsidRDefault="000B3397">
            <w:pPr>
              <w:spacing w:line="252" w:lineRule="auto"/>
            </w:pPr>
            <w:r>
              <w:rPr>
                <w:sz w:val="16"/>
              </w:rPr>
              <w:t>Geographic coverage is clear and states any exclusions or limitations.</w:t>
            </w:r>
          </w:p>
        </w:tc>
        <w:tc>
          <w:tcPr>
            <w:tcW w:w="2232" w:type="dxa"/>
            <w:tcMar>
              <w:top w:w="80" w:type="dxa"/>
              <w:left w:w="90" w:type="dxa"/>
              <w:bottom w:w="80" w:type="dxa"/>
              <w:right w:w="90" w:type="dxa"/>
            </w:tcMar>
            <w:vAlign w:val="center"/>
          </w:tcPr>
          <w:p w14:paraId="195022E6" w14:textId="1C951AF4" w:rsidR="005C41BF" w:rsidRDefault="00AB78EA" w:rsidP="00AB78EA">
            <w:pPr>
              <w:spacing w:line="252" w:lineRule="auto"/>
            </w:pPr>
            <w:r w:rsidRPr="00AB78EA">
              <w:rPr>
                <w:sz w:val="16"/>
                <w:szCs w:val="16"/>
              </w:rPr>
              <w:t xml:space="preserve">☐ </w:t>
            </w:r>
            <w:r w:rsidR="00000000" w:rsidRPr="00AB78EA">
              <w:rPr>
                <w:sz w:val="16"/>
                <w:szCs w:val="16"/>
              </w:rPr>
              <w:t>Provided</w:t>
            </w:r>
            <w:r w:rsidRPr="00AB78EA">
              <w:rPr>
                <w:sz w:val="16"/>
                <w:szCs w:val="16"/>
              </w:rPr>
              <w:br/>
              <w:t>☐</w:t>
            </w:r>
            <w:r w:rsidR="00000000" w:rsidRPr="00AB78EA">
              <w:rPr>
                <w:sz w:val="16"/>
                <w:szCs w:val="16"/>
              </w:rPr>
              <w:t xml:space="preserve"> Partially provided</w:t>
            </w:r>
            <w:r w:rsidRPr="00AB78EA">
              <w:rPr>
                <w:sz w:val="16"/>
                <w:szCs w:val="16"/>
              </w:rPr>
              <w:br/>
              <w:t>☐</w:t>
            </w:r>
            <w:r w:rsidR="00000000" w:rsidRPr="00AB78EA">
              <w:rPr>
                <w:sz w:val="16"/>
                <w:szCs w:val="16"/>
              </w:rPr>
              <w:t xml:space="preserve"> Not provided</w:t>
            </w:r>
            <w:r w:rsidRPr="00AB78EA">
              <w:rPr>
                <w:sz w:val="16"/>
                <w:szCs w:val="16"/>
              </w:rPr>
              <w:br/>
              <w:t>☐</w:t>
            </w:r>
            <w:r w:rsidR="00000000" w:rsidRPr="00AB78EA">
              <w:rPr>
                <w:sz w:val="16"/>
                <w:szCs w:val="16"/>
              </w:rPr>
              <w:t xml:space="preserve"> N/A</w:t>
            </w:r>
          </w:p>
        </w:tc>
        <w:tc>
          <w:tcPr>
            <w:tcW w:w="3096" w:type="dxa"/>
            <w:tcMar>
              <w:top w:w="80" w:type="dxa"/>
              <w:left w:w="90" w:type="dxa"/>
              <w:bottom w:w="80" w:type="dxa"/>
              <w:right w:w="90" w:type="dxa"/>
            </w:tcMar>
            <w:vAlign w:val="center"/>
          </w:tcPr>
          <w:p w14:paraId="07459315" w14:textId="77777777" w:rsidR="005C41BF" w:rsidRDefault="005C41BF">
            <w:pPr>
              <w:spacing w:line="252" w:lineRule="auto"/>
            </w:pPr>
          </w:p>
        </w:tc>
        <w:tc>
          <w:tcPr>
            <w:tcW w:w="1512" w:type="dxa"/>
            <w:tcMar>
              <w:top w:w="80" w:type="dxa"/>
              <w:left w:w="90" w:type="dxa"/>
              <w:bottom w:w="80" w:type="dxa"/>
              <w:right w:w="90" w:type="dxa"/>
            </w:tcMar>
            <w:vAlign w:val="center"/>
          </w:tcPr>
          <w:p w14:paraId="01623622" w14:textId="1BBB47EB" w:rsidR="005C41BF" w:rsidRDefault="002B35C9" w:rsidP="002B35C9">
            <w:pPr>
              <w:spacing w:line="252" w:lineRule="auto"/>
            </w:pPr>
            <w:r w:rsidRPr="002B35C9">
              <w:rPr>
                <w:sz w:val="16"/>
                <w:szCs w:val="16"/>
              </w:rPr>
              <w:t xml:space="preserve">☐ </w:t>
            </w:r>
            <w:r w:rsidR="00000000" w:rsidRPr="002B35C9">
              <w:rPr>
                <w:sz w:val="16"/>
                <w:szCs w:val="16"/>
              </w:rPr>
              <w:t>None</w:t>
            </w:r>
            <w:r w:rsidRPr="002B35C9">
              <w:rPr>
                <w:sz w:val="16"/>
                <w:szCs w:val="16"/>
              </w:rPr>
              <w:br/>
              <w:t>☐</w:t>
            </w:r>
            <w:r w:rsidR="00000000" w:rsidRPr="002B35C9">
              <w:rPr>
                <w:sz w:val="16"/>
                <w:szCs w:val="16"/>
              </w:rPr>
              <w:t xml:space="preserve"> Add</w:t>
            </w:r>
            <w:r w:rsidRPr="002B35C9">
              <w:rPr>
                <w:sz w:val="16"/>
                <w:szCs w:val="16"/>
              </w:rPr>
              <w:br/>
              <w:t>☐</w:t>
            </w:r>
            <w:r w:rsidR="00000000" w:rsidRPr="002B35C9">
              <w:rPr>
                <w:sz w:val="16"/>
                <w:szCs w:val="16"/>
              </w:rPr>
              <w:t xml:space="preserve"> Fix</w:t>
            </w:r>
            <w:r w:rsidRPr="002B35C9">
              <w:rPr>
                <w:sz w:val="16"/>
                <w:szCs w:val="16"/>
              </w:rPr>
              <w:br/>
              <w:t>☐</w:t>
            </w:r>
            <w:r w:rsidR="00000000" w:rsidRPr="002B35C9">
              <w:rPr>
                <w:sz w:val="16"/>
                <w:szCs w:val="16"/>
              </w:rPr>
              <w:t xml:space="preserve"> Check</w:t>
            </w:r>
          </w:p>
        </w:tc>
      </w:tr>
      <w:tr w:rsidR="005C41BF" w14:paraId="256AC2A9" w14:textId="77777777">
        <w:trPr>
          <w:jc w:val="center"/>
        </w:trPr>
        <w:tc>
          <w:tcPr>
            <w:tcW w:w="2232" w:type="dxa"/>
            <w:tcMar>
              <w:top w:w="80" w:type="dxa"/>
              <w:left w:w="90" w:type="dxa"/>
              <w:bottom w:w="80" w:type="dxa"/>
              <w:right w:w="90" w:type="dxa"/>
            </w:tcMar>
            <w:vAlign w:val="center"/>
          </w:tcPr>
          <w:p w14:paraId="35C59069" w14:textId="77777777" w:rsidR="005C41BF" w:rsidRDefault="000B3397">
            <w:pPr>
              <w:spacing w:line="252" w:lineRule="auto"/>
            </w:pPr>
            <w:r>
              <w:rPr>
                <w:sz w:val="16"/>
              </w:rPr>
              <w:t>Universe</w:t>
            </w:r>
          </w:p>
        </w:tc>
        <w:tc>
          <w:tcPr>
            <w:tcW w:w="5760" w:type="dxa"/>
            <w:tcMar>
              <w:top w:w="80" w:type="dxa"/>
              <w:left w:w="90" w:type="dxa"/>
              <w:bottom w:w="80" w:type="dxa"/>
              <w:right w:w="90" w:type="dxa"/>
            </w:tcMar>
            <w:vAlign w:val="center"/>
          </w:tcPr>
          <w:p w14:paraId="4BC7A20F" w14:textId="77777777" w:rsidR="005C41BF" w:rsidRDefault="000B3397">
            <w:pPr>
              <w:spacing w:line="252" w:lineRule="auto"/>
            </w:pPr>
            <w:r>
              <w:rPr>
                <w:sz w:val="16"/>
              </w:rPr>
              <w:t>Target population is clearly described and does not rely on overly broad terms unless accurate.</w:t>
            </w:r>
          </w:p>
        </w:tc>
        <w:tc>
          <w:tcPr>
            <w:tcW w:w="2232" w:type="dxa"/>
            <w:tcMar>
              <w:top w:w="80" w:type="dxa"/>
              <w:left w:w="90" w:type="dxa"/>
              <w:bottom w:w="80" w:type="dxa"/>
              <w:right w:w="90" w:type="dxa"/>
            </w:tcMar>
            <w:vAlign w:val="center"/>
          </w:tcPr>
          <w:p w14:paraId="2B5195B6" w14:textId="65BF7B3D" w:rsidR="005C41BF" w:rsidRDefault="00BD553B" w:rsidP="00BD553B">
            <w:pPr>
              <w:spacing w:line="252" w:lineRule="auto"/>
            </w:pPr>
            <w:r w:rsidRPr="00BD553B">
              <w:rPr>
                <w:sz w:val="16"/>
                <w:szCs w:val="16"/>
              </w:rPr>
              <w:t xml:space="preserve">☐ </w:t>
            </w:r>
            <w:r w:rsidR="00000000" w:rsidRPr="00BD553B">
              <w:rPr>
                <w:sz w:val="16"/>
                <w:szCs w:val="16"/>
              </w:rPr>
              <w:t>Provided</w:t>
            </w:r>
            <w:r w:rsidRPr="00BD553B">
              <w:rPr>
                <w:sz w:val="16"/>
                <w:szCs w:val="16"/>
              </w:rPr>
              <w:br/>
              <w:t>☐</w:t>
            </w:r>
            <w:r w:rsidR="00000000" w:rsidRPr="00BD553B">
              <w:rPr>
                <w:sz w:val="16"/>
                <w:szCs w:val="16"/>
              </w:rPr>
              <w:t xml:space="preserve"> Partially provided</w:t>
            </w:r>
            <w:r w:rsidRPr="00BD553B">
              <w:rPr>
                <w:sz w:val="16"/>
                <w:szCs w:val="16"/>
              </w:rPr>
              <w:br/>
              <w:t>☐</w:t>
            </w:r>
            <w:r w:rsidR="00000000" w:rsidRPr="00BD553B">
              <w:rPr>
                <w:sz w:val="16"/>
                <w:szCs w:val="16"/>
              </w:rPr>
              <w:t xml:space="preserve"> Not provided</w:t>
            </w:r>
            <w:r w:rsidRPr="00BD553B">
              <w:rPr>
                <w:sz w:val="16"/>
                <w:szCs w:val="16"/>
              </w:rPr>
              <w:br/>
              <w:t>☐</w:t>
            </w:r>
            <w:r w:rsidR="00000000" w:rsidRPr="00BD553B">
              <w:rPr>
                <w:sz w:val="16"/>
                <w:szCs w:val="16"/>
              </w:rPr>
              <w:t xml:space="preserve"> N/A</w:t>
            </w:r>
          </w:p>
        </w:tc>
        <w:tc>
          <w:tcPr>
            <w:tcW w:w="3096" w:type="dxa"/>
            <w:tcMar>
              <w:top w:w="80" w:type="dxa"/>
              <w:left w:w="90" w:type="dxa"/>
              <w:bottom w:w="80" w:type="dxa"/>
              <w:right w:w="90" w:type="dxa"/>
            </w:tcMar>
            <w:vAlign w:val="center"/>
          </w:tcPr>
          <w:p w14:paraId="6537F28F" w14:textId="77777777" w:rsidR="005C41BF" w:rsidRDefault="005C41BF">
            <w:pPr>
              <w:spacing w:line="252" w:lineRule="auto"/>
            </w:pPr>
          </w:p>
        </w:tc>
        <w:tc>
          <w:tcPr>
            <w:tcW w:w="1512" w:type="dxa"/>
            <w:tcMar>
              <w:top w:w="80" w:type="dxa"/>
              <w:left w:w="90" w:type="dxa"/>
              <w:bottom w:w="80" w:type="dxa"/>
              <w:right w:w="90" w:type="dxa"/>
            </w:tcMar>
            <w:vAlign w:val="center"/>
          </w:tcPr>
          <w:p w14:paraId="3A118999" w14:textId="4D0B2581" w:rsidR="005C41BF" w:rsidRDefault="00B8353F" w:rsidP="00B8353F">
            <w:pPr>
              <w:spacing w:line="252" w:lineRule="auto"/>
            </w:pPr>
            <w:r w:rsidRPr="00B8353F">
              <w:rPr>
                <w:sz w:val="16"/>
                <w:szCs w:val="16"/>
              </w:rPr>
              <w:t xml:space="preserve">☐ </w:t>
            </w:r>
            <w:r w:rsidR="00000000" w:rsidRPr="00B8353F">
              <w:rPr>
                <w:sz w:val="16"/>
                <w:szCs w:val="16"/>
              </w:rPr>
              <w:t>None</w:t>
            </w:r>
            <w:r w:rsidRPr="00B8353F">
              <w:rPr>
                <w:sz w:val="16"/>
                <w:szCs w:val="16"/>
              </w:rPr>
              <w:br/>
              <w:t>☐</w:t>
            </w:r>
            <w:r w:rsidR="00000000" w:rsidRPr="00B8353F">
              <w:rPr>
                <w:sz w:val="16"/>
                <w:szCs w:val="16"/>
              </w:rPr>
              <w:t xml:space="preserve"> Add</w:t>
            </w:r>
            <w:r w:rsidRPr="00B8353F">
              <w:rPr>
                <w:sz w:val="16"/>
                <w:szCs w:val="16"/>
              </w:rPr>
              <w:br/>
              <w:t>☐</w:t>
            </w:r>
            <w:r w:rsidR="00000000" w:rsidRPr="00B8353F">
              <w:rPr>
                <w:sz w:val="16"/>
                <w:szCs w:val="16"/>
              </w:rPr>
              <w:t xml:space="preserve"> Fix</w:t>
            </w:r>
            <w:r w:rsidRPr="00B8353F">
              <w:rPr>
                <w:sz w:val="16"/>
                <w:szCs w:val="16"/>
              </w:rPr>
              <w:br/>
              <w:t>☐</w:t>
            </w:r>
            <w:r w:rsidR="00000000" w:rsidRPr="00B8353F">
              <w:rPr>
                <w:sz w:val="16"/>
                <w:szCs w:val="16"/>
              </w:rPr>
              <w:t xml:space="preserve"> Check</w:t>
            </w:r>
          </w:p>
        </w:tc>
      </w:tr>
      <w:tr w:rsidR="005C41BF" w14:paraId="116816A1" w14:textId="77777777">
        <w:trPr>
          <w:jc w:val="center"/>
        </w:trPr>
        <w:tc>
          <w:tcPr>
            <w:tcW w:w="2232" w:type="dxa"/>
            <w:tcMar>
              <w:top w:w="80" w:type="dxa"/>
              <w:left w:w="90" w:type="dxa"/>
              <w:bottom w:w="80" w:type="dxa"/>
              <w:right w:w="90" w:type="dxa"/>
            </w:tcMar>
            <w:vAlign w:val="center"/>
          </w:tcPr>
          <w:p w14:paraId="3D001745" w14:textId="77777777" w:rsidR="005C41BF" w:rsidRDefault="000B3397">
            <w:pPr>
              <w:spacing w:line="252" w:lineRule="auto"/>
            </w:pPr>
            <w:r>
              <w:rPr>
                <w:sz w:val="16"/>
              </w:rPr>
              <w:t>Temporal coverage</w:t>
            </w:r>
          </w:p>
        </w:tc>
        <w:tc>
          <w:tcPr>
            <w:tcW w:w="5760" w:type="dxa"/>
            <w:tcMar>
              <w:top w:w="80" w:type="dxa"/>
              <w:left w:w="90" w:type="dxa"/>
              <w:bottom w:w="80" w:type="dxa"/>
              <w:right w:w="90" w:type="dxa"/>
            </w:tcMar>
            <w:vAlign w:val="center"/>
          </w:tcPr>
          <w:p w14:paraId="78D22A9D" w14:textId="77777777" w:rsidR="005C41BF" w:rsidRDefault="000B3397">
            <w:pPr>
              <w:spacing w:line="252" w:lineRule="auto"/>
            </w:pPr>
            <w:r>
              <w:rPr>
                <w:sz w:val="16"/>
              </w:rPr>
              <w:t>Reference period or time period covered by the data is documented where relevant.</w:t>
            </w:r>
          </w:p>
        </w:tc>
        <w:tc>
          <w:tcPr>
            <w:tcW w:w="2232" w:type="dxa"/>
            <w:tcMar>
              <w:top w:w="80" w:type="dxa"/>
              <w:left w:w="90" w:type="dxa"/>
              <w:bottom w:w="80" w:type="dxa"/>
              <w:right w:w="90" w:type="dxa"/>
            </w:tcMar>
            <w:vAlign w:val="center"/>
          </w:tcPr>
          <w:p w14:paraId="75255C70" w14:textId="2B7BDAFA" w:rsidR="005C41BF" w:rsidRDefault="006D35B0" w:rsidP="006D35B0">
            <w:pPr>
              <w:spacing w:line="252" w:lineRule="auto"/>
            </w:pPr>
            <w:r w:rsidRPr="006D35B0">
              <w:rPr>
                <w:sz w:val="16"/>
                <w:szCs w:val="16"/>
              </w:rPr>
              <w:t xml:space="preserve">☐ </w:t>
            </w:r>
            <w:r w:rsidR="00000000" w:rsidRPr="006D35B0">
              <w:rPr>
                <w:sz w:val="16"/>
                <w:szCs w:val="16"/>
              </w:rPr>
              <w:t>Provided</w:t>
            </w:r>
            <w:r w:rsidRPr="006D35B0">
              <w:rPr>
                <w:sz w:val="16"/>
                <w:szCs w:val="16"/>
              </w:rPr>
              <w:br/>
              <w:t>☐</w:t>
            </w:r>
            <w:r w:rsidR="00000000" w:rsidRPr="006D35B0">
              <w:rPr>
                <w:sz w:val="16"/>
                <w:szCs w:val="16"/>
              </w:rPr>
              <w:t xml:space="preserve"> Partially provided</w:t>
            </w:r>
            <w:r w:rsidRPr="006D35B0">
              <w:rPr>
                <w:sz w:val="16"/>
                <w:szCs w:val="16"/>
              </w:rPr>
              <w:br/>
              <w:t>☐</w:t>
            </w:r>
            <w:r w:rsidR="00000000" w:rsidRPr="006D35B0">
              <w:rPr>
                <w:sz w:val="16"/>
                <w:szCs w:val="16"/>
              </w:rPr>
              <w:t xml:space="preserve"> Not provided</w:t>
            </w:r>
            <w:r w:rsidRPr="006D35B0">
              <w:rPr>
                <w:sz w:val="16"/>
                <w:szCs w:val="16"/>
              </w:rPr>
              <w:br/>
              <w:t>☐</w:t>
            </w:r>
            <w:r w:rsidR="00000000" w:rsidRPr="006D35B0">
              <w:rPr>
                <w:sz w:val="16"/>
                <w:szCs w:val="16"/>
              </w:rPr>
              <w:t xml:space="preserve"> N/A</w:t>
            </w:r>
          </w:p>
        </w:tc>
        <w:tc>
          <w:tcPr>
            <w:tcW w:w="3096" w:type="dxa"/>
            <w:tcMar>
              <w:top w:w="80" w:type="dxa"/>
              <w:left w:w="90" w:type="dxa"/>
              <w:bottom w:w="80" w:type="dxa"/>
              <w:right w:w="90" w:type="dxa"/>
            </w:tcMar>
            <w:vAlign w:val="center"/>
          </w:tcPr>
          <w:p w14:paraId="6DFB9E20" w14:textId="77777777" w:rsidR="005C41BF" w:rsidRDefault="005C41BF">
            <w:pPr>
              <w:spacing w:line="252" w:lineRule="auto"/>
            </w:pPr>
          </w:p>
        </w:tc>
        <w:tc>
          <w:tcPr>
            <w:tcW w:w="1512" w:type="dxa"/>
            <w:tcMar>
              <w:top w:w="80" w:type="dxa"/>
              <w:left w:w="90" w:type="dxa"/>
              <w:bottom w:w="80" w:type="dxa"/>
              <w:right w:w="90" w:type="dxa"/>
            </w:tcMar>
            <w:vAlign w:val="center"/>
          </w:tcPr>
          <w:p w14:paraId="11367C20" w14:textId="20CB51F5" w:rsidR="005C41BF" w:rsidRDefault="005E7765" w:rsidP="005E7765">
            <w:pPr>
              <w:spacing w:line="252" w:lineRule="auto"/>
            </w:pPr>
            <w:r w:rsidRPr="005E7765">
              <w:rPr>
                <w:sz w:val="16"/>
                <w:szCs w:val="16"/>
              </w:rPr>
              <w:t xml:space="preserve">☐ </w:t>
            </w:r>
            <w:r w:rsidR="00000000" w:rsidRPr="005E7765">
              <w:rPr>
                <w:sz w:val="16"/>
                <w:szCs w:val="16"/>
              </w:rPr>
              <w:t>None</w:t>
            </w:r>
            <w:r w:rsidRPr="005E7765">
              <w:rPr>
                <w:sz w:val="16"/>
                <w:szCs w:val="16"/>
              </w:rPr>
              <w:br/>
              <w:t>☐</w:t>
            </w:r>
            <w:r w:rsidR="00000000" w:rsidRPr="005E7765">
              <w:rPr>
                <w:sz w:val="16"/>
                <w:szCs w:val="16"/>
              </w:rPr>
              <w:t xml:space="preserve"> Add</w:t>
            </w:r>
            <w:r w:rsidRPr="005E7765">
              <w:rPr>
                <w:sz w:val="16"/>
                <w:szCs w:val="16"/>
              </w:rPr>
              <w:br/>
              <w:t>☐</w:t>
            </w:r>
            <w:r w:rsidR="00000000" w:rsidRPr="005E7765">
              <w:rPr>
                <w:sz w:val="16"/>
                <w:szCs w:val="16"/>
              </w:rPr>
              <w:t xml:space="preserve"> Fix</w:t>
            </w:r>
            <w:r w:rsidRPr="005E7765">
              <w:rPr>
                <w:sz w:val="16"/>
                <w:szCs w:val="16"/>
              </w:rPr>
              <w:br/>
              <w:t>☐</w:t>
            </w:r>
            <w:r w:rsidR="00000000" w:rsidRPr="005E7765">
              <w:rPr>
                <w:sz w:val="16"/>
                <w:szCs w:val="16"/>
              </w:rPr>
              <w:t xml:space="preserve"> Check</w:t>
            </w:r>
          </w:p>
        </w:tc>
      </w:tr>
      <w:tr w:rsidR="005C41BF" w14:paraId="19E50327" w14:textId="77777777">
        <w:trPr>
          <w:jc w:val="center"/>
        </w:trPr>
        <w:tc>
          <w:tcPr>
            <w:tcW w:w="2232" w:type="dxa"/>
            <w:tcMar>
              <w:top w:w="80" w:type="dxa"/>
              <w:left w:w="90" w:type="dxa"/>
              <w:bottom w:w="80" w:type="dxa"/>
              <w:right w:w="90" w:type="dxa"/>
            </w:tcMar>
            <w:vAlign w:val="center"/>
          </w:tcPr>
          <w:p w14:paraId="7A22027D" w14:textId="77777777" w:rsidR="005C41BF" w:rsidRDefault="000B3397">
            <w:pPr>
              <w:spacing w:line="252" w:lineRule="auto"/>
            </w:pPr>
            <w:r>
              <w:rPr>
                <w:sz w:val="16"/>
              </w:rPr>
              <w:t>Primary investigator</w:t>
            </w:r>
          </w:p>
        </w:tc>
        <w:tc>
          <w:tcPr>
            <w:tcW w:w="5760" w:type="dxa"/>
            <w:tcMar>
              <w:top w:w="80" w:type="dxa"/>
              <w:left w:w="90" w:type="dxa"/>
              <w:bottom w:w="80" w:type="dxa"/>
              <w:right w:w="90" w:type="dxa"/>
            </w:tcMar>
            <w:vAlign w:val="center"/>
          </w:tcPr>
          <w:p w14:paraId="2E4E8525" w14:textId="77777777" w:rsidR="005C41BF" w:rsidRDefault="000B3397">
            <w:pPr>
              <w:spacing w:line="252" w:lineRule="auto"/>
            </w:pPr>
            <w:r>
              <w:rPr>
                <w:sz w:val="16"/>
              </w:rPr>
              <w:t>Main agency or organization responsible for the study is identified.</w:t>
            </w:r>
          </w:p>
        </w:tc>
        <w:tc>
          <w:tcPr>
            <w:tcW w:w="2232" w:type="dxa"/>
            <w:tcMar>
              <w:top w:w="80" w:type="dxa"/>
              <w:left w:w="90" w:type="dxa"/>
              <w:bottom w:w="80" w:type="dxa"/>
              <w:right w:w="90" w:type="dxa"/>
            </w:tcMar>
            <w:vAlign w:val="center"/>
          </w:tcPr>
          <w:p w14:paraId="1A336A7D" w14:textId="7129B3CF" w:rsidR="005C41BF" w:rsidRDefault="000C34D0" w:rsidP="000C34D0">
            <w:pPr>
              <w:spacing w:line="252" w:lineRule="auto"/>
            </w:pPr>
            <w:r w:rsidRPr="000C34D0">
              <w:rPr>
                <w:sz w:val="16"/>
                <w:szCs w:val="16"/>
              </w:rPr>
              <w:t xml:space="preserve">☐ </w:t>
            </w:r>
            <w:r w:rsidR="00000000" w:rsidRPr="000C34D0">
              <w:rPr>
                <w:sz w:val="16"/>
                <w:szCs w:val="16"/>
              </w:rPr>
              <w:t>Provided</w:t>
            </w:r>
            <w:r w:rsidRPr="000C34D0">
              <w:rPr>
                <w:sz w:val="16"/>
                <w:szCs w:val="16"/>
              </w:rPr>
              <w:br/>
              <w:t>☐</w:t>
            </w:r>
            <w:r w:rsidR="00000000" w:rsidRPr="000C34D0">
              <w:rPr>
                <w:sz w:val="16"/>
                <w:szCs w:val="16"/>
              </w:rPr>
              <w:t xml:space="preserve"> Partially provided</w:t>
            </w:r>
            <w:r w:rsidRPr="000C34D0">
              <w:rPr>
                <w:sz w:val="16"/>
                <w:szCs w:val="16"/>
              </w:rPr>
              <w:br/>
              <w:t>☐</w:t>
            </w:r>
            <w:r w:rsidR="00000000" w:rsidRPr="000C34D0">
              <w:rPr>
                <w:sz w:val="16"/>
                <w:szCs w:val="16"/>
              </w:rPr>
              <w:t xml:space="preserve"> Not provided</w:t>
            </w:r>
            <w:r w:rsidRPr="000C34D0">
              <w:rPr>
                <w:sz w:val="16"/>
                <w:szCs w:val="16"/>
              </w:rPr>
              <w:br/>
              <w:t>☐</w:t>
            </w:r>
            <w:r w:rsidR="00000000" w:rsidRPr="000C34D0">
              <w:rPr>
                <w:sz w:val="16"/>
                <w:szCs w:val="16"/>
              </w:rPr>
              <w:t xml:space="preserve"> N/A</w:t>
            </w:r>
          </w:p>
        </w:tc>
        <w:tc>
          <w:tcPr>
            <w:tcW w:w="3096" w:type="dxa"/>
            <w:tcMar>
              <w:top w:w="80" w:type="dxa"/>
              <w:left w:w="90" w:type="dxa"/>
              <w:bottom w:w="80" w:type="dxa"/>
              <w:right w:w="90" w:type="dxa"/>
            </w:tcMar>
            <w:vAlign w:val="center"/>
          </w:tcPr>
          <w:p w14:paraId="70DF9E56" w14:textId="77777777" w:rsidR="005C41BF" w:rsidRDefault="005C41BF">
            <w:pPr>
              <w:spacing w:line="252" w:lineRule="auto"/>
            </w:pPr>
          </w:p>
        </w:tc>
        <w:tc>
          <w:tcPr>
            <w:tcW w:w="1512" w:type="dxa"/>
            <w:tcMar>
              <w:top w:w="80" w:type="dxa"/>
              <w:left w:w="90" w:type="dxa"/>
              <w:bottom w:w="80" w:type="dxa"/>
              <w:right w:w="90" w:type="dxa"/>
            </w:tcMar>
            <w:vAlign w:val="center"/>
          </w:tcPr>
          <w:p w14:paraId="6A24DE64" w14:textId="6B44E9DC" w:rsidR="005C41BF" w:rsidRDefault="002C2E99" w:rsidP="002C2E99">
            <w:pPr>
              <w:spacing w:line="252" w:lineRule="auto"/>
            </w:pPr>
            <w:r w:rsidRPr="002C2E99">
              <w:rPr>
                <w:sz w:val="16"/>
                <w:szCs w:val="16"/>
              </w:rPr>
              <w:t xml:space="preserve">☐ </w:t>
            </w:r>
            <w:r w:rsidR="00000000" w:rsidRPr="002C2E99">
              <w:rPr>
                <w:sz w:val="16"/>
                <w:szCs w:val="16"/>
              </w:rPr>
              <w:t>None</w:t>
            </w:r>
            <w:r w:rsidRPr="002C2E99">
              <w:rPr>
                <w:sz w:val="16"/>
                <w:szCs w:val="16"/>
              </w:rPr>
              <w:br/>
              <w:t>☐</w:t>
            </w:r>
            <w:r w:rsidR="00000000" w:rsidRPr="002C2E99">
              <w:rPr>
                <w:sz w:val="16"/>
                <w:szCs w:val="16"/>
              </w:rPr>
              <w:t xml:space="preserve"> Add</w:t>
            </w:r>
            <w:r w:rsidRPr="002C2E99">
              <w:rPr>
                <w:sz w:val="16"/>
                <w:szCs w:val="16"/>
              </w:rPr>
              <w:br/>
              <w:t>☐</w:t>
            </w:r>
            <w:r w:rsidR="00000000" w:rsidRPr="002C2E99">
              <w:rPr>
                <w:sz w:val="16"/>
                <w:szCs w:val="16"/>
              </w:rPr>
              <w:t xml:space="preserve"> Fix</w:t>
            </w:r>
            <w:r w:rsidRPr="002C2E99">
              <w:rPr>
                <w:sz w:val="16"/>
                <w:szCs w:val="16"/>
              </w:rPr>
              <w:br/>
              <w:t>☐</w:t>
            </w:r>
            <w:r w:rsidR="00000000" w:rsidRPr="002C2E99">
              <w:rPr>
                <w:sz w:val="16"/>
                <w:szCs w:val="16"/>
              </w:rPr>
              <w:t xml:space="preserve"> Check</w:t>
            </w:r>
          </w:p>
        </w:tc>
      </w:tr>
      <w:tr w:rsidR="005C41BF" w14:paraId="57FA9EDE" w14:textId="77777777">
        <w:trPr>
          <w:jc w:val="center"/>
        </w:trPr>
        <w:tc>
          <w:tcPr>
            <w:tcW w:w="2232" w:type="dxa"/>
            <w:tcMar>
              <w:top w:w="80" w:type="dxa"/>
              <w:left w:w="90" w:type="dxa"/>
              <w:bottom w:w="80" w:type="dxa"/>
              <w:right w:w="90" w:type="dxa"/>
            </w:tcMar>
            <w:vAlign w:val="center"/>
          </w:tcPr>
          <w:p w14:paraId="2BBD8B90" w14:textId="77777777" w:rsidR="005C41BF" w:rsidRDefault="000B3397">
            <w:pPr>
              <w:spacing w:line="252" w:lineRule="auto"/>
            </w:pPr>
            <w:r>
              <w:rPr>
                <w:sz w:val="16"/>
              </w:rPr>
              <w:t>Other producers</w:t>
            </w:r>
          </w:p>
        </w:tc>
        <w:tc>
          <w:tcPr>
            <w:tcW w:w="5760" w:type="dxa"/>
            <w:tcMar>
              <w:top w:w="80" w:type="dxa"/>
              <w:left w:w="90" w:type="dxa"/>
              <w:bottom w:w="80" w:type="dxa"/>
              <w:right w:w="90" w:type="dxa"/>
            </w:tcMar>
            <w:vAlign w:val="center"/>
          </w:tcPr>
          <w:p w14:paraId="0F945B12" w14:textId="77777777" w:rsidR="005C41BF" w:rsidRDefault="000B3397">
            <w:pPr>
              <w:spacing w:line="252" w:lineRule="auto"/>
            </w:pPr>
            <w:r>
              <w:rPr>
                <w:sz w:val="16"/>
              </w:rPr>
              <w:t>Co-producers or implementing partners are identified where applicable.</w:t>
            </w:r>
          </w:p>
        </w:tc>
        <w:tc>
          <w:tcPr>
            <w:tcW w:w="2232" w:type="dxa"/>
            <w:tcMar>
              <w:top w:w="80" w:type="dxa"/>
              <w:left w:w="90" w:type="dxa"/>
              <w:bottom w:w="80" w:type="dxa"/>
              <w:right w:w="90" w:type="dxa"/>
            </w:tcMar>
            <w:vAlign w:val="center"/>
          </w:tcPr>
          <w:p w14:paraId="681A4661" w14:textId="009B23F8" w:rsidR="005C41BF" w:rsidRDefault="007F7F4B" w:rsidP="007F7F4B">
            <w:pPr>
              <w:spacing w:line="252" w:lineRule="auto"/>
            </w:pPr>
            <w:r w:rsidRPr="007F7F4B">
              <w:rPr>
                <w:sz w:val="16"/>
                <w:szCs w:val="16"/>
              </w:rPr>
              <w:t xml:space="preserve">☐ </w:t>
            </w:r>
            <w:r w:rsidR="00000000" w:rsidRPr="007F7F4B">
              <w:rPr>
                <w:sz w:val="16"/>
                <w:szCs w:val="16"/>
              </w:rPr>
              <w:t>Provided</w:t>
            </w:r>
            <w:r w:rsidRPr="007F7F4B">
              <w:rPr>
                <w:sz w:val="16"/>
                <w:szCs w:val="16"/>
              </w:rPr>
              <w:br/>
              <w:t>☐</w:t>
            </w:r>
            <w:r w:rsidR="00000000" w:rsidRPr="007F7F4B">
              <w:rPr>
                <w:sz w:val="16"/>
                <w:szCs w:val="16"/>
              </w:rPr>
              <w:t xml:space="preserve"> Partially provided</w:t>
            </w:r>
            <w:r w:rsidRPr="007F7F4B">
              <w:rPr>
                <w:sz w:val="16"/>
                <w:szCs w:val="16"/>
              </w:rPr>
              <w:br/>
              <w:t>☐</w:t>
            </w:r>
            <w:r w:rsidR="00000000" w:rsidRPr="007F7F4B">
              <w:rPr>
                <w:sz w:val="16"/>
                <w:szCs w:val="16"/>
              </w:rPr>
              <w:t xml:space="preserve"> Not provided</w:t>
            </w:r>
            <w:r w:rsidRPr="007F7F4B">
              <w:rPr>
                <w:sz w:val="16"/>
                <w:szCs w:val="16"/>
              </w:rPr>
              <w:br/>
              <w:t>☐</w:t>
            </w:r>
            <w:r w:rsidR="00000000" w:rsidRPr="007F7F4B">
              <w:rPr>
                <w:sz w:val="16"/>
                <w:szCs w:val="16"/>
              </w:rPr>
              <w:t xml:space="preserve"> N/A</w:t>
            </w:r>
          </w:p>
        </w:tc>
        <w:tc>
          <w:tcPr>
            <w:tcW w:w="3096" w:type="dxa"/>
            <w:tcMar>
              <w:top w:w="80" w:type="dxa"/>
              <w:left w:w="90" w:type="dxa"/>
              <w:bottom w:w="80" w:type="dxa"/>
              <w:right w:w="90" w:type="dxa"/>
            </w:tcMar>
            <w:vAlign w:val="center"/>
          </w:tcPr>
          <w:p w14:paraId="44E871BC" w14:textId="77777777" w:rsidR="005C41BF" w:rsidRDefault="005C41BF">
            <w:pPr>
              <w:spacing w:line="252" w:lineRule="auto"/>
            </w:pPr>
          </w:p>
        </w:tc>
        <w:tc>
          <w:tcPr>
            <w:tcW w:w="1512" w:type="dxa"/>
            <w:tcMar>
              <w:top w:w="80" w:type="dxa"/>
              <w:left w:w="90" w:type="dxa"/>
              <w:bottom w:w="80" w:type="dxa"/>
              <w:right w:w="90" w:type="dxa"/>
            </w:tcMar>
            <w:vAlign w:val="center"/>
          </w:tcPr>
          <w:p w14:paraId="771EE5F6" w14:textId="027E8384" w:rsidR="005C41BF" w:rsidRDefault="00522688" w:rsidP="00522688">
            <w:pPr>
              <w:spacing w:line="252" w:lineRule="auto"/>
            </w:pPr>
            <w:r w:rsidRPr="00522688">
              <w:rPr>
                <w:sz w:val="16"/>
                <w:szCs w:val="16"/>
              </w:rPr>
              <w:t xml:space="preserve">☐ </w:t>
            </w:r>
            <w:r w:rsidR="00000000" w:rsidRPr="00522688">
              <w:rPr>
                <w:sz w:val="16"/>
                <w:szCs w:val="16"/>
              </w:rPr>
              <w:t>None</w:t>
            </w:r>
            <w:r w:rsidRPr="00522688">
              <w:rPr>
                <w:sz w:val="16"/>
                <w:szCs w:val="16"/>
              </w:rPr>
              <w:br/>
              <w:t>☐</w:t>
            </w:r>
            <w:r w:rsidR="00000000" w:rsidRPr="00522688">
              <w:rPr>
                <w:sz w:val="16"/>
                <w:szCs w:val="16"/>
              </w:rPr>
              <w:t xml:space="preserve"> Add</w:t>
            </w:r>
            <w:r w:rsidRPr="00522688">
              <w:rPr>
                <w:sz w:val="16"/>
                <w:szCs w:val="16"/>
              </w:rPr>
              <w:br/>
              <w:t>☐</w:t>
            </w:r>
            <w:r w:rsidR="00000000" w:rsidRPr="00522688">
              <w:rPr>
                <w:sz w:val="16"/>
                <w:szCs w:val="16"/>
              </w:rPr>
              <w:t xml:space="preserve"> Fix</w:t>
            </w:r>
            <w:r w:rsidRPr="00522688">
              <w:rPr>
                <w:sz w:val="16"/>
                <w:szCs w:val="16"/>
              </w:rPr>
              <w:br/>
              <w:t>☐</w:t>
            </w:r>
            <w:r w:rsidR="00000000" w:rsidRPr="00522688">
              <w:rPr>
                <w:sz w:val="16"/>
                <w:szCs w:val="16"/>
              </w:rPr>
              <w:t xml:space="preserve"> Check</w:t>
            </w:r>
          </w:p>
        </w:tc>
      </w:tr>
      <w:tr w:rsidR="005C41BF" w14:paraId="354D2A7A" w14:textId="77777777">
        <w:trPr>
          <w:jc w:val="center"/>
        </w:trPr>
        <w:tc>
          <w:tcPr>
            <w:tcW w:w="2232" w:type="dxa"/>
            <w:tcMar>
              <w:top w:w="80" w:type="dxa"/>
              <w:left w:w="90" w:type="dxa"/>
              <w:bottom w:w="80" w:type="dxa"/>
              <w:right w:w="90" w:type="dxa"/>
            </w:tcMar>
            <w:vAlign w:val="center"/>
          </w:tcPr>
          <w:p w14:paraId="6CC25542" w14:textId="77777777" w:rsidR="005C41BF" w:rsidRDefault="000B3397">
            <w:pPr>
              <w:spacing w:line="252" w:lineRule="auto"/>
            </w:pPr>
            <w:r>
              <w:rPr>
                <w:sz w:val="16"/>
              </w:rPr>
              <w:t>Funding</w:t>
            </w:r>
          </w:p>
        </w:tc>
        <w:tc>
          <w:tcPr>
            <w:tcW w:w="5760" w:type="dxa"/>
            <w:tcMar>
              <w:top w:w="80" w:type="dxa"/>
              <w:left w:w="90" w:type="dxa"/>
              <w:bottom w:w="80" w:type="dxa"/>
              <w:right w:w="90" w:type="dxa"/>
            </w:tcMar>
            <w:vAlign w:val="center"/>
          </w:tcPr>
          <w:p w14:paraId="37296C61" w14:textId="77777777" w:rsidR="005C41BF" w:rsidRDefault="000B3397">
            <w:pPr>
              <w:spacing w:line="252" w:lineRule="auto"/>
            </w:pPr>
            <w:r>
              <w:rPr>
                <w:sz w:val="16"/>
              </w:rPr>
              <w:t>Funding agencies, donors, and in-kind contributors are documented where applicable.</w:t>
            </w:r>
          </w:p>
        </w:tc>
        <w:tc>
          <w:tcPr>
            <w:tcW w:w="2232" w:type="dxa"/>
            <w:tcMar>
              <w:top w:w="80" w:type="dxa"/>
              <w:left w:w="90" w:type="dxa"/>
              <w:bottom w:w="80" w:type="dxa"/>
              <w:right w:w="90" w:type="dxa"/>
            </w:tcMar>
            <w:vAlign w:val="center"/>
          </w:tcPr>
          <w:p w14:paraId="2B0F2DDF" w14:textId="563F1C5A" w:rsidR="005C41BF" w:rsidRDefault="004D0F24" w:rsidP="004D0F24">
            <w:pPr>
              <w:spacing w:line="252" w:lineRule="auto"/>
            </w:pPr>
            <w:r w:rsidRPr="004D0F24">
              <w:rPr>
                <w:sz w:val="16"/>
                <w:szCs w:val="16"/>
              </w:rPr>
              <w:t xml:space="preserve">☐ </w:t>
            </w:r>
            <w:r w:rsidR="00000000" w:rsidRPr="004D0F24">
              <w:rPr>
                <w:sz w:val="16"/>
                <w:szCs w:val="16"/>
              </w:rPr>
              <w:t>Provided</w:t>
            </w:r>
            <w:r w:rsidRPr="004D0F24">
              <w:rPr>
                <w:sz w:val="16"/>
                <w:szCs w:val="16"/>
              </w:rPr>
              <w:br/>
              <w:t>☐</w:t>
            </w:r>
            <w:r w:rsidR="00000000" w:rsidRPr="004D0F24">
              <w:rPr>
                <w:sz w:val="16"/>
                <w:szCs w:val="16"/>
              </w:rPr>
              <w:t xml:space="preserve"> Partially provided</w:t>
            </w:r>
            <w:r w:rsidRPr="004D0F24">
              <w:rPr>
                <w:sz w:val="16"/>
                <w:szCs w:val="16"/>
              </w:rPr>
              <w:br/>
              <w:t>☐</w:t>
            </w:r>
            <w:r w:rsidR="00000000" w:rsidRPr="004D0F24">
              <w:rPr>
                <w:sz w:val="16"/>
                <w:szCs w:val="16"/>
              </w:rPr>
              <w:t xml:space="preserve"> Not provided</w:t>
            </w:r>
            <w:r w:rsidRPr="004D0F24">
              <w:rPr>
                <w:sz w:val="16"/>
                <w:szCs w:val="16"/>
              </w:rPr>
              <w:br/>
              <w:t>☐</w:t>
            </w:r>
            <w:r w:rsidR="00000000" w:rsidRPr="004D0F24">
              <w:rPr>
                <w:sz w:val="16"/>
                <w:szCs w:val="16"/>
              </w:rPr>
              <w:t xml:space="preserve"> N/A</w:t>
            </w:r>
          </w:p>
        </w:tc>
        <w:tc>
          <w:tcPr>
            <w:tcW w:w="3096" w:type="dxa"/>
            <w:tcMar>
              <w:top w:w="80" w:type="dxa"/>
              <w:left w:w="90" w:type="dxa"/>
              <w:bottom w:w="80" w:type="dxa"/>
              <w:right w:w="90" w:type="dxa"/>
            </w:tcMar>
            <w:vAlign w:val="center"/>
          </w:tcPr>
          <w:p w14:paraId="144A5D23" w14:textId="77777777" w:rsidR="005C41BF" w:rsidRDefault="005C41BF">
            <w:pPr>
              <w:spacing w:line="252" w:lineRule="auto"/>
            </w:pPr>
          </w:p>
        </w:tc>
        <w:tc>
          <w:tcPr>
            <w:tcW w:w="1512" w:type="dxa"/>
            <w:tcMar>
              <w:top w:w="80" w:type="dxa"/>
              <w:left w:w="90" w:type="dxa"/>
              <w:bottom w:w="80" w:type="dxa"/>
              <w:right w:w="90" w:type="dxa"/>
            </w:tcMar>
            <w:vAlign w:val="center"/>
          </w:tcPr>
          <w:p w14:paraId="58B0BC94" w14:textId="6B679A4D" w:rsidR="005C41BF" w:rsidRDefault="0037187E" w:rsidP="0037187E">
            <w:pPr>
              <w:spacing w:line="252" w:lineRule="auto"/>
            </w:pPr>
            <w:r w:rsidRPr="0037187E">
              <w:rPr>
                <w:sz w:val="16"/>
                <w:szCs w:val="16"/>
              </w:rPr>
              <w:t xml:space="preserve">☐ </w:t>
            </w:r>
            <w:r w:rsidR="00000000" w:rsidRPr="0037187E">
              <w:rPr>
                <w:sz w:val="16"/>
                <w:szCs w:val="16"/>
              </w:rPr>
              <w:t>None</w:t>
            </w:r>
            <w:r w:rsidRPr="0037187E">
              <w:rPr>
                <w:sz w:val="16"/>
                <w:szCs w:val="16"/>
              </w:rPr>
              <w:br/>
              <w:t>☐</w:t>
            </w:r>
            <w:r w:rsidR="00000000" w:rsidRPr="0037187E">
              <w:rPr>
                <w:sz w:val="16"/>
                <w:szCs w:val="16"/>
              </w:rPr>
              <w:t xml:space="preserve"> Add</w:t>
            </w:r>
            <w:r w:rsidRPr="0037187E">
              <w:rPr>
                <w:sz w:val="16"/>
                <w:szCs w:val="16"/>
              </w:rPr>
              <w:br/>
              <w:t>☐</w:t>
            </w:r>
            <w:r w:rsidR="00000000" w:rsidRPr="0037187E">
              <w:rPr>
                <w:sz w:val="16"/>
                <w:szCs w:val="16"/>
              </w:rPr>
              <w:t xml:space="preserve"> Fix</w:t>
            </w:r>
            <w:r w:rsidRPr="0037187E">
              <w:rPr>
                <w:sz w:val="16"/>
                <w:szCs w:val="16"/>
              </w:rPr>
              <w:br/>
              <w:t>☐</w:t>
            </w:r>
            <w:r w:rsidR="00000000" w:rsidRPr="0037187E">
              <w:rPr>
                <w:sz w:val="16"/>
                <w:szCs w:val="16"/>
              </w:rPr>
              <w:t xml:space="preserve"> Check</w:t>
            </w:r>
          </w:p>
        </w:tc>
      </w:tr>
      <w:tr w:rsidR="005C41BF" w14:paraId="5BC47E10" w14:textId="77777777">
        <w:trPr>
          <w:jc w:val="center"/>
        </w:trPr>
        <w:tc>
          <w:tcPr>
            <w:tcW w:w="2232" w:type="dxa"/>
            <w:tcMar>
              <w:top w:w="80" w:type="dxa"/>
              <w:left w:w="90" w:type="dxa"/>
              <w:bottom w:w="80" w:type="dxa"/>
              <w:right w:w="90" w:type="dxa"/>
            </w:tcMar>
            <w:vAlign w:val="center"/>
          </w:tcPr>
          <w:p w14:paraId="2A4516B3" w14:textId="77777777" w:rsidR="005C41BF" w:rsidRDefault="000B3397">
            <w:pPr>
              <w:spacing w:line="252" w:lineRule="auto"/>
            </w:pPr>
            <w:r>
              <w:rPr>
                <w:sz w:val="16"/>
              </w:rPr>
              <w:t>Acknowledgments</w:t>
            </w:r>
          </w:p>
        </w:tc>
        <w:tc>
          <w:tcPr>
            <w:tcW w:w="5760" w:type="dxa"/>
            <w:tcMar>
              <w:top w:w="80" w:type="dxa"/>
              <w:left w:w="90" w:type="dxa"/>
              <w:bottom w:w="80" w:type="dxa"/>
              <w:right w:w="90" w:type="dxa"/>
            </w:tcMar>
            <w:vAlign w:val="center"/>
          </w:tcPr>
          <w:p w14:paraId="4A24FA5E" w14:textId="77777777" w:rsidR="005C41BF" w:rsidRDefault="000B3397">
            <w:pPr>
              <w:spacing w:line="252" w:lineRule="auto"/>
            </w:pPr>
            <w:r>
              <w:rPr>
                <w:sz w:val="16"/>
              </w:rPr>
              <w:t>Technical contributors, advisory groups, or other important contributors are acknowledged where appropriate.</w:t>
            </w:r>
          </w:p>
        </w:tc>
        <w:tc>
          <w:tcPr>
            <w:tcW w:w="2232" w:type="dxa"/>
            <w:tcMar>
              <w:top w:w="80" w:type="dxa"/>
              <w:left w:w="90" w:type="dxa"/>
              <w:bottom w:w="80" w:type="dxa"/>
              <w:right w:w="90" w:type="dxa"/>
            </w:tcMar>
            <w:vAlign w:val="center"/>
          </w:tcPr>
          <w:p w14:paraId="1C3DFCD1" w14:textId="785D9EFC" w:rsidR="005C41BF" w:rsidRDefault="00F24366" w:rsidP="00F24366">
            <w:pPr>
              <w:spacing w:line="252" w:lineRule="auto"/>
            </w:pPr>
            <w:r w:rsidRPr="00F24366">
              <w:rPr>
                <w:sz w:val="16"/>
                <w:szCs w:val="16"/>
              </w:rPr>
              <w:t xml:space="preserve">☐ </w:t>
            </w:r>
            <w:r w:rsidR="00000000" w:rsidRPr="00F24366">
              <w:rPr>
                <w:sz w:val="16"/>
                <w:szCs w:val="16"/>
              </w:rPr>
              <w:t>Provided</w:t>
            </w:r>
            <w:r w:rsidRPr="00F24366">
              <w:rPr>
                <w:sz w:val="16"/>
                <w:szCs w:val="16"/>
              </w:rPr>
              <w:br/>
              <w:t>☐</w:t>
            </w:r>
            <w:r w:rsidR="00000000" w:rsidRPr="00F24366">
              <w:rPr>
                <w:sz w:val="16"/>
                <w:szCs w:val="16"/>
              </w:rPr>
              <w:t xml:space="preserve"> Partially provided</w:t>
            </w:r>
            <w:r w:rsidRPr="00F24366">
              <w:rPr>
                <w:sz w:val="16"/>
                <w:szCs w:val="16"/>
              </w:rPr>
              <w:br/>
              <w:t>☐</w:t>
            </w:r>
            <w:r w:rsidR="00000000" w:rsidRPr="00F24366">
              <w:rPr>
                <w:sz w:val="16"/>
                <w:szCs w:val="16"/>
              </w:rPr>
              <w:t xml:space="preserve"> Not provided</w:t>
            </w:r>
            <w:r w:rsidRPr="00F24366">
              <w:rPr>
                <w:sz w:val="16"/>
                <w:szCs w:val="16"/>
              </w:rPr>
              <w:br/>
              <w:t>☐</w:t>
            </w:r>
            <w:r w:rsidR="00000000" w:rsidRPr="00F24366">
              <w:rPr>
                <w:sz w:val="16"/>
                <w:szCs w:val="16"/>
              </w:rPr>
              <w:t xml:space="preserve"> N/A</w:t>
            </w:r>
          </w:p>
        </w:tc>
        <w:tc>
          <w:tcPr>
            <w:tcW w:w="3096" w:type="dxa"/>
            <w:tcMar>
              <w:top w:w="80" w:type="dxa"/>
              <w:left w:w="90" w:type="dxa"/>
              <w:bottom w:w="80" w:type="dxa"/>
              <w:right w:w="90" w:type="dxa"/>
            </w:tcMar>
            <w:vAlign w:val="center"/>
          </w:tcPr>
          <w:p w14:paraId="738610EB" w14:textId="77777777" w:rsidR="005C41BF" w:rsidRDefault="005C41BF">
            <w:pPr>
              <w:spacing w:line="252" w:lineRule="auto"/>
            </w:pPr>
          </w:p>
        </w:tc>
        <w:tc>
          <w:tcPr>
            <w:tcW w:w="1512" w:type="dxa"/>
            <w:tcMar>
              <w:top w:w="80" w:type="dxa"/>
              <w:left w:w="90" w:type="dxa"/>
              <w:bottom w:w="80" w:type="dxa"/>
              <w:right w:w="90" w:type="dxa"/>
            </w:tcMar>
            <w:vAlign w:val="center"/>
          </w:tcPr>
          <w:p w14:paraId="3D3F3957" w14:textId="141A0AD8" w:rsidR="005C41BF" w:rsidRDefault="002601C9" w:rsidP="002601C9">
            <w:pPr>
              <w:spacing w:line="252" w:lineRule="auto"/>
            </w:pPr>
            <w:r w:rsidRPr="002601C9">
              <w:rPr>
                <w:sz w:val="16"/>
                <w:szCs w:val="16"/>
              </w:rPr>
              <w:t xml:space="preserve">☐ </w:t>
            </w:r>
            <w:r w:rsidR="00000000" w:rsidRPr="002601C9">
              <w:rPr>
                <w:sz w:val="16"/>
                <w:szCs w:val="16"/>
              </w:rPr>
              <w:t>None</w:t>
            </w:r>
            <w:r w:rsidRPr="002601C9">
              <w:rPr>
                <w:sz w:val="16"/>
                <w:szCs w:val="16"/>
              </w:rPr>
              <w:br/>
              <w:t>☐</w:t>
            </w:r>
            <w:r w:rsidR="00000000" w:rsidRPr="002601C9">
              <w:rPr>
                <w:sz w:val="16"/>
                <w:szCs w:val="16"/>
              </w:rPr>
              <w:t xml:space="preserve"> Add</w:t>
            </w:r>
            <w:r w:rsidRPr="002601C9">
              <w:rPr>
                <w:sz w:val="16"/>
                <w:szCs w:val="16"/>
              </w:rPr>
              <w:br/>
              <w:t>☐</w:t>
            </w:r>
            <w:r w:rsidR="00000000" w:rsidRPr="002601C9">
              <w:rPr>
                <w:sz w:val="16"/>
                <w:szCs w:val="16"/>
              </w:rPr>
              <w:t xml:space="preserve"> Fix</w:t>
            </w:r>
            <w:r w:rsidRPr="002601C9">
              <w:rPr>
                <w:sz w:val="16"/>
                <w:szCs w:val="16"/>
              </w:rPr>
              <w:br/>
              <w:t>☐</w:t>
            </w:r>
            <w:r w:rsidR="00000000" w:rsidRPr="002601C9">
              <w:rPr>
                <w:sz w:val="16"/>
                <w:szCs w:val="16"/>
              </w:rPr>
              <w:t xml:space="preserve"> Check</w:t>
            </w:r>
          </w:p>
        </w:tc>
      </w:tr>
    </w:tbl>
    <w:p w14:paraId="637805D2" w14:textId="77777777" w:rsidR="005C41BF" w:rsidRDefault="005C41BF">
      <w:pPr>
        <w:spacing w:after="40"/>
      </w:pPr>
    </w:p>
    <w:p w14:paraId="463F29E8" w14:textId="77777777" w:rsidR="005C41BF" w:rsidRDefault="000B3397">
      <w:r>
        <w:br w:type="page"/>
      </w:r>
    </w:p>
    <w:p w14:paraId="64D14DAF" w14:textId="77777777" w:rsidR="005C41BF" w:rsidRDefault="000B3397">
      <w:pPr>
        <w:pStyle w:val="Heading1"/>
        <w:spacing w:after="100" w:line="259" w:lineRule="auto"/>
      </w:pPr>
      <w:r>
        <w:rPr>
          <w:b w:val="0"/>
        </w:rPr>
        <w:lastRenderedPageBreak/>
        <w:t>2. Study Description - Sampling and Data Collection</w:t>
      </w:r>
    </w:p>
    <w:p w14:paraId="075FCF78" w14:textId="77777777" w:rsidR="005C41BF" w:rsidRDefault="000B3397">
      <w:pPr>
        <w:spacing w:after="100" w:line="259" w:lineRule="auto"/>
      </w:pPr>
      <w:r>
        <w:t>This section reviews sample design and fieldwork documentation.</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1898C62C" w14:textId="77777777">
        <w:trPr>
          <w:jc w:val="center"/>
        </w:trPr>
        <w:tc>
          <w:tcPr>
            <w:tcW w:w="2232" w:type="dxa"/>
            <w:shd w:val="clear" w:color="auto" w:fill="1F4E79"/>
            <w:tcMar>
              <w:top w:w="90" w:type="dxa"/>
              <w:left w:w="90" w:type="dxa"/>
              <w:bottom w:w="90" w:type="dxa"/>
              <w:right w:w="90" w:type="dxa"/>
            </w:tcMar>
            <w:vAlign w:val="center"/>
          </w:tcPr>
          <w:p w14:paraId="774D5A66"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79853F73"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58E941F7"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2608AEDD"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2F06B1F4" w14:textId="77777777" w:rsidR="005C41BF" w:rsidRDefault="000B3397">
            <w:pPr>
              <w:spacing w:line="252" w:lineRule="auto"/>
            </w:pPr>
            <w:r>
              <w:rPr>
                <w:b/>
                <w:color w:val="FFFFFF"/>
                <w:sz w:val="17"/>
              </w:rPr>
              <w:t>Action</w:t>
            </w:r>
          </w:p>
        </w:tc>
      </w:tr>
      <w:tr w:rsidR="005C41BF" w14:paraId="178E1F3F" w14:textId="77777777">
        <w:trPr>
          <w:jc w:val="center"/>
        </w:trPr>
        <w:tc>
          <w:tcPr>
            <w:tcW w:w="2232" w:type="dxa"/>
            <w:tcMar>
              <w:top w:w="80" w:type="dxa"/>
              <w:left w:w="90" w:type="dxa"/>
              <w:bottom w:w="80" w:type="dxa"/>
              <w:right w:w="90" w:type="dxa"/>
            </w:tcMar>
            <w:vAlign w:val="center"/>
          </w:tcPr>
          <w:p w14:paraId="2872FF58" w14:textId="77777777" w:rsidR="005C41BF" w:rsidRDefault="000B3397">
            <w:pPr>
              <w:spacing w:line="252" w:lineRule="auto"/>
            </w:pPr>
            <w:r>
              <w:rPr>
                <w:sz w:val="16"/>
              </w:rPr>
              <w:t>Sampling procedure</w:t>
            </w:r>
          </w:p>
        </w:tc>
        <w:tc>
          <w:tcPr>
            <w:tcW w:w="5760" w:type="dxa"/>
            <w:tcMar>
              <w:top w:w="80" w:type="dxa"/>
              <w:left w:w="90" w:type="dxa"/>
              <w:bottom w:w="80" w:type="dxa"/>
              <w:right w:w="90" w:type="dxa"/>
            </w:tcMar>
            <w:vAlign w:val="center"/>
          </w:tcPr>
          <w:p w14:paraId="0DCA396A" w14:textId="77777777" w:rsidR="005C41BF" w:rsidRDefault="000B3397">
            <w:pPr>
              <w:spacing w:line="252" w:lineRule="auto"/>
            </w:pPr>
            <w:r>
              <w:rPr>
                <w:sz w:val="16"/>
              </w:rPr>
              <w:t>Sampling design, sample size, stratification, sample frame, replacement policy, and key sample variables are described.</w:t>
            </w:r>
          </w:p>
        </w:tc>
        <w:tc>
          <w:tcPr>
            <w:tcW w:w="2232" w:type="dxa"/>
            <w:tcMar>
              <w:top w:w="80" w:type="dxa"/>
              <w:left w:w="90" w:type="dxa"/>
              <w:bottom w:w="80" w:type="dxa"/>
              <w:right w:w="90" w:type="dxa"/>
            </w:tcMar>
            <w:vAlign w:val="center"/>
          </w:tcPr>
          <w:p w14:paraId="3E76BF6B" w14:textId="0A5F23AB" w:rsidR="005C41BF" w:rsidRDefault="00731564" w:rsidP="00731564">
            <w:pPr>
              <w:spacing w:line="252" w:lineRule="auto"/>
            </w:pPr>
            <w:r w:rsidRPr="00731564">
              <w:rPr>
                <w:sz w:val="16"/>
                <w:szCs w:val="16"/>
              </w:rPr>
              <w:t xml:space="preserve">☐ </w:t>
            </w:r>
            <w:r w:rsidR="00000000" w:rsidRPr="00731564">
              <w:rPr>
                <w:sz w:val="16"/>
                <w:szCs w:val="16"/>
              </w:rPr>
              <w:t>Provided</w:t>
            </w:r>
            <w:r w:rsidRPr="00731564">
              <w:rPr>
                <w:sz w:val="16"/>
                <w:szCs w:val="16"/>
              </w:rPr>
              <w:br/>
              <w:t>☐</w:t>
            </w:r>
            <w:r w:rsidR="00000000" w:rsidRPr="00731564">
              <w:rPr>
                <w:sz w:val="16"/>
                <w:szCs w:val="16"/>
              </w:rPr>
              <w:t xml:space="preserve"> Partially provided</w:t>
            </w:r>
            <w:r w:rsidRPr="00731564">
              <w:rPr>
                <w:sz w:val="16"/>
                <w:szCs w:val="16"/>
              </w:rPr>
              <w:br/>
              <w:t>☐</w:t>
            </w:r>
            <w:r w:rsidR="00000000" w:rsidRPr="00731564">
              <w:rPr>
                <w:sz w:val="16"/>
                <w:szCs w:val="16"/>
              </w:rPr>
              <w:t xml:space="preserve"> Not provided</w:t>
            </w:r>
            <w:r w:rsidRPr="00731564">
              <w:rPr>
                <w:sz w:val="16"/>
                <w:szCs w:val="16"/>
              </w:rPr>
              <w:br/>
              <w:t>☐</w:t>
            </w:r>
            <w:r w:rsidR="00000000" w:rsidRPr="00731564">
              <w:rPr>
                <w:sz w:val="16"/>
                <w:szCs w:val="16"/>
              </w:rPr>
              <w:t xml:space="preserve"> N/A</w:t>
            </w:r>
          </w:p>
        </w:tc>
        <w:tc>
          <w:tcPr>
            <w:tcW w:w="3096" w:type="dxa"/>
            <w:tcMar>
              <w:top w:w="80" w:type="dxa"/>
              <w:left w:w="90" w:type="dxa"/>
              <w:bottom w:w="80" w:type="dxa"/>
              <w:right w:w="90" w:type="dxa"/>
            </w:tcMar>
            <w:vAlign w:val="center"/>
          </w:tcPr>
          <w:p w14:paraId="3B7B4B86" w14:textId="77777777" w:rsidR="005C41BF" w:rsidRDefault="005C41BF">
            <w:pPr>
              <w:spacing w:line="252" w:lineRule="auto"/>
            </w:pPr>
          </w:p>
        </w:tc>
        <w:tc>
          <w:tcPr>
            <w:tcW w:w="1512" w:type="dxa"/>
            <w:tcMar>
              <w:top w:w="80" w:type="dxa"/>
              <w:left w:w="90" w:type="dxa"/>
              <w:bottom w:w="80" w:type="dxa"/>
              <w:right w:w="90" w:type="dxa"/>
            </w:tcMar>
            <w:vAlign w:val="center"/>
          </w:tcPr>
          <w:p w14:paraId="30896DFE" w14:textId="685F312B" w:rsidR="005C41BF" w:rsidRDefault="00FA3B10" w:rsidP="00FA3B10">
            <w:pPr>
              <w:spacing w:line="252" w:lineRule="auto"/>
            </w:pPr>
            <w:r w:rsidRPr="00FA3B10">
              <w:rPr>
                <w:sz w:val="16"/>
                <w:szCs w:val="16"/>
              </w:rPr>
              <w:t xml:space="preserve">☐ </w:t>
            </w:r>
            <w:r w:rsidR="00000000" w:rsidRPr="00FA3B10">
              <w:rPr>
                <w:sz w:val="16"/>
                <w:szCs w:val="16"/>
              </w:rPr>
              <w:t>None</w:t>
            </w:r>
            <w:r w:rsidRPr="00FA3B10">
              <w:rPr>
                <w:sz w:val="16"/>
                <w:szCs w:val="16"/>
              </w:rPr>
              <w:br/>
              <w:t>☐</w:t>
            </w:r>
            <w:r w:rsidR="00000000" w:rsidRPr="00FA3B10">
              <w:rPr>
                <w:sz w:val="16"/>
                <w:szCs w:val="16"/>
              </w:rPr>
              <w:t xml:space="preserve"> Add</w:t>
            </w:r>
            <w:r w:rsidRPr="00FA3B10">
              <w:rPr>
                <w:sz w:val="16"/>
                <w:szCs w:val="16"/>
              </w:rPr>
              <w:br/>
              <w:t>☐</w:t>
            </w:r>
            <w:r w:rsidR="00000000" w:rsidRPr="00FA3B10">
              <w:rPr>
                <w:sz w:val="16"/>
                <w:szCs w:val="16"/>
              </w:rPr>
              <w:t xml:space="preserve"> Fix</w:t>
            </w:r>
            <w:r w:rsidRPr="00FA3B10">
              <w:rPr>
                <w:sz w:val="16"/>
                <w:szCs w:val="16"/>
              </w:rPr>
              <w:br/>
              <w:t>☐</w:t>
            </w:r>
            <w:r w:rsidR="00000000" w:rsidRPr="00FA3B10">
              <w:rPr>
                <w:sz w:val="16"/>
                <w:szCs w:val="16"/>
              </w:rPr>
              <w:t xml:space="preserve"> Check</w:t>
            </w:r>
          </w:p>
        </w:tc>
      </w:tr>
      <w:tr w:rsidR="005C41BF" w14:paraId="582645C8" w14:textId="77777777">
        <w:trPr>
          <w:jc w:val="center"/>
        </w:trPr>
        <w:tc>
          <w:tcPr>
            <w:tcW w:w="2232" w:type="dxa"/>
            <w:tcMar>
              <w:top w:w="80" w:type="dxa"/>
              <w:left w:w="90" w:type="dxa"/>
              <w:bottom w:w="80" w:type="dxa"/>
              <w:right w:w="90" w:type="dxa"/>
            </w:tcMar>
            <w:vAlign w:val="center"/>
          </w:tcPr>
          <w:p w14:paraId="6716FBE8" w14:textId="77777777" w:rsidR="005C41BF" w:rsidRDefault="000B3397">
            <w:pPr>
              <w:spacing w:line="252" w:lineRule="auto"/>
            </w:pPr>
            <w:r>
              <w:rPr>
                <w:sz w:val="16"/>
              </w:rPr>
              <w:t>Deviation from sample design</w:t>
            </w:r>
          </w:p>
        </w:tc>
        <w:tc>
          <w:tcPr>
            <w:tcW w:w="5760" w:type="dxa"/>
            <w:tcMar>
              <w:top w:w="80" w:type="dxa"/>
              <w:left w:w="90" w:type="dxa"/>
              <w:bottom w:w="80" w:type="dxa"/>
              <w:right w:w="90" w:type="dxa"/>
            </w:tcMar>
            <w:vAlign w:val="center"/>
          </w:tcPr>
          <w:p w14:paraId="4A2ACA09" w14:textId="77777777" w:rsidR="005C41BF" w:rsidRDefault="000B3397">
            <w:pPr>
              <w:spacing w:line="252" w:lineRule="auto"/>
            </w:pPr>
            <w:r>
              <w:rPr>
                <w:sz w:val="16"/>
              </w:rPr>
              <w:t>Differences between planned and actual sample design are documented.</w:t>
            </w:r>
          </w:p>
        </w:tc>
        <w:tc>
          <w:tcPr>
            <w:tcW w:w="2232" w:type="dxa"/>
            <w:tcMar>
              <w:top w:w="80" w:type="dxa"/>
              <w:left w:w="90" w:type="dxa"/>
              <w:bottom w:w="80" w:type="dxa"/>
              <w:right w:w="90" w:type="dxa"/>
            </w:tcMar>
            <w:vAlign w:val="center"/>
          </w:tcPr>
          <w:p w14:paraId="58E5FAF9" w14:textId="4AE7C591" w:rsidR="005C41BF" w:rsidRDefault="00D30DEB" w:rsidP="00D30DEB">
            <w:pPr>
              <w:spacing w:line="252" w:lineRule="auto"/>
            </w:pPr>
            <w:r w:rsidRPr="00D30DEB">
              <w:rPr>
                <w:sz w:val="16"/>
                <w:szCs w:val="16"/>
              </w:rPr>
              <w:t xml:space="preserve">☐ </w:t>
            </w:r>
            <w:r w:rsidR="00000000" w:rsidRPr="00D30DEB">
              <w:rPr>
                <w:sz w:val="16"/>
                <w:szCs w:val="16"/>
              </w:rPr>
              <w:t>Provided</w:t>
            </w:r>
            <w:r w:rsidRPr="00D30DEB">
              <w:rPr>
                <w:sz w:val="16"/>
                <w:szCs w:val="16"/>
              </w:rPr>
              <w:br/>
              <w:t>☐</w:t>
            </w:r>
            <w:r w:rsidR="00000000" w:rsidRPr="00D30DEB">
              <w:rPr>
                <w:sz w:val="16"/>
                <w:szCs w:val="16"/>
              </w:rPr>
              <w:t xml:space="preserve"> Partially provided</w:t>
            </w:r>
            <w:r w:rsidRPr="00D30DEB">
              <w:rPr>
                <w:sz w:val="16"/>
                <w:szCs w:val="16"/>
              </w:rPr>
              <w:br/>
              <w:t>☐</w:t>
            </w:r>
            <w:r w:rsidR="00000000" w:rsidRPr="00D30DEB">
              <w:rPr>
                <w:sz w:val="16"/>
                <w:szCs w:val="16"/>
              </w:rPr>
              <w:t xml:space="preserve"> Not provided</w:t>
            </w:r>
            <w:r w:rsidRPr="00D30DEB">
              <w:rPr>
                <w:sz w:val="16"/>
                <w:szCs w:val="16"/>
              </w:rPr>
              <w:br/>
              <w:t>☐</w:t>
            </w:r>
            <w:r w:rsidR="00000000" w:rsidRPr="00D30DEB">
              <w:rPr>
                <w:sz w:val="16"/>
                <w:szCs w:val="16"/>
              </w:rPr>
              <w:t xml:space="preserve"> N/A</w:t>
            </w:r>
          </w:p>
        </w:tc>
        <w:tc>
          <w:tcPr>
            <w:tcW w:w="3096" w:type="dxa"/>
            <w:tcMar>
              <w:top w:w="80" w:type="dxa"/>
              <w:left w:w="90" w:type="dxa"/>
              <w:bottom w:w="80" w:type="dxa"/>
              <w:right w:w="90" w:type="dxa"/>
            </w:tcMar>
            <w:vAlign w:val="center"/>
          </w:tcPr>
          <w:p w14:paraId="3A0FF5F2" w14:textId="77777777" w:rsidR="005C41BF" w:rsidRDefault="005C41BF">
            <w:pPr>
              <w:spacing w:line="252" w:lineRule="auto"/>
            </w:pPr>
          </w:p>
        </w:tc>
        <w:tc>
          <w:tcPr>
            <w:tcW w:w="1512" w:type="dxa"/>
            <w:tcMar>
              <w:top w:w="80" w:type="dxa"/>
              <w:left w:w="90" w:type="dxa"/>
              <w:bottom w:w="80" w:type="dxa"/>
              <w:right w:w="90" w:type="dxa"/>
            </w:tcMar>
            <w:vAlign w:val="center"/>
          </w:tcPr>
          <w:p w14:paraId="31243415" w14:textId="360E543E" w:rsidR="005C41BF" w:rsidRDefault="006F7EFA" w:rsidP="006F7EFA">
            <w:pPr>
              <w:spacing w:line="252" w:lineRule="auto"/>
            </w:pPr>
            <w:r w:rsidRPr="006F7EFA">
              <w:rPr>
                <w:sz w:val="16"/>
                <w:szCs w:val="16"/>
              </w:rPr>
              <w:t xml:space="preserve">☐ </w:t>
            </w:r>
            <w:r w:rsidR="00000000" w:rsidRPr="006F7EFA">
              <w:rPr>
                <w:sz w:val="16"/>
                <w:szCs w:val="16"/>
              </w:rPr>
              <w:t>None</w:t>
            </w:r>
            <w:r w:rsidRPr="006F7EFA">
              <w:rPr>
                <w:sz w:val="16"/>
                <w:szCs w:val="16"/>
              </w:rPr>
              <w:br/>
              <w:t>☐</w:t>
            </w:r>
            <w:r w:rsidR="00000000" w:rsidRPr="006F7EFA">
              <w:rPr>
                <w:sz w:val="16"/>
                <w:szCs w:val="16"/>
              </w:rPr>
              <w:t xml:space="preserve"> Add</w:t>
            </w:r>
            <w:r w:rsidRPr="006F7EFA">
              <w:rPr>
                <w:sz w:val="16"/>
                <w:szCs w:val="16"/>
              </w:rPr>
              <w:br/>
              <w:t>☐</w:t>
            </w:r>
            <w:r w:rsidR="00000000" w:rsidRPr="006F7EFA">
              <w:rPr>
                <w:sz w:val="16"/>
                <w:szCs w:val="16"/>
              </w:rPr>
              <w:t xml:space="preserve"> Fix</w:t>
            </w:r>
            <w:r w:rsidRPr="006F7EFA">
              <w:rPr>
                <w:sz w:val="16"/>
                <w:szCs w:val="16"/>
              </w:rPr>
              <w:br/>
              <w:t>☐</w:t>
            </w:r>
            <w:r w:rsidR="00000000" w:rsidRPr="006F7EFA">
              <w:rPr>
                <w:sz w:val="16"/>
                <w:szCs w:val="16"/>
              </w:rPr>
              <w:t xml:space="preserve"> Check</w:t>
            </w:r>
          </w:p>
        </w:tc>
      </w:tr>
      <w:tr w:rsidR="005C41BF" w14:paraId="5087DA64" w14:textId="77777777">
        <w:trPr>
          <w:jc w:val="center"/>
        </w:trPr>
        <w:tc>
          <w:tcPr>
            <w:tcW w:w="2232" w:type="dxa"/>
            <w:tcMar>
              <w:top w:w="80" w:type="dxa"/>
              <w:left w:w="90" w:type="dxa"/>
              <w:bottom w:w="80" w:type="dxa"/>
              <w:right w:w="90" w:type="dxa"/>
            </w:tcMar>
            <w:vAlign w:val="center"/>
          </w:tcPr>
          <w:p w14:paraId="1C3F43A7" w14:textId="77777777" w:rsidR="005C41BF" w:rsidRDefault="000B3397">
            <w:pPr>
              <w:spacing w:line="252" w:lineRule="auto"/>
            </w:pPr>
            <w:r>
              <w:rPr>
                <w:sz w:val="16"/>
              </w:rPr>
              <w:t>Response rates</w:t>
            </w:r>
          </w:p>
        </w:tc>
        <w:tc>
          <w:tcPr>
            <w:tcW w:w="5760" w:type="dxa"/>
            <w:tcMar>
              <w:top w:w="80" w:type="dxa"/>
              <w:left w:w="90" w:type="dxa"/>
              <w:bottom w:w="80" w:type="dxa"/>
              <w:right w:w="90" w:type="dxa"/>
            </w:tcMar>
            <w:vAlign w:val="center"/>
          </w:tcPr>
          <w:p w14:paraId="1B78F98B" w14:textId="77777777" w:rsidR="005C41BF" w:rsidRDefault="000B3397">
            <w:pPr>
              <w:spacing w:line="252" w:lineRule="auto"/>
            </w:pPr>
            <w:r>
              <w:rPr>
                <w:sz w:val="16"/>
              </w:rPr>
              <w:t>Response rates are documented clearly and disaggregated where relevant.</w:t>
            </w:r>
          </w:p>
        </w:tc>
        <w:tc>
          <w:tcPr>
            <w:tcW w:w="2232" w:type="dxa"/>
            <w:tcMar>
              <w:top w:w="80" w:type="dxa"/>
              <w:left w:w="90" w:type="dxa"/>
              <w:bottom w:w="80" w:type="dxa"/>
              <w:right w:w="90" w:type="dxa"/>
            </w:tcMar>
            <w:vAlign w:val="center"/>
          </w:tcPr>
          <w:p w14:paraId="062EDA41" w14:textId="08563A33" w:rsidR="005C41BF" w:rsidRDefault="00256887" w:rsidP="00256887">
            <w:pPr>
              <w:spacing w:line="252" w:lineRule="auto"/>
            </w:pPr>
            <w:r w:rsidRPr="00256887">
              <w:rPr>
                <w:sz w:val="16"/>
                <w:szCs w:val="16"/>
              </w:rPr>
              <w:t xml:space="preserve">☐ </w:t>
            </w:r>
            <w:r w:rsidR="00000000" w:rsidRPr="00256887">
              <w:rPr>
                <w:sz w:val="16"/>
                <w:szCs w:val="16"/>
              </w:rPr>
              <w:t>Provided</w:t>
            </w:r>
            <w:r w:rsidRPr="00256887">
              <w:rPr>
                <w:sz w:val="16"/>
                <w:szCs w:val="16"/>
              </w:rPr>
              <w:br/>
              <w:t>☐</w:t>
            </w:r>
            <w:r w:rsidR="00000000" w:rsidRPr="00256887">
              <w:rPr>
                <w:sz w:val="16"/>
                <w:szCs w:val="16"/>
              </w:rPr>
              <w:t xml:space="preserve"> Partially provided</w:t>
            </w:r>
            <w:r w:rsidRPr="00256887">
              <w:rPr>
                <w:sz w:val="16"/>
                <w:szCs w:val="16"/>
              </w:rPr>
              <w:br/>
              <w:t>☐</w:t>
            </w:r>
            <w:r w:rsidR="00000000" w:rsidRPr="00256887">
              <w:rPr>
                <w:sz w:val="16"/>
                <w:szCs w:val="16"/>
              </w:rPr>
              <w:t xml:space="preserve"> Not provided</w:t>
            </w:r>
            <w:r w:rsidRPr="00256887">
              <w:rPr>
                <w:sz w:val="16"/>
                <w:szCs w:val="16"/>
              </w:rPr>
              <w:br/>
              <w:t>☐</w:t>
            </w:r>
            <w:r w:rsidR="00000000" w:rsidRPr="00256887">
              <w:rPr>
                <w:sz w:val="16"/>
                <w:szCs w:val="16"/>
              </w:rPr>
              <w:t xml:space="preserve"> N/A</w:t>
            </w:r>
          </w:p>
        </w:tc>
        <w:tc>
          <w:tcPr>
            <w:tcW w:w="3096" w:type="dxa"/>
            <w:tcMar>
              <w:top w:w="80" w:type="dxa"/>
              <w:left w:w="90" w:type="dxa"/>
              <w:bottom w:w="80" w:type="dxa"/>
              <w:right w:w="90" w:type="dxa"/>
            </w:tcMar>
            <w:vAlign w:val="center"/>
          </w:tcPr>
          <w:p w14:paraId="5630AD66" w14:textId="77777777" w:rsidR="005C41BF" w:rsidRDefault="005C41BF">
            <w:pPr>
              <w:spacing w:line="252" w:lineRule="auto"/>
            </w:pPr>
          </w:p>
        </w:tc>
        <w:tc>
          <w:tcPr>
            <w:tcW w:w="1512" w:type="dxa"/>
            <w:tcMar>
              <w:top w:w="80" w:type="dxa"/>
              <w:left w:w="90" w:type="dxa"/>
              <w:bottom w:w="80" w:type="dxa"/>
              <w:right w:w="90" w:type="dxa"/>
            </w:tcMar>
            <w:vAlign w:val="center"/>
          </w:tcPr>
          <w:p w14:paraId="5F09B43B" w14:textId="0F615E29" w:rsidR="005C41BF" w:rsidRDefault="0066622C" w:rsidP="0066622C">
            <w:pPr>
              <w:spacing w:line="252" w:lineRule="auto"/>
            </w:pPr>
            <w:r w:rsidRPr="0066622C">
              <w:rPr>
                <w:sz w:val="16"/>
                <w:szCs w:val="16"/>
              </w:rPr>
              <w:t xml:space="preserve">☐ </w:t>
            </w:r>
            <w:r w:rsidR="00000000" w:rsidRPr="0066622C">
              <w:rPr>
                <w:sz w:val="16"/>
                <w:szCs w:val="16"/>
              </w:rPr>
              <w:t>None</w:t>
            </w:r>
            <w:r w:rsidRPr="0066622C">
              <w:rPr>
                <w:sz w:val="16"/>
                <w:szCs w:val="16"/>
              </w:rPr>
              <w:br/>
              <w:t>☐</w:t>
            </w:r>
            <w:r w:rsidR="00000000" w:rsidRPr="0066622C">
              <w:rPr>
                <w:sz w:val="16"/>
                <w:szCs w:val="16"/>
              </w:rPr>
              <w:t xml:space="preserve"> Add</w:t>
            </w:r>
            <w:r w:rsidRPr="0066622C">
              <w:rPr>
                <w:sz w:val="16"/>
                <w:szCs w:val="16"/>
              </w:rPr>
              <w:br/>
              <w:t>☐</w:t>
            </w:r>
            <w:r w:rsidR="00000000" w:rsidRPr="0066622C">
              <w:rPr>
                <w:sz w:val="16"/>
                <w:szCs w:val="16"/>
              </w:rPr>
              <w:t xml:space="preserve"> Fix</w:t>
            </w:r>
            <w:r w:rsidRPr="0066622C">
              <w:rPr>
                <w:sz w:val="16"/>
                <w:szCs w:val="16"/>
              </w:rPr>
              <w:br/>
              <w:t>☐</w:t>
            </w:r>
            <w:r w:rsidR="00000000" w:rsidRPr="0066622C">
              <w:rPr>
                <w:sz w:val="16"/>
                <w:szCs w:val="16"/>
              </w:rPr>
              <w:t xml:space="preserve"> Check</w:t>
            </w:r>
          </w:p>
        </w:tc>
      </w:tr>
      <w:tr w:rsidR="005C41BF" w14:paraId="4F8DD696" w14:textId="77777777">
        <w:trPr>
          <w:jc w:val="center"/>
        </w:trPr>
        <w:tc>
          <w:tcPr>
            <w:tcW w:w="2232" w:type="dxa"/>
            <w:tcMar>
              <w:top w:w="80" w:type="dxa"/>
              <w:left w:w="90" w:type="dxa"/>
              <w:bottom w:w="80" w:type="dxa"/>
              <w:right w:w="90" w:type="dxa"/>
            </w:tcMar>
            <w:vAlign w:val="center"/>
          </w:tcPr>
          <w:p w14:paraId="4A7CE1D0" w14:textId="77777777" w:rsidR="005C41BF" w:rsidRDefault="000B3397">
            <w:pPr>
              <w:spacing w:line="252" w:lineRule="auto"/>
            </w:pPr>
            <w:r>
              <w:rPr>
                <w:sz w:val="16"/>
              </w:rPr>
              <w:t>Weighting</w:t>
            </w:r>
          </w:p>
        </w:tc>
        <w:tc>
          <w:tcPr>
            <w:tcW w:w="5760" w:type="dxa"/>
            <w:tcMar>
              <w:top w:w="80" w:type="dxa"/>
              <w:left w:w="90" w:type="dxa"/>
              <w:bottom w:w="80" w:type="dxa"/>
              <w:right w:w="90" w:type="dxa"/>
            </w:tcMar>
            <w:vAlign w:val="center"/>
          </w:tcPr>
          <w:p w14:paraId="258BF20D" w14:textId="77777777" w:rsidR="005C41BF" w:rsidRDefault="000B3397">
            <w:pPr>
              <w:spacing w:line="252" w:lineRule="auto"/>
            </w:pPr>
            <w:r>
              <w:rPr>
                <w:sz w:val="16"/>
              </w:rPr>
              <w:t>Weight variables and weighting methodology are described, or self-weighting is explicitly stated.</w:t>
            </w:r>
          </w:p>
        </w:tc>
        <w:tc>
          <w:tcPr>
            <w:tcW w:w="2232" w:type="dxa"/>
            <w:tcMar>
              <w:top w:w="80" w:type="dxa"/>
              <w:left w:w="90" w:type="dxa"/>
              <w:bottom w:w="80" w:type="dxa"/>
              <w:right w:w="90" w:type="dxa"/>
            </w:tcMar>
            <w:vAlign w:val="center"/>
          </w:tcPr>
          <w:p w14:paraId="04A4E334" w14:textId="703E960C" w:rsidR="005C41BF" w:rsidRDefault="00ED5DBA" w:rsidP="00ED5DBA">
            <w:pPr>
              <w:spacing w:line="252" w:lineRule="auto"/>
            </w:pPr>
            <w:r w:rsidRPr="00ED5DBA">
              <w:rPr>
                <w:sz w:val="16"/>
                <w:szCs w:val="16"/>
              </w:rPr>
              <w:t xml:space="preserve">☐ </w:t>
            </w:r>
            <w:r w:rsidR="00000000" w:rsidRPr="00ED5DBA">
              <w:rPr>
                <w:sz w:val="16"/>
                <w:szCs w:val="16"/>
              </w:rPr>
              <w:t>Provided</w:t>
            </w:r>
            <w:r w:rsidRPr="00ED5DBA">
              <w:rPr>
                <w:sz w:val="16"/>
                <w:szCs w:val="16"/>
              </w:rPr>
              <w:br/>
              <w:t>☐</w:t>
            </w:r>
            <w:r w:rsidR="00000000" w:rsidRPr="00ED5DBA">
              <w:rPr>
                <w:sz w:val="16"/>
                <w:szCs w:val="16"/>
              </w:rPr>
              <w:t xml:space="preserve"> Partially provided</w:t>
            </w:r>
            <w:r w:rsidRPr="00ED5DBA">
              <w:rPr>
                <w:sz w:val="16"/>
                <w:szCs w:val="16"/>
              </w:rPr>
              <w:br/>
              <w:t>☐</w:t>
            </w:r>
            <w:r w:rsidR="00000000" w:rsidRPr="00ED5DBA">
              <w:rPr>
                <w:sz w:val="16"/>
                <w:szCs w:val="16"/>
              </w:rPr>
              <w:t xml:space="preserve"> Not provided</w:t>
            </w:r>
            <w:r w:rsidRPr="00ED5DBA">
              <w:rPr>
                <w:sz w:val="16"/>
                <w:szCs w:val="16"/>
              </w:rPr>
              <w:br/>
              <w:t>☐</w:t>
            </w:r>
            <w:r w:rsidR="00000000" w:rsidRPr="00ED5DBA">
              <w:rPr>
                <w:sz w:val="16"/>
                <w:szCs w:val="16"/>
              </w:rPr>
              <w:t xml:space="preserve"> N/A</w:t>
            </w:r>
          </w:p>
        </w:tc>
        <w:tc>
          <w:tcPr>
            <w:tcW w:w="3096" w:type="dxa"/>
            <w:tcMar>
              <w:top w:w="80" w:type="dxa"/>
              <w:left w:w="90" w:type="dxa"/>
              <w:bottom w:w="80" w:type="dxa"/>
              <w:right w:w="90" w:type="dxa"/>
            </w:tcMar>
            <w:vAlign w:val="center"/>
          </w:tcPr>
          <w:p w14:paraId="61829076" w14:textId="77777777" w:rsidR="005C41BF" w:rsidRDefault="005C41BF">
            <w:pPr>
              <w:spacing w:line="252" w:lineRule="auto"/>
            </w:pPr>
          </w:p>
        </w:tc>
        <w:tc>
          <w:tcPr>
            <w:tcW w:w="1512" w:type="dxa"/>
            <w:tcMar>
              <w:top w:w="80" w:type="dxa"/>
              <w:left w:w="90" w:type="dxa"/>
              <w:bottom w:w="80" w:type="dxa"/>
              <w:right w:w="90" w:type="dxa"/>
            </w:tcMar>
            <w:vAlign w:val="center"/>
          </w:tcPr>
          <w:p w14:paraId="4BC3F85C" w14:textId="334B3036" w:rsidR="005C41BF" w:rsidRDefault="00FA2262" w:rsidP="00FA2262">
            <w:pPr>
              <w:spacing w:line="252" w:lineRule="auto"/>
            </w:pPr>
            <w:r w:rsidRPr="00FA2262">
              <w:rPr>
                <w:sz w:val="16"/>
                <w:szCs w:val="16"/>
              </w:rPr>
              <w:t xml:space="preserve">☐ </w:t>
            </w:r>
            <w:r w:rsidR="00000000" w:rsidRPr="00FA2262">
              <w:rPr>
                <w:sz w:val="16"/>
                <w:szCs w:val="16"/>
              </w:rPr>
              <w:t>None</w:t>
            </w:r>
            <w:r w:rsidRPr="00FA2262">
              <w:rPr>
                <w:sz w:val="16"/>
                <w:szCs w:val="16"/>
              </w:rPr>
              <w:br/>
              <w:t>☐</w:t>
            </w:r>
            <w:r w:rsidR="00000000" w:rsidRPr="00FA2262">
              <w:rPr>
                <w:sz w:val="16"/>
                <w:szCs w:val="16"/>
              </w:rPr>
              <w:t xml:space="preserve"> Add</w:t>
            </w:r>
            <w:r w:rsidRPr="00FA2262">
              <w:rPr>
                <w:sz w:val="16"/>
                <w:szCs w:val="16"/>
              </w:rPr>
              <w:br/>
              <w:t>☐</w:t>
            </w:r>
            <w:r w:rsidR="00000000" w:rsidRPr="00FA2262">
              <w:rPr>
                <w:sz w:val="16"/>
                <w:szCs w:val="16"/>
              </w:rPr>
              <w:t xml:space="preserve"> Fix</w:t>
            </w:r>
            <w:r w:rsidRPr="00FA2262">
              <w:rPr>
                <w:sz w:val="16"/>
                <w:szCs w:val="16"/>
              </w:rPr>
              <w:br/>
              <w:t>☐</w:t>
            </w:r>
            <w:r w:rsidR="00000000" w:rsidRPr="00FA2262">
              <w:rPr>
                <w:sz w:val="16"/>
                <w:szCs w:val="16"/>
              </w:rPr>
              <w:t xml:space="preserve"> Check</w:t>
            </w:r>
          </w:p>
        </w:tc>
      </w:tr>
      <w:tr w:rsidR="005C41BF" w14:paraId="05033691" w14:textId="77777777">
        <w:trPr>
          <w:jc w:val="center"/>
        </w:trPr>
        <w:tc>
          <w:tcPr>
            <w:tcW w:w="2232" w:type="dxa"/>
            <w:tcMar>
              <w:top w:w="80" w:type="dxa"/>
              <w:left w:w="90" w:type="dxa"/>
              <w:bottom w:w="80" w:type="dxa"/>
              <w:right w:w="90" w:type="dxa"/>
            </w:tcMar>
            <w:vAlign w:val="center"/>
          </w:tcPr>
          <w:p w14:paraId="6956B274" w14:textId="77777777" w:rsidR="005C41BF" w:rsidRDefault="000B3397">
            <w:pPr>
              <w:spacing w:line="252" w:lineRule="auto"/>
            </w:pPr>
            <w:r>
              <w:rPr>
                <w:sz w:val="16"/>
              </w:rPr>
              <w:t>Dates of data collection</w:t>
            </w:r>
          </w:p>
        </w:tc>
        <w:tc>
          <w:tcPr>
            <w:tcW w:w="5760" w:type="dxa"/>
            <w:tcMar>
              <w:top w:w="80" w:type="dxa"/>
              <w:left w:w="90" w:type="dxa"/>
              <w:bottom w:w="80" w:type="dxa"/>
              <w:right w:w="90" w:type="dxa"/>
            </w:tcMar>
            <w:vAlign w:val="center"/>
          </w:tcPr>
          <w:p w14:paraId="3EE289EE" w14:textId="77777777" w:rsidR="005C41BF" w:rsidRDefault="000B3397">
            <w:pPr>
              <w:spacing w:line="252" w:lineRule="auto"/>
            </w:pPr>
            <w:r>
              <w:rPr>
                <w:sz w:val="16"/>
              </w:rPr>
              <w:t>Data collection dates are provided in a consistent format, preferably ISO format.</w:t>
            </w:r>
          </w:p>
        </w:tc>
        <w:tc>
          <w:tcPr>
            <w:tcW w:w="2232" w:type="dxa"/>
            <w:tcMar>
              <w:top w:w="80" w:type="dxa"/>
              <w:left w:w="90" w:type="dxa"/>
              <w:bottom w:w="80" w:type="dxa"/>
              <w:right w:w="90" w:type="dxa"/>
            </w:tcMar>
            <w:vAlign w:val="center"/>
          </w:tcPr>
          <w:p w14:paraId="58442733" w14:textId="6CB63275" w:rsidR="005C41BF" w:rsidRDefault="007D549B" w:rsidP="007D549B">
            <w:pPr>
              <w:spacing w:line="252" w:lineRule="auto"/>
            </w:pPr>
            <w:r w:rsidRPr="007D549B">
              <w:rPr>
                <w:sz w:val="16"/>
                <w:szCs w:val="16"/>
              </w:rPr>
              <w:t xml:space="preserve">☐ </w:t>
            </w:r>
            <w:r w:rsidR="00000000" w:rsidRPr="007D549B">
              <w:rPr>
                <w:sz w:val="16"/>
                <w:szCs w:val="16"/>
              </w:rPr>
              <w:t>Provided</w:t>
            </w:r>
            <w:r w:rsidRPr="007D549B">
              <w:rPr>
                <w:sz w:val="16"/>
                <w:szCs w:val="16"/>
              </w:rPr>
              <w:br/>
              <w:t>☐</w:t>
            </w:r>
            <w:r w:rsidR="00000000" w:rsidRPr="007D549B">
              <w:rPr>
                <w:sz w:val="16"/>
                <w:szCs w:val="16"/>
              </w:rPr>
              <w:t xml:space="preserve"> Partially provided</w:t>
            </w:r>
            <w:r w:rsidRPr="007D549B">
              <w:rPr>
                <w:sz w:val="16"/>
                <w:szCs w:val="16"/>
              </w:rPr>
              <w:br/>
              <w:t>☐</w:t>
            </w:r>
            <w:r w:rsidR="00000000" w:rsidRPr="007D549B">
              <w:rPr>
                <w:sz w:val="16"/>
                <w:szCs w:val="16"/>
              </w:rPr>
              <w:t xml:space="preserve"> Not provided</w:t>
            </w:r>
            <w:r w:rsidRPr="007D549B">
              <w:rPr>
                <w:sz w:val="16"/>
                <w:szCs w:val="16"/>
              </w:rPr>
              <w:br/>
              <w:t>☐</w:t>
            </w:r>
            <w:r w:rsidR="00000000" w:rsidRPr="007D549B">
              <w:rPr>
                <w:sz w:val="16"/>
                <w:szCs w:val="16"/>
              </w:rPr>
              <w:t xml:space="preserve"> N/A</w:t>
            </w:r>
          </w:p>
        </w:tc>
        <w:tc>
          <w:tcPr>
            <w:tcW w:w="3096" w:type="dxa"/>
            <w:tcMar>
              <w:top w:w="80" w:type="dxa"/>
              <w:left w:w="90" w:type="dxa"/>
              <w:bottom w:w="80" w:type="dxa"/>
              <w:right w:w="90" w:type="dxa"/>
            </w:tcMar>
            <w:vAlign w:val="center"/>
          </w:tcPr>
          <w:p w14:paraId="2BA226A1" w14:textId="77777777" w:rsidR="005C41BF" w:rsidRDefault="005C41BF">
            <w:pPr>
              <w:spacing w:line="252" w:lineRule="auto"/>
            </w:pPr>
          </w:p>
        </w:tc>
        <w:tc>
          <w:tcPr>
            <w:tcW w:w="1512" w:type="dxa"/>
            <w:tcMar>
              <w:top w:w="80" w:type="dxa"/>
              <w:left w:w="90" w:type="dxa"/>
              <w:bottom w:w="80" w:type="dxa"/>
              <w:right w:w="90" w:type="dxa"/>
            </w:tcMar>
            <w:vAlign w:val="center"/>
          </w:tcPr>
          <w:p w14:paraId="32E1D215" w14:textId="22ED4C52" w:rsidR="005C41BF" w:rsidRDefault="00135FD6" w:rsidP="00135FD6">
            <w:pPr>
              <w:spacing w:line="252" w:lineRule="auto"/>
            </w:pPr>
            <w:r w:rsidRPr="00135FD6">
              <w:rPr>
                <w:sz w:val="16"/>
                <w:szCs w:val="16"/>
              </w:rPr>
              <w:t xml:space="preserve">☐ </w:t>
            </w:r>
            <w:r w:rsidR="00000000" w:rsidRPr="00135FD6">
              <w:rPr>
                <w:sz w:val="16"/>
                <w:szCs w:val="16"/>
              </w:rPr>
              <w:t>None</w:t>
            </w:r>
            <w:r w:rsidRPr="00135FD6">
              <w:rPr>
                <w:sz w:val="16"/>
                <w:szCs w:val="16"/>
              </w:rPr>
              <w:br/>
              <w:t>☐</w:t>
            </w:r>
            <w:r w:rsidR="00000000" w:rsidRPr="00135FD6">
              <w:rPr>
                <w:sz w:val="16"/>
                <w:szCs w:val="16"/>
              </w:rPr>
              <w:t xml:space="preserve"> Add</w:t>
            </w:r>
            <w:r w:rsidRPr="00135FD6">
              <w:rPr>
                <w:sz w:val="16"/>
                <w:szCs w:val="16"/>
              </w:rPr>
              <w:br/>
              <w:t>☐</w:t>
            </w:r>
            <w:r w:rsidR="00000000" w:rsidRPr="00135FD6">
              <w:rPr>
                <w:sz w:val="16"/>
                <w:szCs w:val="16"/>
              </w:rPr>
              <w:t xml:space="preserve"> Fix</w:t>
            </w:r>
            <w:r w:rsidRPr="00135FD6">
              <w:rPr>
                <w:sz w:val="16"/>
                <w:szCs w:val="16"/>
              </w:rPr>
              <w:br/>
              <w:t>☐</w:t>
            </w:r>
            <w:r w:rsidR="00000000" w:rsidRPr="00135FD6">
              <w:rPr>
                <w:sz w:val="16"/>
                <w:szCs w:val="16"/>
              </w:rPr>
              <w:t xml:space="preserve"> Check</w:t>
            </w:r>
          </w:p>
        </w:tc>
      </w:tr>
      <w:tr w:rsidR="005C41BF" w14:paraId="5EFF1495" w14:textId="77777777">
        <w:trPr>
          <w:jc w:val="center"/>
        </w:trPr>
        <w:tc>
          <w:tcPr>
            <w:tcW w:w="2232" w:type="dxa"/>
            <w:tcMar>
              <w:top w:w="80" w:type="dxa"/>
              <w:left w:w="90" w:type="dxa"/>
              <w:bottom w:w="80" w:type="dxa"/>
              <w:right w:w="90" w:type="dxa"/>
            </w:tcMar>
            <w:vAlign w:val="center"/>
          </w:tcPr>
          <w:p w14:paraId="3A049A5D" w14:textId="77777777" w:rsidR="005C41BF" w:rsidRDefault="000B3397">
            <w:pPr>
              <w:spacing w:line="252" w:lineRule="auto"/>
            </w:pPr>
            <w:r>
              <w:rPr>
                <w:sz w:val="16"/>
              </w:rPr>
              <w:t>Time periods</w:t>
            </w:r>
          </w:p>
        </w:tc>
        <w:tc>
          <w:tcPr>
            <w:tcW w:w="5760" w:type="dxa"/>
            <w:tcMar>
              <w:top w:w="80" w:type="dxa"/>
              <w:left w:w="90" w:type="dxa"/>
              <w:bottom w:w="80" w:type="dxa"/>
              <w:right w:w="90" w:type="dxa"/>
            </w:tcMar>
            <w:vAlign w:val="center"/>
          </w:tcPr>
          <w:p w14:paraId="747CAEE6" w14:textId="77777777" w:rsidR="005C41BF" w:rsidRDefault="000B3397">
            <w:pPr>
              <w:spacing w:line="252" w:lineRule="auto"/>
            </w:pPr>
            <w:r>
              <w:rPr>
                <w:sz w:val="16"/>
              </w:rPr>
              <w:t>Time periods covered by the data are documented where relevant.</w:t>
            </w:r>
          </w:p>
        </w:tc>
        <w:tc>
          <w:tcPr>
            <w:tcW w:w="2232" w:type="dxa"/>
            <w:tcMar>
              <w:top w:w="80" w:type="dxa"/>
              <w:left w:w="90" w:type="dxa"/>
              <w:bottom w:w="80" w:type="dxa"/>
              <w:right w:w="90" w:type="dxa"/>
            </w:tcMar>
            <w:vAlign w:val="center"/>
          </w:tcPr>
          <w:p w14:paraId="0DB0FF4B" w14:textId="15192ED7" w:rsidR="005C41BF" w:rsidRDefault="00F729F2" w:rsidP="00F729F2">
            <w:pPr>
              <w:spacing w:line="252" w:lineRule="auto"/>
            </w:pPr>
            <w:r w:rsidRPr="00F729F2">
              <w:rPr>
                <w:sz w:val="16"/>
                <w:szCs w:val="16"/>
              </w:rPr>
              <w:t xml:space="preserve">☐ </w:t>
            </w:r>
            <w:r w:rsidR="00000000" w:rsidRPr="00F729F2">
              <w:rPr>
                <w:sz w:val="16"/>
                <w:szCs w:val="16"/>
              </w:rPr>
              <w:t>Provided</w:t>
            </w:r>
            <w:r w:rsidRPr="00F729F2">
              <w:rPr>
                <w:sz w:val="16"/>
                <w:szCs w:val="16"/>
              </w:rPr>
              <w:br/>
              <w:t>☐</w:t>
            </w:r>
            <w:r w:rsidR="00000000" w:rsidRPr="00F729F2">
              <w:rPr>
                <w:sz w:val="16"/>
                <w:szCs w:val="16"/>
              </w:rPr>
              <w:t xml:space="preserve"> Partially provided</w:t>
            </w:r>
            <w:r w:rsidRPr="00F729F2">
              <w:rPr>
                <w:sz w:val="16"/>
                <w:szCs w:val="16"/>
              </w:rPr>
              <w:br/>
              <w:t>☐</w:t>
            </w:r>
            <w:r w:rsidR="00000000" w:rsidRPr="00F729F2">
              <w:rPr>
                <w:sz w:val="16"/>
                <w:szCs w:val="16"/>
              </w:rPr>
              <w:t xml:space="preserve"> Not provided</w:t>
            </w:r>
            <w:r w:rsidRPr="00F729F2">
              <w:rPr>
                <w:sz w:val="16"/>
                <w:szCs w:val="16"/>
              </w:rPr>
              <w:br/>
              <w:t>☐</w:t>
            </w:r>
            <w:r w:rsidR="00000000" w:rsidRPr="00F729F2">
              <w:rPr>
                <w:sz w:val="16"/>
                <w:szCs w:val="16"/>
              </w:rPr>
              <w:t xml:space="preserve"> N/A</w:t>
            </w:r>
          </w:p>
        </w:tc>
        <w:tc>
          <w:tcPr>
            <w:tcW w:w="3096" w:type="dxa"/>
            <w:tcMar>
              <w:top w:w="80" w:type="dxa"/>
              <w:left w:w="90" w:type="dxa"/>
              <w:bottom w:w="80" w:type="dxa"/>
              <w:right w:w="90" w:type="dxa"/>
            </w:tcMar>
            <w:vAlign w:val="center"/>
          </w:tcPr>
          <w:p w14:paraId="17AD93B2" w14:textId="77777777" w:rsidR="005C41BF" w:rsidRDefault="005C41BF">
            <w:pPr>
              <w:spacing w:line="252" w:lineRule="auto"/>
            </w:pPr>
          </w:p>
        </w:tc>
        <w:tc>
          <w:tcPr>
            <w:tcW w:w="1512" w:type="dxa"/>
            <w:tcMar>
              <w:top w:w="80" w:type="dxa"/>
              <w:left w:w="90" w:type="dxa"/>
              <w:bottom w:w="80" w:type="dxa"/>
              <w:right w:w="90" w:type="dxa"/>
            </w:tcMar>
            <w:vAlign w:val="center"/>
          </w:tcPr>
          <w:p w14:paraId="607BD882" w14:textId="00DB7DF5" w:rsidR="005C41BF" w:rsidRDefault="006B3C7E" w:rsidP="006B3C7E">
            <w:pPr>
              <w:spacing w:line="252" w:lineRule="auto"/>
            </w:pPr>
            <w:r w:rsidRPr="006B3C7E">
              <w:rPr>
                <w:sz w:val="16"/>
                <w:szCs w:val="16"/>
              </w:rPr>
              <w:t xml:space="preserve">☐ </w:t>
            </w:r>
            <w:r w:rsidR="00000000" w:rsidRPr="006B3C7E">
              <w:rPr>
                <w:sz w:val="16"/>
                <w:szCs w:val="16"/>
              </w:rPr>
              <w:t>None</w:t>
            </w:r>
            <w:r w:rsidRPr="006B3C7E">
              <w:rPr>
                <w:sz w:val="16"/>
                <w:szCs w:val="16"/>
              </w:rPr>
              <w:br/>
              <w:t>☐</w:t>
            </w:r>
            <w:r w:rsidR="00000000" w:rsidRPr="006B3C7E">
              <w:rPr>
                <w:sz w:val="16"/>
                <w:szCs w:val="16"/>
              </w:rPr>
              <w:t xml:space="preserve"> Add</w:t>
            </w:r>
            <w:r w:rsidRPr="006B3C7E">
              <w:rPr>
                <w:sz w:val="16"/>
                <w:szCs w:val="16"/>
              </w:rPr>
              <w:br/>
              <w:t>☐</w:t>
            </w:r>
            <w:r w:rsidR="00000000" w:rsidRPr="006B3C7E">
              <w:rPr>
                <w:sz w:val="16"/>
                <w:szCs w:val="16"/>
              </w:rPr>
              <w:t xml:space="preserve"> Fix</w:t>
            </w:r>
            <w:r w:rsidRPr="006B3C7E">
              <w:rPr>
                <w:sz w:val="16"/>
                <w:szCs w:val="16"/>
              </w:rPr>
              <w:br/>
              <w:t>☐</w:t>
            </w:r>
            <w:r w:rsidR="00000000" w:rsidRPr="006B3C7E">
              <w:rPr>
                <w:sz w:val="16"/>
                <w:szCs w:val="16"/>
              </w:rPr>
              <w:t xml:space="preserve"> Check</w:t>
            </w:r>
          </w:p>
        </w:tc>
      </w:tr>
      <w:tr w:rsidR="005C41BF" w14:paraId="28BDFCEB" w14:textId="77777777">
        <w:trPr>
          <w:jc w:val="center"/>
        </w:trPr>
        <w:tc>
          <w:tcPr>
            <w:tcW w:w="2232" w:type="dxa"/>
            <w:tcMar>
              <w:top w:w="80" w:type="dxa"/>
              <w:left w:w="90" w:type="dxa"/>
              <w:bottom w:w="80" w:type="dxa"/>
              <w:right w:w="90" w:type="dxa"/>
            </w:tcMar>
            <w:vAlign w:val="center"/>
          </w:tcPr>
          <w:p w14:paraId="0EF0EB83" w14:textId="77777777" w:rsidR="005C41BF" w:rsidRDefault="000B3397">
            <w:pPr>
              <w:spacing w:line="252" w:lineRule="auto"/>
            </w:pPr>
            <w:r>
              <w:rPr>
                <w:sz w:val="16"/>
              </w:rPr>
              <w:t>Mode of data collection</w:t>
            </w:r>
          </w:p>
        </w:tc>
        <w:tc>
          <w:tcPr>
            <w:tcW w:w="5760" w:type="dxa"/>
            <w:tcMar>
              <w:top w:w="80" w:type="dxa"/>
              <w:left w:w="90" w:type="dxa"/>
              <w:bottom w:w="80" w:type="dxa"/>
              <w:right w:w="90" w:type="dxa"/>
            </w:tcMar>
            <w:vAlign w:val="center"/>
          </w:tcPr>
          <w:p w14:paraId="7651DA9D" w14:textId="77777777" w:rsidR="005C41BF" w:rsidRDefault="000B3397">
            <w:pPr>
              <w:spacing w:line="252" w:lineRule="auto"/>
            </w:pPr>
            <w:r>
              <w:rPr>
                <w:sz w:val="16"/>
              </w:rPr>
              <w:t>Data collection mode is clearly identified, such as face-to-face, telephone, web, CAPI, CATI, CAWI, or mixed mode.</w:t>
            </w:r>
          </w:p>
        </w:tc>
        <w:tc>
          <w:tcPr>
            <w:tcW w:w="2232" w:type="dxa"/>
            <w:tcMar>
              <w:top w:w="80" w:type="dxa"/>
              <w:left w:w="90" w:type="dxa"/>
              <w:bottom w:w="80" w:type="dxa"/>
              <w:right w:w="90" w:type="dxa"/>
            </w:tcMar>
            <w:vAlign w:val="center"/>
          </w:tcPr>
          <w:p w14:paraId="596D4B26" w14:textId="295D2068" w:rsidR="005C41BF" w:rsidRDefault="00220060" w:rsidP="00220060">
            <w:pPr>
              <w:spacing w:line="252" w:lineRule="auto"/>
            </w:pPr>
            <w:r w:rsidRPr="00220060">
              <w:rPr>
                <w:sz w:val="16"/>
                <w:szCs w:val="16"/>
              </w:rPr>
              <w:t xml:space="preserve">☐ </w:t>
            </w:r>
            <w:r w:rsidR="00000000" w:rsidRPr="00220060">
              <w:rPr>
                <w:sz w:val="16"/>
                <w:szCs w:val="16"/>
              </w:rPr>
              <w:t>Provided</w:t>
            </w:r>
            <w:r w:rsidRPr="00220060">
              <w:rPr>
                <w:sz w:val="16"/>
                <w:szCs w:val="16"/>
              </w:rPr>
              <w:br/>
              <w:t>☐</w:t>
            </w:r>
            <w:r w:rsidR="00000000" w:rsidRPr="00220060">
              <w:rPr>
                <w:sz w:val="16"/>
                <w:szCs w:val="16"/>
              </w:rPr>
              <w:t xml:space="preserve"> Partially provided</w:t>
            </w:r>
            <w:r w:rsidRPr="00220060">
              <w:rPr>
                <w:sz w:val="16"/>
                <w:szCs w:val="16"/>
              </w:rPr>
              <w:br/>
              <w:t>☐</w:t>
            </w:r>
            <w:r w:rsidR="00000000" w:rsidRPr="00220060">
              <w:rPr>
                <w:sz w:val="16"/>
                <w:szCs w:val="16"/>
              </w:rPr>
              <w:t xml:space="preserve"> Not provided</w:t>
            </w:r>
            <w:r w:rsidRPr="00220060">
              <w:rPr>
                <w:sz w:val="16"/>
                <w:szCs w:val="16"/>
              </w:rPr>
              <w:br/>
              <w:t>☐</w:t>
            </w:r>
            <w:r w:rsidR="00000000" w:rsidRPr="00220060">
              <w:rPr>
                <w:sz w:val="16"/>
                <w:szCs w:val="16"/>
              </w:rPr>
              <w:t xml:space="preserve"> N/A</w:t>
            </w:r>
          </w:p>
        </w:tc>
        <w:tc>
          <w:tcPr>
            <w:tcW w:w="3096" w:type="dxa"/>
            <w:tcMar>
              <w:top w:w="80" w:type="dxa"/>
              <w:left w:w="90" w:type="dxa"/>
              <w:bottom w:w="80" w:type="dxa"/>
              <w:right w:w="90" w:type="dxa"/>
            </w:tcMar>
            <w:vAlign w:val="center"/>
          </w:tcPr>
          <w:p w14:paraId="0DE4B5B7" w14:textId="77777777" w:rsidR="005C41BF" w:rsidRDefault="005C41BF">
            <w:pPr>
              <w:spacing w:line="252" w:lineRule="auto"/>
            </w:pPr>
          </w:p>
        </w:tc>
        <w:tc>
          <w:tcPr>
            <w:tcW w:w="1512" w:type="dxa"/>
            <w:tcMar>
              <w:top w:w="80" w:type="dxa"/>
              <w:left w:w="90" w:type="dxa"/>
              <w:bottom w:w="80" w:type="dxa"/>
              <w:right w:w="90" w:type="dxa"/>
            </w:tcMar>
            <w:vAlign w:val="center"/>
          </w:tcPr>
          <w:p w14:paraId="08255325" w14:textId="6323E7ED" w:rsidR="005C41BF" w:rsidRDefault="00D8423A" w:rsidP="00D8423A">
            <w:pPr>
              <w:spacing w:line="252" w:lineRule="auto"/>
            </w:pPr>
            <w:r w:rsidRPr="00D8423A">
              <w:rPr>
                <w:sz w:val="16"/>
                <w:szCs w:val="16"/>
              </w:rPr>
              <w:t xml:space="preserve">☐ </w:t>
            </w:r>
            <w:r w:rsidR="00000000" w:rsidRPr="00D8423A">
              <w:rPr>
                <w:sz w:val="16"/>
                <w:szCs w:val="16"/>
              </w:rPr>
              <w:t>None</w:t>
            </w:r>
            <w:r w:rsidRPr="00D8423A">
              <w:rPr>
                <w:sz w:val="16"/>
                <w:szCs w:val="16"/>
              </w:rPr>
              <w:br/>
              <w:t>☐</w:t>
            </w:r>
            <w:r w:rsidR="00000000" w:rsidRPr="00D8423A">
              <w:rPr>
                <w:sz w:val="16"/>
                <w:szCs w:val="16"/>
              </w:rPr>
              <w:t xml:space="preserve"> Add</w:t>
            </w:r>
            <w:r w:rsidRPr="00D8423A">
              <w:rPr>
                <w:sz w:val="16"/>
                <w:szCs w:val="16"/>
              </w:rPr>
              <w:br/>
              <w:t>☐</w:t>
            </w:r>
            <w:r w:rsidR="00000000" w:rsidRPr="00D8423A">
              <w:rPr>
                <w:sz w:val="16"/>
                <w:szCs w:val="16"/>
              </w:rPr>
              <w:t xml:space="preserve"> Fix</w:t>
            </w:r>
            <w:r w:rsidRPr="00D8423A">
              <w:rPr>
                <w:sz w:val="16"/>
                <w:szCs w:val="16"/>
              </w:rPr>
              <w:br/>
              <w:t>☐</w:t>
            </w:r>
            <w:r w:rsidR="00000000" w:rsidRPr="00D8423A">
              <w:rPr>
                <w:sz w:val="16"/>
                <w:szCs w:val="16"/>
              </w:rPr>
              <w:t xml:space="preserve"> Check</w:t>
            </w:r>
          </w:p>
        </w:tc>
      </w:tr>
      <w:tr w:rsidR="005C41BF" w14:paraId="4B8A1E91" w14:textId="77777777">
        <w:trPr>
          <w:jc w:val="center"/>
        </w:trPr>
        <w:tc>
          <w:tcPr>
            <w:tcW w:w="2232" w:type="dxa"/>
            <w:tcMar>
              <w:top w:w="80" w:type="dxa"/>
              <w:left w:w="90" w:type="dxa"/>
              <w:bottom w:w="80" w:type="dxa"/>
              <w:right w:w="90" w:type="dxa"/>
            </w:tcMar>
            <w:vAlign w:val="center"/>
          </w:tcPr>
          <w:p w14:paraId="361EF13B" w14:textId="77777777" w:rsidR="005C41BF" w:rsidRDefault="000B3397">
            <w:pPr>
              <w:spacing w:line="252" w:lineRule="auto"/>
            </w:pPr>
            <w:r>
              <w:rPr>
                <w:sz w:val="16"/>
              </w:rPr>
              <w:t>Notes on data collection</w:t>
            </w:r>
          </w:p>
        </w:tc>
        <w:tc>
          <w:tcPr>
            <w:tcW w:w="5760" w:type="dxa"/>
            <w:tcMar>
              <w:top w:w="80" w:type="dxa"/>
              <w:left w:w="90" w:type="dxa"/>
              <w:bottom w:w="80" w:type="dxa"/>
              <w:right w:w="90" w:type="dxa"/>
            </w:tcMar>
            <w:vAlign w:val="center"/>
          </w:tcPr>
          <w:p w14:paraId="586A0687" w14:textId="77777777" w:rsidR="005C41BF" w:rsidRDefault="000B3397">
            <w:pPr>
              <w:spacing w:line="252" w:lineRule="auto"/>
            </w:pPr>
            <w:r>
              <w:rPr>
                <w:sz w:val="16"/>
              </w:rPr>
              <w:t>Fieldwork organization, training, supervision, and notable implementation issues are documented.</w:t>
            </w:r>
          </w:p>
        </w:tc>
        <w:tc>
          <w:tcPr>
            <w:tcW w:w="2232" w:type="dxa"/>
            <w:tcMar>
              <w:top w:w="80" w:type="dxa"/>
              <w:left w:w="90" w:type="dxa"/>
              <w:bottom w:w="80" w:type="dxa"/>
              <w:right w:w="90" w:type="dxa"/>
            </w:tcMar>
            <w:vAlign w:val="center"/>
          </w:tcPr>
          <w:p w14:paraId="49068728" w14:textId="667C60FD" w:rsidR="005C41BF" w:rsidRDefault="00EF6EDB" w:rsidP="00EF6EDB">
            <w:pPr>
              <w:spacing w:line="252" w:lineRule="auto"/>
            </w:pPr>
            <w:r w:rsidRPr="00EF6EDB">
              <w:rPr>
                <w:sz w:val="16"/>
                <w:szCs w:val="16"/>
              </w:rPr>
              <w:t xml:space="preserve">☐ </w:t>
            </w:r>
            <w:r w:rsidR="00000000" w:rsidRPr="00EF6EDB">
              <w:rPr>
                <w:sz w:val="16"/>
                <w:szCs w:val="16"/>
              </w:rPr>
              <w:t>Provided</w:t>
            </w:r>
            <w:r w:rsidRPr="00EF6EDB">
              <w:rPr>
                <w:sz w:val="16"/>
                <w:szCs w:val="16"/>
              </w:rPr>
              <w:br/>
              <w:t>☐</w:t>
            </w:r>
            <w:r w:rsidR="00000000" w:rsidRPr="00EF6EDB">
              <w:rPr>
                <w:sz w:val="16"/>
                <w:szCs w:val="16"/>
              </w:rPr>
              <w:t xml:space="preserve"> Partially provided</w:t>
            </w:r>
            <w:r w:rsidRPr="00EF6EDB">
              <w:rPr>
                <w:sz w:val="16"/>
                <w:szCs w:val="16"/>
              </w:rPr>
              <w:br/>
              <w:t>☐</w:t>
            </w:r>
            <w:r w:rsidR="00000000" w:rsidRPr="00EF6EDB">
              <w:rPr>
                <w:sz w:val="16"/>
                <w:szCs w:val="16"/>
              </w:rPr>
              <w:t xml:space="preserve"> Not provided</w:t>
            </w:r>
            <w:r w:rsidRPr="00EF6EDB">
              <w:rPr>
                <w:sz w:val="16"/>
                <w:szCs w:val="16"/>
              </w:rPr>
              <w:br/>
              <w:t>☐</w:t>
            </w:r>
            <w:r w:rsidR="00000000" w:rsidRPr="00EF6EDB">
              <w:rPr>
                <w:sz w:val="16"/>
                <w:szCs w:val="16"/>
              </w:rPr>
              <w:t xml:space="preserve"> N/A</w:t>
            </w:r>
          </w:p>
        </w:tc>
        <w:tc>
          <w:tcPr>
            <w:tcW w:w="3096" w:type="dxa"/>
            <w:tcMar>
              <w:top w:w="80" w:type="dxa"/>
              <w:left w:w="90" w:type="dxa"/>
              <w:bottom w:w="80" w:type="dxa"/>
              <w:right w:w="90" w:type="dxa"/>
            </w:tcMar>
            <w:vAlign w:val="center"/>
          </w:tcPr>
          <w:p w14:paraId="66204FF1" w14:textId="77777777" w:rsidR="005C41BF" w:rsidRDefault="005C41BF">
            <w:pPr>
              <w:spacing w:line="252" w:lineRule="auto"/>
            </w:pPr>
          </w:p>
        </w:tc>
        <w:tc>
          <w:tcPr>
            <w:tcW w:w="1512" w:type="dxa"/>
            <w:tcMar>
              <w:top w:w="80" w:type="dxa"/>
              <w:left w:w="90" w:type="dxa"/>
              <w:bottom w:w="80" w:type="dxa"/>
              <w:right w:w="90" w:type="dxa"/>
            </w:tcMar>
            <w:vAlign w:val="center"/>
          </w:tcPr>
          <w:p w14:paraId="18622CA8" w14:textId="718DE570" w:rsidR="005C41BF" w:rsidRDefault="00C1232E" w:rsidP="00C1232E">
            <w:pPr>
              <w:spacing w:line="252" w:lineRule="auto"/>
            </w:pPr>
            <w:r w:rsidRPr="00C1232E">
              <w:rPr>
                <w:sz w:val="16"/>
                <w:szCs w:val="16"/>
              </w:rPr>
              <w:t xml:space="preserve">☐ </w:t>
            </w:r>
            <w:r w:rsidR="00000000" w:rsidRPr="00C1232E">
              <w:rPr>
                <w:sz w:val="16"/>
                <w:szCs w:val="16"/>
              </w:rPr>
              <w:t>None</w:t>
            </w:r>
            <w:r w:rsidRPr="00C1232E">
              <w:rPr>
                <w:sz w:val="16"/>
                <w:szCs w:val="16"/>
              </w:rPr>
              <w:br/>
              <w:t>☐</w:t>
            </w:r>
            <w:r w:rsidR="00000000" w:rsidRPr="00C1232E">
              <w:rPr>
                <w:sz w:val="16"/>
                <w:szCs w:val="16"/>
              </w:rPr>
              <w:t xml:space="preserve"> Add</w:t>
            </w:r>
            <w:r w:rsidRPr="00C1232E">
              <w:rPr>
                <w:sz w:val="16"/>
                <w:szCs w:val="16"/>
              </w:rPr>
              <w:br/>
              <w:t>☐</w:t>
            </w:r>
            <w:r w:rsidR="00000000" w:rsidRPr="00C1232E">
              <w:rPr>
                <w:sz w:val="16"/>
                <w:szCs w:val="16"/>
              </w:rPr>
              <w:t xml:space="preserve"> Fix</w:t>
            </w:r>
            <w:r w:rsidRPr="00C1232E">
              <w:rPr>
                <w:sz w:val="16"/>
                <w:szCs w:val="16"/>
              </w:rPr>
              <w:br/>
              <w:t>☐</w:t>
            </w:r>
            <w:r w:rsidR="00000000" w:rsidRPr="00C1232E">
              <w:rPr>
                <w:sz w:val="16"/>
                <w:szCs w:val="16"/>
              </w:rPr>
              <w:t xml:space="preserve"> Check</w:t>
            </w:r>
          </w:p>
        </w:tc>
      </w:tr>
      <w:tr w:rsidR="005C41BF" w14:paraId="0EF5C1D6" w14:textId="77777777">
        <w:trPr>
          <w:jc w:val="center"/>
        </w:trPr>
        <w:tc>
          <w:tcPr>
            <w:tcW w:w="2232" w:type="dxa"/>
            <w:tcMar>
              <w:top w:w="80" w:type="dxa"/>
              <w:left w:w="90" w:type="dxa"/>
              <w:bottom w:w="80" w:type="dxa"/>
              <w:right w:w="90" w:type="dxa"/>
            </w:tcMar>
            <w:vAlign w:val="center"/>
          </w:tcPr>
          <w:p w14:paraId="0E99C86E" w14:textId="77777777" w:rsidR="005C41BF" w:rsidRDefault="000B3397">
            <w:pPr>
              <w:spacing w:line="252" w:lineRule="auto"/>
            </w:pPr>
            <w:r>
              <w:rPr>
                <w:sz w:val="16"/>
              </w:rPr>
              <w:t>Questionnaires</w:t>
            </w:r>
          </w:p>
        </w:tc>
        <w:tc>
          <w:tcPr>
            <w:tcW w:w="5760" w:type="dxa"/>
            <w:tcMar>
              <w:top w:w="80" w:type="dxa"/>
              <w:left w:w="90" w:type="dxa"/>
              <w:bottom w:w="80" w:type="dxa"/>
              <w:right w:w="90" w:type="dxa"/>
            </w:tcMar>
            <w:vAlign w:val="center"/>
          </w:tcPr>
          <w:p w14:paraId="7BA2782B" w14:textId="77777777" w:rsidR="005C41BF" w:rsidRDefault="000B3397">
            <w:pPr>
              <w:spacing w:line="252" w:lineRule="auto"/>
            </w:pPr>
            <w:r>
              <w:rPr>
                <w:sz w:val="16"/>
              </w:rPr>
              <w:t>Questionnaire titles, versions, languages, and content are documented.</w:t>
            </w:r>
          </w:p>
        </w:tc>
        <w:tc>
          <w:tcPr>
            <w:tcW w:w="2232" w:type="dxa"/>
            <w:tcMar>
              <w:top w:w="80" w:type="dxa"/>
              <w:left w:w="90" w:type="dxa"/>
              <w:bottom w:w="80" w:type="dxa"/>
              <w:right w:w="90" w:type="dxa"/>
            </w:tcMar>
            <w:vAlign w:val="center"/>
          </w:tcPr>
          <w:p w14:paraId="0A459BEE" w14:textId="10953736" w:rsidR="005C41BF" w:rsidRDefault="00B719AE" w:rsidP="00B719AE">
            <w:pPr>
              <w:spacing w:line="252" w:lineRule="auto"/>
            </w:pPr>
            <w:r w:rsidRPr="00B719AE">
              <w:rPr>
                <w:sz w:val="16"/>
                <w:szCs w:val="16"/>
              </w:rPr>
              <w:t xml:space="preserve">☐ </w:t>
            </w:r>
            <w:r w:rsidR="00000000" w:rsidRPr="00B719AE">
              <w:rPr>
                <w:sz w:val="16"/>
                <w:szCs w:val="16"/>
              </w:rPr>
              <w:t>Provided</w:t>
            </w:r>
            <w:r w:rsidRPr="00B719AE">
              <w:rPr>
                <w:sz w:val="16"/>
                <w:szCs w:val="16"/>
              </w:rPr>
              <w:br/>
              <w:t>☐</w:t>
            </w:r>
            <w:r w:rsidR="00000000" w:rsidRPr="00B719AE">
              <w:rPr>
                <w:sz w:val="16"/>
                <w:szCs w:val="16"/>
              </w:rPr>
              <w:t xml:space="preserve"> Partially provided</w:t>
            </w:r>
            <w:r w:rsidRPr="00B719AE">
              <w:rPr>
                <w:sz w:val="16"/>
                <w:szCs w:val="16"/>
              </w:rPr>
              <w:br/>
              <w:t>☐</w:t>
            </w:r>
            <w:r w:rsidR="00000000" w:rsidRPr="00B719AE">
              <w:rPr>
                <w:sz w:val="16"/>
                <w:szCs w:val="16"/>
              </w:rPr>
              <w:t xml:space="preserve"> Not provided</w:t>
            </w:r>
            <w:r w:rsidRPr="00B719AE">
              <w:rPr>
                <w:sz w:val="16"/>
                <w:szCs w:val="16"/>
              </w:rPr>
              <w:br/>
              <w:t>☐</w:t>
            </w:r>
            <w:r w:rsidR="00000000" w:rsidRPr="00B719AE">
              <w:rPr>
                <w:sz w:val="16"/>
                <w:szCs w:val="16"/>
              </w:rPr>
              <w:t xml:space="preserve"> N/A</w:t>
            </w:r>
          </w:p>
        </w:tc>
        <w:tc>
          <w:tcPr>
            <w:tcW w:w="3096" w:type="dxa"/>
            <w:tcMar>
              <w:top w:w="80" w:type="dxa"/>
              <w:left w:w="90" w:type="dxa"/>
              <w:bottom w:w="80" w:type="dxa"/>
              <w:right w:w="90" w:type="dxa"/>
            </w:tcMar>
            <w:vAlign w:val="center"/>
          </w:tcPr>
          <w:p w14:paraId="2DBF0D7D" w14:textId="77777777" w:rsidR="005C41BF" w:rsidRDefault="005C41BF">
            <w:pPr>
              <w:spacing w:line="252" w:lineRule="auto"/>
            </w:pPr>
          </w:p>
        </w:tc>
        <w:tc>
          <w:tcPr>
            <w:tcW w:w="1512" w:type="dxa"/>
            <w:tcMar>
              <w:top w:w="80" w:type="dxa"/>
              <w:left w:w="90" w:type="dxa"/>
              <w:bottom w:w="80" w:type="dxa"/>
              <w:right w:w="90" w:type="dxa"/>
            </w:tcMar>
            <w:vAlign w:val="center"/>
          </w:tcPr>
          <w:p w14:paraId="4E1EE243" w14:textId="1A1535B4" w:rsidR="005C41BF" w:rsidRDefault="00B67493" w:rsidP="00B67493">
            <w:pPr>
              <w:spacing w:line="252" w:lineRule="auto"/>
            </w:pPr>
            <w:r w:rsidRPr="00B67493">
              <w:rPr>
                <w:sz w:val="16"/>
                <w:szCs w:val="16"/>
              </w:rPr>
              <w:t xml:space="preserve">☐ </w:t>
            </w:r>
            <w:r w:rsidR="00000000" w:rsidRPr="00B67493">
              <w:rPr>
                <w:sz w:val="16"/>
                <w:szCs w:val="16"/>
              </w:rPr>
              <w:t>None</w:t>
            </w:r>
            <w:r w:rsidRPr="00B67493">
              <w:rPr>
                <w:sz w:val="16"/>
                <w:szCs w:val="16"/>
              </w:rPr>
              <w:br/>
              <w:t>☐</w:t>
            </w:r>
            <w:r w:rsidR="00000000" w:rsidRPr="00B67493">
              <w:rPr>
                <w:sz w:val="16"/>
                <w:szCs w:val="16"/>
              </w:rPr>
              <w:t xml:space="preserve"> Add</w:t>
            </w:r>
            <w:r w:rsidRPr="00B67493">
              <w:rPr>
                <w:sz w:val="16"/>
                <w:szCs w:val="16"/>
              </w:rPr>
              <w:br/>
              <w:t>☐</w:t>
            </w:r>
            <w:r w:rsidR="00000000" w:rsidRPr="00B67493">
              <w:rPr>
                <w:sz w:val="16"/>
                <w:szCs w:val="16"/>
              </w:rPr>
              <w:t xml:space="preserve"> Fix</w:t>
            </w:r>
            <w:r w:rsidRPr="00B67493">
              <w:rPr>
                <w:sz w:val="16"/>
                <w:szCs w:val="16"/>
              </w:rPr>
              <w:br/>
              <w:t>☐</w:t>
            </w:r>
            <w:r w:rsidR="00000000" w:rsidRPr="00B67493">
              <w:rPr>
                <w:sz w:val="16"/>
                <w:szCs w:val="16"/>
              </w:rPr>
              <w:t xml:space="preserve"> Check</w:t>
            </w:r>
          </w:p>
        </w:tc>
      </w:tr>
      <w:tr w:rsidR="005C41BF" w14:paraId="13F9E3AA" w14:textId="77777777">
        <w:trPr>
          <w:jc w:val="center"/>
        </w:trPr>
        <w:tc>
          <w:tcPr>
            <w:tcW w:w="2232" w:type="dxa"/>
            <w:tcMar>
              <w:top w:w="80" w:type="dxa"/>
              <w:left w:w="90" w:type="dxa"/>
              <w:bottom w:w="80" w:type="dxa"/>
              <w:right w:w="90" w:type="dxa"/>
            </w:tcMar>
            <w:vAlign w:val="center"/>
          </w:tcPr>
          <w:p w14:paraId="1B101C64" w14:textId="77777777" w:rsidR="005C41BF" w:rsidRDefault="000B3397">
            <w:pPr>
              <w:spacing w:line="252" w:lineRule="auto"/>
            </w:pPr>
            <w:r>
              <w:rPr>
                <w:sz w:val="16"/>
              </w:rPr>
              <w:lastRenderedPageBreak/>
              <w:t>Data collectors</w:t>
            </w:r>
          </w:p>
        </w:tc>
        <w:tc>
          <w:tcPr>
            <w:tcW w:w="5760" w:type="dxa"/>
            <w:tcMar>
              <w:top w:w="80" w:type="dxa"/>
              <w:left w:w="90" w:type="dxa"/>
              <w:bottom w:w="80" w:type="dxa"/>
              <w:right w:w="90" w:type="dxa"/>
            </w:tcMar>
            <w:vAlign w:val="center"/>
          </w:tcPr>
          <w:p w14:paraId="5B832AD9" w14:textId="77777777" w:rsidR="005C41BF" w:rsidRDefault="000B3397">
            <w:pPr>
              <w:spacing w:line="252" w:lineRule="auto"/>
            </w:pPr>
            <w:r>
              <w:rPr>
                <w:sz w:val="16"/>
              </w:rPr>
              <w:t>Organizations responsible for data collection are identified where relevant.</w:t>
            </w:r>
          </w:p>
        </w:tc>
        <w:tc>
          <w:tcPr>
            <w:tcW w:w="2232" w:type="dxa"/>
            <w:tcMar>
              <w:top w:w="80" w:type="dxa"/>
              <w:left w:w="90" w:type="dxa"/>
              <w:bottom w:w="80" w:type="dxa"/>
              <w:right w:w="90" w:type="dxa"/>
            </w:tcMar>
            <w:vAlign w:val="center"/>
          </w:tcPr>
          <w:p w14:paraId="57442545" w14:textId="5C6867FB"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6B62F1B3" w14:textId="77777777" w:rsidR="005C41BF" w:rsidRDefault="005C41BF">
            <w:pPr>
              <w:spacing w:line="252" w:lineRule="auto"/>
            </w:pPr>
          </w:p>
        </w:tc>
        <w:tc>
          <w:tcPr>
            <w:tcW w:w="1512" w:type="dxa"/>
            <w:tcMar>
              <w:top w:w="80" w:type="dxa"/>
              <w:left w:w="90" w:type="dxa"/>
              <w:bottom w:w="80" w:type="dxa"/>
              <w:right w:w="90" w:type="dxa"/>
            </w:tcMar>
            <w:vAlign w:val="center"/>
          </w:tcPr>
          <w:p w14:paraId="25794975" w14:textId="6F31249C"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159E9D3C" w14:textId="77777777">
        <w:trPr>
          <w:jc w:val="center"/>
        </w:trPr>
        <w:tc>
          <w:tcPr>
            <w:tcW w:w="2232" w:type="dxa"/>
            <w:tcMar>
              <w:top w:w="80" w:type="dxa"/>
              <w:left w:w="90" w:type="dxa"/>
              <w:bottom w:w="80" w:type="dxa"/>
              <w:right w:w="90" w:type="dxa"/>
            </w:tcMar>
            <w:vAlign w:val="center"/>
          </w:tcPr>
          <w:p w14:paraId="4481FF04" w14:textId="77777777" w:rsidR="005C41BF" w:rsidRDefault="000B3397">
            <w:pPr>
              <w:spacing w:line="252" w:lineRule="auto"/>
            </w:pPr>
            <w:r>
              <w:rPr>
                <w:sz w:val="16"/>
              </w:rPr>
              <w:t>Supervision</w:t>
            </w:r>
          </w:p>
        </w:tc>
        <w:tc>
          <w:tcPr>
            <w:tcW w:w="5760" w:type="dxa"/>
            <w:tcMar>
              <w:top w:w="80" w:type="dxa"/>
              <w:left w:w="90" w:type="dxa"/>
              <w:bottom w:w="80" w:type="dxa"/>
              <w:right w:w="90" w:type="dxa"/>
            </w:tcMar>
            <w:vAlign w:val="center"/>
          </w:tcPr>
          <w:p w14:paraId="69EA8D61" w14:textId="77777777" w:rsidR="005C41BF" w:rsidRDefault="000B3397">
            <w:pPr>
              <w:spacing w:line="252" w:lineRule="auto"/>
            </w:pPr>
            <w:r>
              <w:rPr>
                <w:sz w:val="16"/>
              </w:rPr>
              <w:t>Field supervision structure and quality control mechanisms are described.</w:t>
            </w:r>
          </w:p>
        </w:tc>
        <w:tc>
          <w:tcPr>
            <w:tcW w:w="2232" w:type="dxa"/>
            <w:tcMar>
              <w:top w:w="80" w:type="dxa"/>
              <w:left w:w="90" w:type="dxa"/>
              <w:bottom w:w="80" w:type="dxa"/>
              <w:right w:w="90" w:type="dxa"/>
            </w:tcMar>
            <w:vAlign w:val="center"/>
          </w:tcPr>
          <w:p w14:paraId="2B82B45F" w14:textId="09CE0F0D"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02F2C34E" w14:textId="77777777" w:rsidR="005C41BF" w:rsidRDefault="005C41BF">
            <w:pPr>
              <w:spacing w:line="252" w:lineRule="auto"/>
            </w:pPr>
          </w:p>
        </w:tc>
        <w:tc>
          <w:tcPr>
            <w:tcW w:w="1512" w:type="dxa"/>
            <w:tcMar>
              <w:top w:w="80" w:type="dxa"/>
              <w:left w:w="90" w:type="dxa"/>
              <w:bottom w:w="80" w:type="dxa"/>
              <w:right w:w="90" w:type="dxa"/>
            </w:tcMar>
            <w:vAlign w:val="center"/>
          </w:tcPr>
          <w:p w14:paraId="7A6ACB5F" w14:textId="38C44530"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bl>
    <w:p w14:paraId="680A4E5D" w14:textId="77777777" w:rsidR="005C41BF" w:rsidRDefault="005C41BF">
      <w:pPr>
        <w:spacing w:after="40"/>
      </w:pPr>
    </w:p>
    <w:p w14:paraId="19219836" w14:textId="77777777" w:rsidR="005C41BF" w:rsidRDefault="000B3397">
      <w:r>
        <w:br w:type="page"/>
      </w:r>
    </w:p>
    <w:p w14:paraId="13EE2171" w14:textId="77777777" w:rsidR="005C41BF" w:rsidRDefault="000B3397">
      <w:pPr>
        <w:pStyle w:val="Heading1"/>
        <w:spacing w:after="100" w:line="259" w:lineRule="auto"/>
      </w:pPr>
      <w:r>
        <w:rPr>
          <w:b w:val="0"/>
        </w:rPr>
        <w:lastRenderedPageBreak/>
        <w:t>2. Study Description - Processing, Access, Rights, and Contacts</w:t>
      </w:r>
    </w:p>
    <w:p w14:paraId="332DEC19" w14:textId="77777777" w:rsidR="005C41BF" w:rsidRDefault="000B3397">
      <w:pPr>
        <w:spacing w:after="100" w:line="259" w:lineRule="auto"/>
      </w:pPr>
      <w:r>
        <w:t>This section reviews data processing, data quality, access conditions, rights, and contacts.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2C83E82A" w14:textId="77777777">
        <w:trPr>
          <w:jc w:val="center"/>
        </w:trPr>
        <w:tc>
          <w:tcPr>
            <w:tcW w:w="2232" w:type="dxa"/>
            <w:shd w:val="clear" w:color="auto" w:fill="1F4E79"/>
            <w:tcMar>
              <w:top w:w="90" w:type="dxa"/>
              <w:left w:w="90" w:type="dxa"/>
              <w:bottom w:w="90" w:type="dxa"/>
              <w:right w:w="90" w:type="dxa"/>
            </w:tcMar>
            <w:vAlign w:val="center"/>
          </w:tcPr>
          <w:p w14:paraId="3C8CACC6"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5A7F668B"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7C8E63FB"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138B8139"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64FAB225" w14:textId="77777777" w:rsidR="005C41BF" w:rsidRDefault="000B3397">
            <w:pPr>
              <w:spacing w:line="252" w:lineRule="auto"/>
            </w:pPr>
            <w:r>
              <w:rPr>
                <w:b/>
                <w:color w:val="FFFFFF"/>
                <w:sz w:val="17"/>
              </w:rPr>
              <w:t>Action</w:t>
            </w:r>
          </w:p>
        </w:tc>
      </w:tr>
      <w:tr w:rsidR="005C41BF" w14:paraId="05899F34" w14:textId="77777777">
        <w:trPr>
          <w:jc w:val="center"/>
        </w:trPr>
        <w:tc>
          <w:tcPr>
            <w:tcW w:w="2232" w:type="dxa"/>
            <w:tcMar>
              <w:top w:w="80" w:type="dxa"/>
              <w:left w:w="90" w:type="dxa"/>
              <w:bottom w:w="80" w:type="dxa"/>
              <w:right w:w="90" w:type="dxa"/>
            </w:tcMar>
            <w:vAlign w:val="center"/>
          </w:tcPr>
          <w:p w14:paraId="26253242" w14:textId="77777777" w:rsidR="005C41BF" w:rsidRDefault="000B3397">
            <w:pPr>
              <w:spacing w:line="252" w:lineRule="auto"/>
            </w:pPr>
            <w:r>
              <w:rPr>
                <w:sz w:val="16"/>
              </w:rPr>
              <w:t>Data editing</w:t>
            </w:r>
          </w:p>
        </w:tc>
        <w:tc>
          <w:tcPr>
            <w:tcW w:w="5760" w:type="dxa"/>
            <w:tcMar>
              <w:top w:w="80" w:type="dxa"/>
              <w:left w:w="90" w:type="dxa"/>
              <w:bottom w:w="80" w:type="dxa"/>
              <w:right w:w="90" w:type="dxa"/>
            </w:tcMar>
            <w:vAlign w:val="center"/>
          </w:tcPr>
          <w:p w14:paraId="25987D20" w14:textId="77777777" w:rsidR="005C41BF" w:rsidRDefault="000B3397">
            <w:pPr>
              <w:spacing w:line="252" w:lineRule="auto"/>
            </w:pPr>
            <w:r>
              <w:rPr>
                <w:sz w:val="16"/>
              </w:rPr>
              <w:t>Data editing methods, software, checks, and related documentation are described.</w:t>
            </w:r>
          </w:p>
        </w:tc>
        <w:tc>
          <w:tcPr>
            <w:tcW w:w="2232" w:type="dxa"/>
            <w:tcMar>
              <w:top w:w="80" w:type="dxa"/>
              <w:left w:w="90" w:type="dxa"/>
              <w:bottom w:w="80" w:type="dxa"/>
              <w:right w:w="90" w:type="dxa"/>
            </w:tcMar>
            <w:vAlign w:val="center"/>
          </w:tcPr>
          <w:p w14:paraId="37A96C9A" w14:textId="167937B3"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296FEF7D" w14:textId="77777777" w:rsidR="005C41BF" w:rsidRDefault="005C41BF">
            <w:pPr>
              <w:spacing w:line="252" w:lineRule="auto"/>
            </w:pPr>
          </w:p>
        </w:tc>
        <w:tc>
          <w:tcPr>
            <w:tcW w:w="1512" w:type="dxa"/>
            <w:tcMar>
              <w:top w:w="80" w:type="dxa"/>
              <w:left w:w="90" w:type="dxa"/>
              <w:bottom w:w="80" w:type="dxa"/>
              <w:right w:w="90" w:type="dxa"/>
            </w:tcMar>
            <w:vAlign w:val="center"/>
          </w:tcPr>
          <w:p w14:paraId="2B017CCB" w14:textId="0C91AB07"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64022296" w14:textId="77777777">
        <w:trPr>
          <w:jc w:val="center"/>
        </w:trPr>
        <w:tc>
          <w:tcPr>
            <w:tcW w:w="2232" w:type="dxa"/>
            <w:tcMar>
              <w:top w:w="80" w:type="dxa"/>
              <w:left w:w="90" w:type="dxa"/>
              <w:bottom w:w="80" w:type="dxa"/>
              <w:right w:w="90" w:type="dxa"/>
            </w:tcMar>
            <w:vAlign w:val="center"/>
          </w:tcPr>
          <w:p w14:paraId="10929155" w14:textId="77777777" w:rsidR="005C41BF" w:rsidRDefault="000B3397">
            <w:pPr>
              <w:spacing w:line="252" w:lineRule="auto"/>
            </w:pPr>
            <w:r>
              <w:rPr>
                <w:sz w:val="16"/>
              </w:rPr>
              <w:t>Other processing</w:t>
            </w:r>
          </w:p>
        </w:tc>
        <w:tc>
          <w:tcPr>
            <w:tcW w:w="5760" w:type="dxa"/>
            <w:tcMar>
              <w:top w:w="80" w:type="dxa"/>
              <w:left w:w="90" w:type="dxa"/>
              <w:bottom w:w="80" w:type="dxa"/>
              <w:right w:w="90" w:type="dxa"/>
            </w:tcMar>
            <w:vAlign w:val="center"/>
          </w:tcPr>
          <w:p w14:paraId="4F6F3EAF" w14:textId="77777777" w:rsidR="005C41BF" w:rsidRDefault="000B3397">
            <w:pPr>
              <w:spacing w:line="252" w:lineRule="auto"/>
            </w:pPr>
            <w:r>
              <w:rPr>
                <w:sz w:val="16"/>
              </w:rPr>
              <w:t>Data entry, cleaning, anonymization, tabulation, analysis, and processing workflows are documented where relevant.</w:t>
            </w:r>
          </w:p>
        </w:tc>
        <w:tc>
          <w:tcPr>
            <w:tcW w:w="2232" w:type="dxa"/>
            <w:tcMar>
              <w:top w:w="80" w:type="dxa"/>
              <w:left w:w="90" w:type="dxa"/>
              <w:bottom w:w="80" w:type="dxa"/>
              <w:right w:w="90" w:type="dxa"/>
            </w:tcMar>
            <w:vAlign w:val="center"/>
          </w:tcPr>
          <w:p w14:paraId="5752FA4E" w14:textId="4F849709"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7194DBDC" w14:textId="77777777" w:rsidR="005C41BF" w:rsidRDefault="005C41BF">
            <w:pPr>
              <w:spacing w:line="252" w:lineRule="auto"/>
            </w:pPr>
          </w:p>
        </w:tc>
        <w:tc>
          <w:tcPr>
            <w:tcW w:w="1512" w:type="dxa"/>
            <w:tcMar>
              <w:top w:w="80" w:type="dxa"/>
              <w:left w:w="90" w:type="dxa"/>
              <w:bottom w:w="80" w:type="dxa"/>
              <w:right w:w="90" w:type="dxa"/>
            </w:tcMar>
            <w:vAlign w:val="center"/>
          </w:tcPr>
          <w:p w14:paraId="24F31DC1" w14:textId="74C5297C"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6A3184E4" w14:textId="77777777">
        <w:trPr>
          <w:jc w:val="center"/>
        </w:trPr>
        <w:tc>
          <w:tcPr>
            <w:tcW w:w="2232" w:type="dxa"/>
            <w:tcMar>
              <w:top w:w="80" w:type="dxa"/>
              <w:left w:w="90" w:type="dxa"/>
              <w:bottom w:w="80" w:type="dxa"/>
              <w:right w:w="90" w:type="dxa"/>
            </w:tcMar>
            <w:vAlign w:val="center"/>
          </w:tcPr>
          <w:p w14:paraId="099D6A06" w14:textId="77777777" w:rsidR="005C41BF" w:rsidRDefault="000B3397">
            <w:pPr>
              <w:spacing w:line="252" w:lineRule="auto"/>
            </w:pPr>
            <w:r>
              <w:rPr>
                <w:sz w:val="16"/>
              </w:rPr>
              <w:t>Sampling errors</w:t>
            </w:r>
          </w:p>
        </w:tc>
        <w:tc>
          <w:tcPr>
            <w:tcW w:w="5760" w:type="dxa"/>
            <w:tcMar>
              <w:top w:w="80" w:type="dxa"/>
              <w:left w:w="90" w:type="dxa"/>
              <w:bottom w:w="80" w:type="dxa"/>
              <w:right w:w="90" w:type="dxa"/>
            </w:tcMar>
            <w:vAlign w:val="center"/>
          </w:tcPr>
          <w:p w14:paraId="1D0C8590" w14:textId="77777777" w:rsidR="005C41BF" w:rsidRDefault="000B3397">
            <w:pPr>
              <w:spacing w:line="252" w:lineRule="auto"/>
            </w:pPr>
            <w:r>
              <w:rPr>
                <w:sz w:val="16"/>
              </w:rPr>
              <w:t>Sampling error estimates, variance estimation methods, and related documentation are described where applicable.</w:t>
            </w:r>
          </w:p>
        </w:tc>
        <w:tc>
          <w:tcPr>
            <w:tcW w:w="2232" w:type="dxa"/>
            <w:tcMar>
              <w:top w:w="80" w:type="dxa"/>
              <w:left w:w="90" w:type="dxa"/>
              <w:bottom w:w="80" w:type="dxa"/>
              <w:right w:w="90" w:type="dxa"/>
            </w:tcMar>
            <w:vAlign w:val="center"/>
          </w:tcPr>
          <w:p w14:paraId="72438E3A" w14:textId="73F494D2"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769D0D3C" w14:textId="77777777" w:rsidR="005C41BF" w:rsidRDefault="005C41BF">
            <w:pPr>
              <w:spacing w:line="252" w:lineRule="auto"/>
            </w:pPr>
          </w:p>
        </w:tc>
        <w:tc>
          <w:tcPr>
            <w:tcW w:w="1512" w:type="dxa"/>
            <w:tcMar>
              <w:top w:w="80" w:type="dxa"/>
              <w:left w:w="90" w:type="dxa"/>
              <w:bottom w:w="80" w:type="dxa"/>
              <w:right w:w="90" w:type="dxa"/>
            </w:tcMar>
            <w:vAlign w:val="center"/>
          </w:tcPr>
          <w:p w14:paraId="455E981E" w14:textId="604510DD"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4E313702" w14:textId="77777777">
        <w:trPr>
          <w:jc w:val="center"/>
        </w:trPr>
        <w:tc>
          <w:tcPr>
            <w:tcW w:w="2232" w:type="dxa"/>
            <w:tcMar>
              <w:top w:w="80" w:type="dxa"/>
              <w:left w:w="90" w:type="dxa"/>
              <w:bottom w:w="80" w:type="dxa"/>
              <w:right w:w="90" w:type="dxa"/>
            </w:tcMar>
            <w:vAlign w:val="center"/>
          </w:tcPr>
          <w:p w14:paraId="0C4A628B" w14:textId="77777777" w:rsidR="005C41BF" w:rsidRDefault="000B3397">
            <w:pPr>
              <w:spacing w:line="252" w:lineRule="auto"/>
            </w:pPr>
            <w:r>
              <w:rPr>
                <w:sz w:val="16"/>
              </w:rPr>
              <w:t>Other data appraisal</w:t>
            </w:r>
          </w:p>
        </w:tc>
        <w:tc>
          <w:tcPr>
            <w:tcW w:w="5760" w:type="dxa"/>
            <w:tcMar>
              <w:top w:w="80" w:type="dxa"/>
              <w:left w:w="90" w:type="dxa"/>
              <w:bottom w:w="80" w:type="dxa"/>
              <w:right w:w="90" w:type="dxa"/>
            </w:tcMar>
            <w:vAlign w:val="center"/>
          </w:tcPr>
          <w:p w14:paraId="5EA8763E" w14:textId="77777777" w:rsidR="005C41BF" w:rsidRDefault="000B3397">
            <w:pPr>
              <w:spacing w:line="252" w:lineRule="auto"/>
            </w:pPr>
            <w:r>
              <w:rPr>
                <w:sz w:val="16"/>
              </w:rPr>
              <w:t>Other data quality assessments, validation checks, limitations, and known issues are documented.</w:t>
            </w:r>
          </w:p>
        </w:tc>
        <w:tc>
          <w:tcPr>
            <w:tcW w:w="2232" w:type="dxa"/>
            <w:tcMar>
              <w:top w:w="80" w:type="dxa"/>
              <w:left w:w="90" w:type="dxa"/>
              <w:bottom w:w="80" w:type="dxa"/>
              <w:right w:w="90" w:type="dxa"/>
            </w:tcMar>
            <w:vAlign w:val="center"/>
          </w:tcPr>
          <w:p w14:paraId="56D37893" w14:textId="7674C8D0"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54CD245A" w14:textId="77777777" w:rsidR="005C41BF" w:rsidRDefault="005C41BF">
            <w:pPr>
              <w:spacing w:line="252" w:lineRule="auto"/>
            </w:pPr>
          </w:p>
        </w:tc>
        <w:tc>
          <w:tcPr>
            <w:tcW w:w="1512" w:type="dxa"/>
            <w:tcMar>
              <w:top w:w="80" w:type="dxa"/>
              <w:left w:w="90" w:type="dxa"/>
              <w:bottom w:w="80" w:type="dxa"/>
              <w:right w:w="90" w:type="dxa"/>
            </w:tcMar>
            <w:vAlign w:val="center"/>
          </w:tcPr>
          <w:p w14:paraId="40286E74" w14:textId="04879C31"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6DC35EA2" w14:textId="77777777">
        <w:trPr>
          <w:jc w:val="center"/>
        </w:trPr>
        <w:tc>
          <w:tcPr>
            <w:tcW w:w="2232" w:type="dxa"/>
            <w:tcMar>
              <w:top w:w="80" w:type="dxa"/>
              <w:left w:w="90" w:type="dxa"/>
              <w:bottom w:w="80" w:type="dxa"/>
              <w:right w:w="90" w:type="dxa"/>
            </w:tcMar>
            <w:vAlign w:val="center"/>
          </w:tcPr>
          <w:p w14:paraId="2159DD54" w14:textId="77777777" w:rsidR="005C41BF" w:rsidRDefault="000B3397">
            <w:pPr>
              <w:spacing w:line="252" w:lineRule="auto"/>
            </w:pPr>
            <w:r>
              <w:rPr>
                <w:sz w:val="16"/>
              </w:rPr>
              <w:t>Access authority</w:t>
            </w:r>
          </w:p>
        </w:tc>
        <w:tc>
          <w:tcPr>
            <w:tcW w:w="5760" w:type="dxa"/>
            <w:tcMar>
              <w:top w:w="80" w:type="dxa"/>
              <w:left w:w="90" w:type="dxa"/>
              <w:bottom w:w="80" w:type="dxa"/>
              <w:right w:w="90" w:type="dxa"/>
            </w:tcMar>
            <w:vAlign w:val="center"/>
          </w:tcPr>
          <w:p w14:paraId="77AD1467" w14:textId="77777777" w:rsidR="005C41BF" w:rsidRDefault="000B3397">
            <w:pPr>
              <w:spacing w:line="252" w:lineRule="auto"/>
            </w:pPr>
            <w:r>
              <w:rPr>
                <w:sz w:val="16"/>
              </w:rPr>
              <w:t>Organization or role responsible for granting data access is identified.</w:t>
            </w:r>
          </w:p>
        </w:tc>
        <w:tc>
          <w:tcPr>
            <w:tcW w:w="2232" w:type="dxa"/>
            <w:tcMar>
              <w:top w:w="80" w:type="dxa"/>
              <w:left w:w="90" w:type="dxa"/>
              <w:bottom w:w="80" w:type="dxa"/>
              <w:right w:w="90" w:type="dxa"/>
            </w:tcMar>
            <w:vAlign w:val="center"/>
          </w:tcPr>
          <w:p w14:paraId="2A4A53E0" w14:textId="51BEEB5D"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1231BE67" w14:textId="77777777" w:rsidR="005C41BF" w:rsidRDefault="005C41BF">
            <w:pPr>
              <w:spacing w:line="252" w:lineRule="auto"/>
            </w:pPr>
          </w:p>
        </w:tc>
        <w:tc>
          <w:tcPr>
            <w:tcW w:w="1512" w:type="dxa"/>
            <w:tcMar>
              <w:top w:w="80" w:type="dxa"/>
              <w:left w:w="90" w:type="dxa"/>
              <w:bottom w:w="80" w:type="dxa"/>
              <w:right w:w="90" w:type="dxa"/>
            </w:tcMar>
            <w:vAlign w:val="center"/>
          </w:tcPr>
          <w:p w14:paraId="51767625" w14:textId="0C196FD7"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319700ED" w14:textId="77777777">
        <w:trPr>
          <w:jc w:val="center"/>
        </w:trPr>
        <w:tc>
          <w:tcPr>
            <w:tcW w:w="2232" w:type="dxa"/>
            <w:tcMar>
              <w:top w:w="80" w:type="dxa"/>
              <w:left w:w="90" w:type="dxa"/>
              <w:bottom w:w="80" w:type="dxa"/>
              <w:right w:w="90" w:type="dxa"/>
            </w:tcMar>
            <w:vAlign w:val="center"/>
          </w:tcPr>
          <w:p w14:paraId="0928E0A4" w14:textId="77777777" w:rsidR="005C41BF" w:rsidRDefault="000B3397">
            <w:pPr>
              <w:spacing w:line="252" w:lineRule="auto"/>
            </w:pPr>
            <w:r>
              <w:rPr>
                <w:sz w:val="16"/>
              </w:rPr>
              <w:t>Confidentiality</w:t>
            </w:r>
          </w:p>
        </w:tc>
        <w:tc>
          <w:tcPr>
            <w:tcW w:w="5760" w:type="dxa"/>
            <w:tcMar>
              <w:top w:w="80" w:type="dxa"/>
              <w:left w:w="90" w:type="dxa"/>
              <w:bottom w:w="80" w:type="dxa"/>
              <w:right w:w="90" w:type="dxa"/>
            </w:tcMar>
            <w:vAlign w:val="center"/>
          </w:tcPr>
          <w:p w14:paraId="49A435E7" w14:textId="77777777" w:rsidR="005C41BF" w:rsidRDefault="000B3397">
            <w:pPr>
              <w:spacing w:line="252" w:lineRule="auto"/>
            </w:pPr>
            <w:r>
              <w:rPr>
                <w:sz w:val="16"/>
              </w:rPr>
              <w:t>Confidentiality statement is provided and appropriate for the access level and sensitivity of the data.</w:t>
            </w:r>
          </w:p>
        </w:tc>
        <w:tc>
          <w:tcPr>
            <w:tcW w:w="2232" w:type="dxa"/>
            <w:tcMar>
              <w:top w:w="80" w:type="dxa"/>
              <w:left w:w="90" w:type="dxa"/>
              <w:bottom w:w="80" w:type="dxa"/>
              <w:right w:w="90" w:type="dxa"/>
            </w:tcMar>
            <w:vAlign w:val="center"/>
          </w:tcPr>
          <w:p w14:paraId="4C4D2ABA" w14:textId="57997C4B"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36FEB5B0" w14:textId="77777777" w:rsidR="005C41BF" w:rsidRDefault="005C41BF">
            <w:pPr>
              <w:spacing w:line="252" w:lineRule="auto"/>
            </w:pPr>
          </w:p>
        </w:tc>
        <w:tc>
          <w:tcPr>
            <w:tcW w:w="1512" w:type="dxa"/>
            <w:tcMar>
              <w:top w:w="80" w:type="dxa"/>
              <w:left w:w="90" w:type="dxa"/>
              <w:bottom w:w="80" w:type="dxa"/>
              <w:right w:w="90" w:type="dxa"/>
            </w:tcMar>
            <w:vAlign w:val="center"/>
          </w:tcPr>
          <w:p w14:paraId="298E4015" w14:textId="5E6915B1"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49236E23" w14:textId="77777777">
        <w:trPr>
          <w:jc w:val="center"/>
        </w:trPr>
        <w:tc>
          <w:tcPr>
            <w:tcW w:w="2232" w:type="dxa"/>
            <w:tcMar>
              <w:top w:w="80" w:type="dxa"/>
              <w:left w:w="90" w:type="dxa"/>
              <w:bottom w:w="80" w:type="dxa"/>
              <w:right w:w="90" w:type="dxa"/>
            </w:tcMar>
            <w:vAlign w:val="center"/>
          </w:tcPr>
          <w:p w14:paraId="7B1651D6" w14:textId="77777777" w:rsidR="005C41BF" w:rsidRDefault="000B3397">
            <w:pPr>
              <w:spacing w:line="252" w:lineRule="auto"/>
            </w:pPr>
            <w:r>
              <w:rPr>
                <w:sz w:val="16"/>
              </w:rPr>
              <w:t>Access conditions</w:t>
            </w:r>
          </w:p>
        </w:tc>
        <w:tc>
          <w:tcPr>
            <w:tcW w:w="5760" w:type="dxa"/>
            <w:tcMar>
              <w:top w:w="80" w:type="dxa"/>
              <w:left w:w="90" w:type="dxa"/>
              <w:bottom w:w="80" w:type="dxa"/>
              <w:right w:w="90" w:type="dxa"/>
            </w:tcMar>
            <w:vAlign w:val="center"/>
          </w:tcPr>
          <w:p w14:paraId="4F3AF707" w14:textId="77777777" w:rsidR="005C41BF" w:rsidRDefault="000B3397">
            <w:pPr>
              <w:spacing w:line="252" w:lineRule="auto"/>
            </w:pPr>
            <w:r>
              <w:rPr>
                <w:sz w:val="16"/>
              </w:rPr>
              <w:t>Terms of access are clearly stated, such as public use, licensed use, restricted access, or confidential.</w:t>
            </w:r>
          </w:p>
        </w:tc>
        <w:tc>
          <w:tcPr>
            <w:tcW w:w="2232" w:type="dxa"/>
            <w:tcMar>
              <w:top w:w="80" w:type="dxa"/>
              <w:left w:w="90" w:type="dxa"/>
              <w:bottom w:w="80" w:type="dxa"/>
              <w:right w:w="90" w:type="dxa"/>
            </w:tcMar>
            <w:vAlign w:val="center"/>
          </w:tcPr>
          <w:p w14:paraId="7D4ADBE8" w14:textId="34F371DC"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30D7AA69" w14:textId="77777777" w:rsidR="005C41BF" w:rsidRDefault="005C41BF">
            <w:pPr>
              <w:spacing w:line="252" w:lineRule="auto"/>
            </w:pPr>
          </w:p>
        </w:tc>
        <w:tc>
          <w:tcPr>
            <w:tcW w:w="1512" w:type="dxa"/>
            <w:tcMar>
              <w:top w:w="80" w:type="dxa"/>
              <w:left w:w="90" w:type="dxa"/>
              <w:bottom w:w="80" w:type="dxa"/>
              <w:right w:w="90" w:type="dxa"/>
            </w:tcMar>
            <w:vAlign w:val="center"/>
          </w:tcPr>
          <w:p w14:paraId="54D0CB33" w14:textId="2A4672A0"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05FAFFA2" w14:textId="77777777">
        <w:trPr>
          <w:jc w:val="center"/>
        </w:trPr>
        <w:tc>
          <w:tcPr>
            <w:tcW w:w="2232" w:type="dxa"/>
            <w:tcMar>
              <w:top w:w="80" w:type="dxa"/>
              <w:left w:w="90" w:type="dxa"/>
              <w:bottom w:w="80" w:type="dxa"/>
              <w:right w:w="90" w:type="dxa"/>
            </w:tcMar>
            <w:vAlign w:val="center"/>
          </w:tcPr>
          <w:p w14:paraId="00DE4D1A" w14:textId="77777777" w:rsidR="005C41BF" w:rsidRDefault="000B3397">
            <w:pPr>
              <w:spacing w:line="252" w:lineRule="auto"/>
            </w:pPr>
            <w:r>
              <w:rPr>
                <w:sz w:val="16"/>
              </w:rPr>
              <w:t>Citation requirements</w:t>
            </w:r>
          </w:p>
        </w:tc>
        <w:tc>
          <w:tcPr>
            <w:tcW w:w="5760" w:type="dxa"/>
            <w:tcMar>
              <w:top w:w="80" w:type="dxa"/>
              <w:left w:w="90" w:type="dxa"/>
              <w:bottom w:w="80" w:type="dxa"/>
              <w:right w:w="90" w:type="dxa"/>
            </w:tcMar>
            <w:vAlign w:val="center"/>
          </w:tcPr>
          <w:p w14:paraId="58CF1FF3" w14:textId="77777777" w:rsidR="005C41BF" w:rsidRDefault="000B3397">
            <w:pPr>
              <w:spacing w:line="252" w:lineRule="auto"/>
            </w:pPr>
            <w:r>
              <w:rPr>
                <w:sz w:val="16"/>
              </w:rPr>
              <w:t>Recommended citation includes study title, producer, country, reference year, version, and access location where applicable.</w:t>
            </w:r>
          </w:p>
        </w:tc>
        <w:tc>
          <w:tcPr>
            <w:tcW w:w="2232" w:type="dxa"/>
            <w:tcMar>
              <w:top w:w="80" w:type="dxa"/>
              <w:left w:w="90" w:type="dxa"/>
              <w:bottom w:w="80" w:type="dxa"/>
              <w:right w:w="90" w:type="dxa"/>
            </w:tcMar>
            <w:vAlign w:val="center"/>
          </w:tcPr>
          <w:p w14:paraId="3BCD8C5D" w14:textId="600FC3A3"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7196D064" w14:textId="77777777" w:rsidR="005C41BF" w:rsidRDefault="005C41BF">
            <w:pPr>
              <w:spacing w:line="252" w:lineRule="auto"/>
            </w:pPr>
          </w:p>
        </w:tc>
        <w:tc>
          <w:tcPr>
            <w:tcW w:w="1512" w:type="dxa"/>
            <w:tcMar>
              <w:top w:w="80" w:type="dxa"/>
              <w:left w:w="90" w:type="dxa"/>
              <w:bottom w:w="80" w:type="dxa"/>
              <w:right w:w="90" w:type="dxa"/>
            </w:tcMar>
            <w:vAlign w:val="center"/>
          </w:tcPr>
          <w:p w14:paraId="751D103D" w14:textId="4A2FCF02"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6A9A6D19" w14:textId="77777777">
        <w:trPr>
          <w:jc w:val="center"/>
        </w:trPr>
        <w:tc>
          <w:tcPr>
            <w:tcW w:w="2232" w:type="dxa"/>
            <w:tcMar>
              <w:top w:w="80" w:type="dxa"/>
              <w:left w:w="90" w:type="dxa"/>
              <w:bottom w:w="80" w:type="dxa"/>
              <w:right w:w="90" w:type="dxa"/>
            </w:tcMar>
            <w:vAlign w:val="center"/>
          </w:tcPr>
          <w:p w14:paraId="13436AE0" w14:textId="77777777" w:rsidR="005C41BF" w:rsidRDefault="000B3397">
            <w:pPr>
              <w:spacing w:line="252" w:lineRule="auto"/>
            </w:pPr>
            <w:r>
              <w:rPr>
                <w:sz w:val="16"/>
              </w:rPr>
              <w:t>Disclaimer</w:t>
            </w:r>
          </w:p>
        </w:tc>
        <w:tc>
          <w:tcPr>
            <w:tcW w:w="5760" w:type="dxa"/>
            <w:tcMar>
              <w:top w:w="80" w:type="dxa"/>
              <w:left w:w="90" w:type="dxa"/>
              <w:bottom w:w="80" w:type="dxa"/>
              <w:right w:w="90" w:type="dxa"/>
            </w:tcMar>
            <w:vAlign w:val="center"/>
          </w:tcPr>
          <w:p w14:paraId="62A00A33" w14:textId="77777777" w:rsidR="005C41BF" w:rsidRDefault="000B3397">
            <w:pPr>
              <w:spacing w:line="252" w:lineRule="auto"/>
            </w:pPr>
            <w:r>
              <w:rPr>
                <w:sz w:val="16"/>
              </w:rPr>
              <w:t>Disclaimer is provided where appropriate and consistent with organizational requirements.</w:t>
            </w:r>
          </w:p>
        </w:tc>
        <w:tc>
          <w:tcPr>
            <w:tcW w:w="2232" w:type="dxa"/>
            <w:tcMar>
              <w:top w:w="80" w:type="dxa"/>
              <w:left w:w="90" w:type="dxa"/>
              <w:bottom w:w="80" w:type="dxa"/>
              <w:right w:w="90" w:type="dxa"/>
            </w:tcMar>
            <w:vAlign w:val="center"/>
          </w:tcPr>
          <w:p w14:paraId="7E1780B1" w14:textId="6BA1E71E"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34FF1C98" w14:textId="77777777" w:rsidR="005C41BF" w:rsidRDefault="005C41BF">
            <w:pPr>
              <w:spacing w:line="252" w:lineRule="auto"/>
            </w:pPr>
          </w:p>
        </w:tc>
        <w:tc>
          <w:tcPr>
            <w:tcW w:w="1512" w:type="dxa"/>
            <w:tcMar>
              <w:top w:w="80" w:type="dxa"/>
              <w:left w:w="90" w:type="dxa"/>
              <w:bottom w:w="80" w:type="dxa"/>
              <w:right w:w="90" w:type="dxa"/>
            </w:tcMar>
            <w:vAlign w:val="center"/>
          </w:tcPr>
          <w:p w14:paraId="466A0A54" w14:textId="20C5010F"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083ED260" w14:textId="77777777">
        <w:trPr>
          <w:jc w:val="center"/>
        </w:trPr>
        <w:tc>
          <w:tcPr>
            <w:tcW w:w="2232" w:type="dxa"/>
            <w:tcMar>
              <w:top w:w="80" w:type="dxa"/>
              <w:left w:w="90" w:type="dxa"/>
              <w:bottom w:w="80" w:type="dxa"/>
              <w:right w:w="90" w:type="dxa"/>
            </w:tcMar>
            <w:vAlign w:val="center"/>
          </w:tcPr>
          <w:p w14:paraId="6471884A" w14:textId="77777777" w:rsidR="005C41BF" w:rsidRDefault="000B3397">
            <w:pPr>
              <w:spacing w:line="252" w:lineRule="auto"/>
            </w:pPr>
            <w:r>
              <w:rPr>
                <w:sz w:val="16"/>
              </w:rPr>
              <w:lastRenderedPageBreak/>
              <w:t>Copyright</w:t>
            </w:r>
          </w:p>
        </w:tc>
        <w:tc>
          <w:tcPr>
            <w:tcW w:w="5760" w:type="dxa"/>
            <w:tcMar>
              <w:top w:w="80" w:type="dxa"/>
              <w:left w:w="90" w:type="dxa"/>
              <w:bottom w:w="80" w:type="dxa"/>
              <w:right w:w="90" w:type="dxa"/>
            </w:tcMar>
            <w:vAlign w:val="center"/>
          </w:tcPr>
          <w:p w14:paraId="4EEDB7AC" w14:textId="77777777" w:rsidR="005C41BF" w:rsidRDefault="000B3397">
            <w:pPr>
              <w:spacing w:line="252" w:lineRule="auto"/>
            </w:pPr>
            <w:r>
              <w:rPr>
                <w:sz w:val="16"/>
              </w:rPr>
              <w:t>Copyright or rights statement is provided where appropriate.</w:t>
            </w:r>
          </w:p>
        </w:tc>
        <w:tc>
          <w:tcPr>
            <w:tcW w:w="2232" w:type="dxa"/>
            <w:tcMar>
              <w:top w:w="80" w:type="dxa"/>
              <w:left w:w="90" w:type="dxa"/>
              <w:bottom w:w="80" w:type="dxa"/>
              <w:right w:w="90" w:type="dxa"/>
            </w:tcMar>
            <w:vAlign w:val="center"/>
          </w:tcPr>
          <w:p w14:paraId="776D4A4F" w14:textId="528EEA51"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6D072C0D" w14:textId="77777777" w:rsidR="005C41BF" w:rsidRDefault="005C41BF">
            <w:pPr>
              <w:spacing w:line="252" w:lineRule="auto"/>
            </w:pPr>
          </w:p>
        </w:tc>
        <w:tc>
          <w:tcPr>
            <w:tcW w:w="1512" w:type="dxa"/>
            <w:tcMar>
              <w:top w:w="80" w:type="dxa"/>
              <w:left w:w="90" w:type="dxa"/>
              <w:bottom w:w="80" w:type="dxa"/>
              <w:right w:w="90" w:type="dxa"/>
            </w:tcMar>
            <w:vAlign w:val="center"/>
          </w:tcPr>
          <w:p w14:paraId="4311870E" w14:textId="106A7F0C"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r w:rsidR="005C41BF" w14:paraId="6E7F638C" w14:textId="77777777">
        <w:trPr>
          <w:jc w:val="center"/>
        </w:trPr>
        <w:tc>
          <w:tcPr>
            <w:tcW w:w="2232" w:type="dxa"/>
            <w:tcMar>
              <w:top w:w="80" w:type="dxa"/>
              <w:left w:w="90" w:type="dxa"/>
              <w:bottom w:w="80" w:type="dxa"/>
              <w:right w:w="90" w:type="dxa"/>
            </w:tcMar>
            <w:vAlign w:val="center"/>
          </w:tcPr>
          <w:p w14:paraId="03563504" w14:textId="77777777" w:rsidR="005C41BF" w:rsidRDefault="000B3397">
            <w:pPr>
              <w:spacing w:line="252" w:lineRule="auto"/>
            </w:pPr>
            <w:r>
              <w:rPr>
                <w:sz w:val="16"/>
              </w:rPr>
              <w:t>Contact persons</w:t>
            </w:r>
          </w:p>
        </w:tc>
        <w:tc>
          <w:tcPr>
            <w:tcW w:w="5760" w:type="dxa"/>
            <w:tcMar>
              <w:top w:w="80" w:type="dxa"/>
              <w:left w:w="90" w:type="dxa"/>
              <w:bottom w:w="80" w:type="dxa"/>
              <w:right w:w="90" w:type="dxa"/>
            </w:tcMar>
            <w:vAlign w:val="center"/>
          </w:tcPr>
          <w:p w14:paraId="770706E5" w14:textId="77777777" w:rsidR="005C41BF" w:rsidRDefault="000B3397">
            <w:pPr>
              <w:spacing w:line="252" w:lineRule="auto"/>
            </w:pPr>
            <w:r>
              <w:rPr>
                <w:sz w:val="16"/>
              </w:rPr>
              <w:t>Contact role, unit, or organization is provided for questions about the study or access process.</w:t>
            </w:r>
          </w:p>
        </w:tc>
        <w:tc>
          <w:tcPr>
            <w:tcW w:w="2232" w:type="dxa"/>
            <w:tcMar>
              <w:top w:w="80" w:type="dxa"/>
              <w:left w:w="90" w:type="dxa"/>
              <w:bottom w:w="80" w:type="dxa"/>
              <w:right w:w="90" w:type="dxa"/>
            </w:tcMar>
            <w:vAlign w:val="center"/>
          </w:tcPr>
          <w:p w14:paraId="69718976" w14:textId="6E0FC368" w:rsidR="005C41BF" w:rsidRDefault="00B67493">
            <w:pPr>
              <w:spacing w:line="252" w:lineRule="auto"/>
            </w:pPr>
            <w:r w:rsidRPr="00B719AE">
              <w:rPr>
                <w:sz w:val="16"/>
                <w:szCs w:val="16"/>
              </w:rPr>
              <w:t>☐ Provided</w:t>
            </w:r>
            <w:r w:rsidRPr="00B719AE">
              <w:rPr>
                <w:sz w:val="16"/>
                <w:szCs w:val="16"/>
              </w:rPr>
              <w:br/>
              <w:t>☐ Partially provided</w:t>
            </w:r>
            <w:r w:rsidRPr="00B719AE">
              <w:rPr>
                <w:sz w:val="16"/>
                <w:szCs w:val="16"/>
              </w:rPr>
              <w:br/>
              <w:t>☐ Not provided</w:t>
            </w:r>
            <w:r w:rsidRPr="00B719AE">
              <w:rPr>
                <w:sz w:val="16"/>
                <w:szCs w:val="16"/>
              </w:rPr>
              <w:br/>
              <w:t>☐ N/A</w:t>
            </w:r>
          </w:p>
        </w:tc>
        <w:tc>
          <w:tcPr>
            <w:tcW w:w="3096" w:type="dxa"/>
            <w:tcMar>
              <w:top w:w="80" w:type="dxa"/>
              <w:left w:w="90" w:type="dxa"/>
              <w:bottom w:w="80" w:type="dxa"/>
              <w:right w:w="90" w:type="dxa"/>
            </w:tcMar>
            <w:vAlign w:val="center"/>
          </w:tcPr>
          <w:p w14:paraId="48A21919" w14:textId="77777777" w:rsidR="005C41BF" w:rsidRDefault="005C41BF">
            <w:pPr>
              <w:spacing w:line="252" w:lineRule="auto"/>
            </w:pPr>
          </w:p>
        </w:tc>
        <w:tc>
          <w:tcPr>
            <w:tcW w:w="1512" w:type="dxa"/>
            <w:tcMar>
              <w:top w:w="80" w:type="dxa"/>
              <w:left w:w="90" w:type="dxa"/>
              <w:bottom w:w="80" w:type="dxa"/>
              <w:right w:w="90" w:type="dxa"/>
            </w:tcMar>
            <w:vAlign w:val="center"/>
          </w:tcPr>
          <w:p w14:paraId="74B46606" w14:textId="36471196" w:rsidR="005C41BF" w:rsidRDefault="00B67493">
            <w:pPr>
              <w:spacing w:line="252" w:lineRule="auto"/>
            </w:pPr>
            <w:r w:rsidRPr="00B67493">
              <w:rPr>
                <w:sz w:val="16"/>
                <w:szCs w:val="16"/>
              </w:rPr>
              <w:t>☐ None</w:t>
            </w:r>
            <w:r w:rsidRPr="00B67493">
              <w:rPr>
                <w:sz w:val="16"/>
                <w:szCs w:val="16"/>
              </w:rPr>
              <w:br/>
              <w:t>☐ Add</w:t>
            </w:r>
            <w:r w:rsidRPr="00B67493">
              <w:rPr>
                <w:sz w:val="16"/>
                <w:szCs w:val="16"/>
              </w:rPr>
              <w:br/>
              <w:t>☐ Fix</w:t>
            </w:r>
            <w:r w:rsidRPr="00B67493">
              <w:rPr>
                <w:sz w:val="16"/>
                <w:szCs w:val="16"/>
              </w:rPr>
              <w:br/>
              <w:t>☐ Check</w:t>
            </w:r>
          </w:p>
        </w:tc>
      </w:tr>
    </w:tbl>
    <w:p w14:paraId="6BD18F9B" w14:textId="77777777" w:rsidR="005C41BF" w:rsidRDefault="005C41BF">
      <w:pPr>
        <w:spacing w:after="40"/>
      </w:pPr>
    </w:p>
    <w:p w14:paraId="238601FE" w14:textId="77777777" w:rsidR="005C41BF" w:rsidRDefault="000B3397">
      <w:r>
        <w:br w:type="page"/>
      </w:r>
    </w:p>
    <w:p w14:paraId="7067A503" w14:textId="77777777" w:rsidR="005C41BF" w:rsidRDefault="000B3397">
      <w:pPr>
        <w:pStyle w:val="Heading1"/>
        <w:spacing w:after="100" w:line="259" w:lineRule="auto"/>
      </w:pPr>
      <w:r>
        <w:rPr>
          <w:b w:val="0"/>
        </w:rPr>
        <w:lastRenderedPageBreak/>
        <w:t>3. Data Files</w:t>
      </w:r>
    </w:p>
    <w:p w14:paraId="2896E329" w14:textId="77777777" w:rsidR="005C41BF" w:rsidRDefault="000B3397">
      <w:pPr>
        <w:spacing w:after="100" w:line="259" w:lineRule="auto"/>
      </w:pPr>
      <w:r>
        <w:t>The Data Files section reviews file-level metadata, file order, completeness, relationships, and quality checks.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6945C4B4" w14:textId="77777777">
        <w:trPr>
          <w:jc w:val="center"/>
        </w:trPr>
        <w:tc>
          <w:tcPr>
            <w:tcW w:w="2232" w:type="dxa"/>
            <w:shd w:val="clear" w:color="auto" w:fill="1F4E79"/>
            <w:tcMar>
              <w:top w:w="90" w:type="dxa"/>
              <w:left w:w="90" w:type="dxa"/>
              <w:bottom w:w="90" w:type="dxa"/>
              <w:right w:w="90" w:type="dxa"/>
            </w:tcMar>
            <w:vAlign w:val="center"/>
          </w:tcPr>
          <w:p w14:paraId="79CF51DB"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07289488"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4A064D3D"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05E1F7B7"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04CFA25E" w14:textId="77777777" w:rsidR="005C41BF" w:rsidRDefault="000B3397">
            <w:pPr>
              <w:spacing w:line="252" w:lineRule="auto"/>
            </w:pPr>
            <w:r>
              <w:rPr>
                <w:b/>
                <w:color w:val="FFFFFF"/>
                <w:sz w:val="17"/>
              </w:rPr>
              <w:t>Action</w:t>
            </w:r>
          </w:p>
        </w:tc>
      </w:tr>
      <w:tr w:rsidR="005C41BF" w14:paraId="506A00C4" w14:textId="77777777">
        <w:trPr>
          <w:jc w:val="center"/>
        </w:trPr>
        <w:tc>
          <w:tcPr>
            <w:tcW w:w="2232" w:type="dxa"/>
            <w:tcMar>
              <w:top w:w="80" w:type="dxa"/>
              <w:left w:w="90" w:type="dxa"/>
              <w:bottom w:w="80" w:type="dxa"/>
              <w:right w:w="90" w:type="dxa"/>
            </w:tcMar>
            <w:vAlign w:val="center"/>
          </w:tcPr>
          <w:p w14:paraId="23E11E91" w14:textId="77777777" w:rsidR="005C41BF" w:rsidRDefault="000B3397">
            <w:pPr>
              <w:spacing w:line="252" w:lineRule="auto"/>
            </w:pPr>
            <w:r>
              <w:rPr>
                <w:sz w:val="16"/>
              </w:rPr>
              <w:t>Order of appearance</w:t>
            </w:r>
          </w:p>
        </w:tc>
        <w:tc>
          <w:tcPr>
            <w:tcW w:w="5760" w:type="dxa"/>
            <w:tcMar>
              <w:top w:w="80" w:type="dxa"/>
              <w:left w:w="90" w:type="dxa"/>
              <w:bottom w:w="80" w:type="dxa"/>
              <w:right w:w="90" w:type="dxa"/>
            </w:tcMar>
            <w:vAlign w:val="center"/>
          </w:tcPr>
          <w:p w14:paraId="7EC182E0" w14:textId="77777777" w:rsidR="005C41BF" w:rsidRDefault="000B3397">
            <w:pPr>
              <w:spacing w:line="252" w:lineRule="auto"/>
            </w:pPr>
            <w:r>
              <w:rPr>
                <w:sz w:val="16"/>
              </w:rPr>
              <w:t>Data files are listed in a logical order, such as household before individual files or questionnaire section order.</w:t>
            </w:r>
          </w:p>
        </w:tc>
        <w:tc>
          <w:tcPr>
            <w:tcW w:w="2232" w:type="dxa"/>
            <w:tcMar>
              <w:top w:w="80" w:type="dxa"/>
              <w:left w:w="90" w:type="dxa"/>
              <w:bottom w:w="80" w:type="dxa"/>
              <w:right w:w="90" w:type="dxa"/>
            </w:tcMar>
            <w:vAlign w:val="center"/>
          </w:tcPr>
          <w:p w14:paraId="0EDF1927"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F3CABC7" w14:textId="77777777" w:rsidR="005C41BF" w:rsidRDefault="005C41BF">
            <w:pPr>
              <w:spacing w:line="252" w:lineRule="auto"/>
            </w:pPr>
          </w:p>
        </w:tc>
        <w:tc>
          <w:tcPr>
            <w:tcW w:w="1512" w:type="dxa"/>
            <w:tcMar>
              <w:top w:w="80" w:type="dxa"/>
              <w:left w:w="90" w:type="dxa"/>
              <w:bottom w:w="80" w:type="dxa"/>
              <w:right w:w="90" w:type="dxa"/>
            </w:tcMar>
            <w:vAlign w:val="center"/>
          </w:tcPr>
          <w:p w14:paraId="3683C2B5"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A77C7B3" w14:textId="77777777">
        <w:trPr>
          <w:jc w:val="center"/>
        </w:trPr>
        <w:tc>
          <w:tcPr>
            <w:tcW w:w="2232" w:type="dxa"/>
            <w:tcMar>
              <w:top w:w="80" w:type="dxa"/>
              <w:left w:w="90" w:type="dxa"/>
              <w:bottom w:w="80" w:type="dxa"/>
              <w:right w:w="90" w:type="dxa"/>
            </w:tcMar>
            <w:vAlign w:val="center"/>
          </w:tcPr>
          <w:p w14:paraId="4B8C8C33" w14:textId="77777777" w:rsidR="005C41BF" w:rsidRDefault="000B3397">
            <w:pPr>
              <w:spacing w:line="252" w:lineRule="auto"/>
            </w:pPr>
            <w:r>
              <w:rPr>
                <w:sz w:val="16"/>
              </w:rPr>
              <w:t>File relationships</w:t>
            </w:r>
          </w:p>
        </w:tc>
        <w:tc>
          <w:tcPr>
            <w:tcW w:w="5760" w:type="dxa"/>
            <w:tcMar>
              <w:top w:w="80" w:type="dxa"/>
              <w:left w:w="90" w:type="dxa"/>
              <w:bottom w:w="80" w:type="dxa"/>
              <w:right w:w="90" w:type="dxa"/>
            </w:tcMar>
            <w:vAlign w:val="center"/>
          </w:tcPr>
          <w:p w14:paraId="01E0C54B" w14:textId="77777777" w:rsidR="005C41BF" w:rsidRDefault="000B3397">
            <w:pPr>
              <w:spacing w:line="252" w:lineRule="auto"/>
            </w:pPr>
            <w:r>
              <w:rPr>
                <w:sz w:val="16"/>
              </w:rPr>
              <w:t>Key variables and relationships between files are documented and validated using statistical software, data processing tools, or metadata validation tools.</w:t>
            </w:r>
          </w:p>
        </w:tc>
        <w:tc>
          <w:tcPr>
            <w:tcW w:w="2232" w:type="dxa"/>
            <w:tcMar>
              <w:top w:w="80" w:type="dxa"/>
              <w:left w:w="90" w:type="dxa"/>
              <w:bottom w:w="80" w:type="dxa"/>
              <w:right w:w="90" w:type="dxa"/>
            </w:tcMar>
            <w:vAlign w:val="center"/>
          </w:tcPr>
          <w:p w14:paraId="6808C012"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B08B5D1" w14:textId="77777777" w:rsidR="005C41BF" w:rsidRDefault="005C41BF">
            <w:pPr>
              <w:spacing w:line="252" w:lineRule="auto"/>
            </w:pPr>
          </w:p>
        </w:tc>
        <w:tc>
          <w:tcPr>
            <w:tcW w:w="1512" w:type="dxa"/>
            <w:tcMar>
              <w:top w:w="80" w:type="dxa"/>
              <w:left w:w="90" w:type="dxa"/>
              <w:bottom w:w="80" w:type="dxa"/>
              <w:right w:w="90" w:type="dxa"/>
            </w:tcMar>
            <w:vAlign w:val="center"/>
          </w:tcPr>
          <w:p w14:paraId="27539AE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6537A29" w14:textId="77777777">
        <w:trPr>
          <w:jc w:val="center"/>
        </w:trPr>
        <w:tc>
          <w:tcPr>
            <w:tcW w:w="2232" w:type="dxa"/>
            <w:tcMar>
              <w:top w:w="80" w:type="dxa"/>
              <w:left w:w="90" w:type="dxa"/>
              <w:bottom w:w="80" w:type="dxa"/>
              <w:right w:w="90" w:type="dxa"/>
            </w:tcMar>
            <w:vAlign w:val="center"/>
          </w:tcPr>
          <w:p w14:paraId="6BB08F06" w14:textId="77777777" w:rsidR="005C41BF" w:rsidRDefault="000B3397">
            <w:pPr>
              <w:spacing w:line="252" w:lineRule="auto"/>
            </w:pPr>
            <w:r>
              <w:rPr>
                <w:sz w:val="16"/>
              </w:rPr>
              <w:t>Completeness</w:t>
            </w:r>
          </w:p>
        </w:tc>
        <w:tc>
          <w:tcPr>
            <w:tcW w:w="5760" w:type="dxa"/>
            <w:tcMar>
              <w:top w:w="80" w:type="dxa"/>
              <w:left w:w="90" w:type="dxa"/>
              <w:bottom w:w="80" w:type="dxa"/>
              <w:right w:w="90" w:type="dxa"/>
            </w:tcMar>
            <w:vAlign w:val="center"/>
          </w:tcPr>
          <w:p w14:paraId="1DE181A0" w14:textId="77777777" w:rsidR="005C41BF" w:rsidRDefault="000B3397">
            <w:pPr>
              <w:spacing w:line="252" w:lineRule="auto"/>
            </w:pPr>
            <w:r>
              <w:rPr>
                <w:sz w:val="16"/>
              </w:rPr>
              <w:t>Data files are available for all relevant questionnaire sections and derived datasets.</w:t>
            </w:r>
          </w:p>
        </w:tc>
        <w:tc>
          <w:tcPr>
            <w:tcW w:w="2232" w:type="dxa"/>
            <w:tcMar>
              <w:top w:w="80" w:type="dxa"/>
              <w:left w:w="90" w:type="dxa"/>
              <w:bottom w:w="80" w:type="dxa"/>
              <w:right w:w="90" w:type="dxa"/>
            </w:tcMar>
            <w:vAlign w:val="center"/>
          </w:tcPr>
          <w:p w14:paraId="18DF61DF"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6DEB4AB" w14:textId="77777777" w:rsidR="005C41BF" w:rsidRDefault="005C41BF">
            <w:pPr>
              <w:spacing w:line="252" w:lineRule="auto"/>
            </w:pPr>
          </w:p>
        </w:tc>
        <w:tc>
          <w:tcPr>
            <w:tcW w:w="1512" w:type="dxa"/>
            <w:tcMar>
              <w:top w:w="80" w:type="dxa"/>
              <w:left w:w="90" w:type="dxa"/>
              <w:bottom w:w="80" w:type="dxa"/>
              <w:right w:w="90" w:type="dxa"/>
            </w:tcMar>
            <w:vAlign w:val="center"/>
          </w:tcPr>
          <w:p w14:paraId="06D0A06E"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746D8D6" w14:textId="77777777">
        <w:trPr>
          <w:jc w:val="center"/>
        </w:trPr>
        <w:tc>
          <w:tcPr>
            <w:tcW w:w="2232" w:type="dxa"/>
            <w:tcMar>
              <w:top w:w="80" w:type="dxa"/>
              <w:left w:w="90" w:type="dxa"/>
              <w:bottom w:w="80" w:type="dxa"/>
              <w:right w:w="90" w:type="dxa"/>
            </w:tcMar>
            <w:vAlign w:val="center"/>
          </w:tcPr>
          <w:p w14:paraId="62FBAC86" w14:textId="77777777" w:rsidR="005C41BF" w:rsidRDefault="000B3397">
            <w:pPr>
              <w:spacing w:line="252" w:lineRule="auto"/>
            </w:pPr>
            <w:r>
              <w:rPr>
                <w:sz w:val="16"/>
              </w:rPr>
              <w:t>File structure</w:t>
            </w:r>
          </w:p>
        </w:tc>
        <w:tc>
          <w:tcPr>
            <w:tcW w:w="5760" w:type="dxa"/>
            <w:tcMar>
              <w:top w:w="80" w:type="dxa"/>
              <w:left w:w="90" w:type="dxa"/>
              <w:bottom w:w="80" w:type="dxa"/>
              <w:right w:w="90" w:type="dxa"/>
            </w:tcMar>
            <w:vAlign w:val="center"/>
          </w:tcPr>
          <w:p w14:paraId="37FCAE0B" w14:textId="77777777" w:rsidR="005C41BF" w:rsidRDefault="000B3397">
            <w:pPr>
              <w:spacing w:line="252" w:lineRule="auto"/>
            </w:pPr>
            <w:r>
              <w:rPr>
                <w:sz w:val="16"/>
              </w:rPr>
              <w:t>Record counts, variable counts, file format, and structure are documented where relevant.</w:t>
            </w:r>
          </w:p>
        </w:tc>
        <w:tc>
          <w:tcPr>
            <w:tcW w:w="2232" w:type="dxa"/>
            <w:tcMar>
              <w:top w:w="80" w:type="dxa"/>
              <w:left w:w="90" w:type="dxa"/>
              <w:bottom w:w="80" w:type="dxa"/>
              <w:right w:w="90" w:type="dxa"/>
            </w:tcMar>
            <w:vAlign w:val="center"/>
          </w:tcPr>
          <w:p w14:paraId="7014DEC1"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AD9C6F4" w14:textId="77777777" w:rsidR="005C41BF" w:rsidRDefault="005C41BF">
            <w:pPr>
              <w:spacing w:line="252" w:lineRule="auto"/>
            </w:pPr>
          </w:p>
        </w:tc>
        <w:tc>
          <w:tcPr>
            <w:tcW w:w="1512" w:type="dxa"/>
            <w:tcMar>
              <w:top w:w="80" w:type="dxa"/>
              <w:left w:w="90" w:type="dxa"/>
              <w:bottom w:w="80" w:type="dxa"/>
              <w:right w:w="90" w:type="dxa"/>
            </w:tcMar>
            <w:vAlign w:val="center"/>
          </w:tcPr>
          <w:p w14:paraId="1BE46378"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970FCB2" w14:textId="77777777">
        <w:trPr>
          <w:jc w:val="center"/>
        </w:trPr>
        <w:tc>
          <w:tcPr>
            <w:tcW w:w="2232" w:type="dxa"/>
            <w:tcMar>
              <w:top w:w="80" w:type="dxa"/>
              <w:left w:w="90" w:type="dxa"/>
              <w:bottom w:w="80" w:type="dxa"/>
              <w:right w:w="90" w:type="dxa"/>
            </w:tcMar>
            <w:vAlign w:val="center"/>
          </w:tcPr>
          <w:p w14:paraId="647F6868" w14:textId="77777777" w:rsidR="005C41BF" w:rsidRDefault="000B3397">
            <w:pPr>
              <w:spacing w:line="252" w:lineRule="auto"/>
            </w:pPr>
            <w:r>
              <w:rPr>
                <w:sz w:val="16"/>
              </w:rPr>
              <w:t>File naming</w:t>
            </w:r>
          </w:p>
        </w:tc>
        <w:tc>
          <w:tcPr>
            <w:tcW w:w="5760" w:type="dxa"/>
            <w:tcMar>
              <w:top w:w="80" w:type="dxa"/>
              <w:left w:w="90" w:type="dxa"/>
              <w:bottom w:w="80" w:type="dxa"/>
              <w:right w:w="90" w:type="dxa"/>
            </w:tcMar>
            <w:vAlign w:val="center"/>
          </w:tcPr>
          <w:p w14:paraId="3B6E8866" w14:textId="77777777" w:rsidR="005C41BF" w:rsidRDefault="000B3397">
            <w:pPr>
              <w:spacing w:line="252" w:lineRule="auto"/>
            </w:pPr>
            <w:r>
              <w:rPr>
                <w:sz w:val="16"/>
              </w:rPr>
              <w:t>File names are clear, stable, and consistent with agreed naming conventions.</w:t>
            </w:r>
          </w:p>
        </w:tc>
        <w:tc>
          <w:tcPr>
            <w:tcW w:w="2232" w:type="dxa"/>
            <w:tcMar>
              <w:top w:w="80" w:type="dxa"/>
              <w:left w:w="90" w:type="dxa"/>
              <w:bottom w:w="80" w:type="dxa"/>
              <w:right w:w="90" w:type="dxa"/>
            </w:tcMar>
            <w:vAlign w:val="center"/>
          </w:tcPr>
          <w:p w14:paraId="46B41192"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B1F511A" w14:textId="77777777" w:rsidR="005C41BF" w:rsidRDefault="005C41BF">
            <w:pPr>
              <w:spacing w:line="252" w:lineRule="auto"/>
            </w:pPr>
          </w:p>
        </w:tc>
        <w:tc>
          <w:tcPr>
            <w:tcW w:w="1512" w:type="dxa"/>
            <w:tcMar>
              <w:top w:w="80" w:type="dxa"/>
              <w:left w:w="90" w:type="dxa"/>
              <w:bottom w:w="80" w:type="dxa"/>
              <w:right w:w="90" w:type="dxa"/>
            </w:tcMar>
            <w:vAlign w:val="center"/>
          </w:tcPr>
          <w:p w14:paraId="09BB4CAE"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5DE7AF4" w14:textId="77777777">
        <w:trPr>
          <w:jc w:val="center"/>
        </w:trPr>
        <w:tc>
          <w:tcPr>
            <w:tcW w:w="2232" w:type="dxa"/>
            <w:tcMar>
              <w:top w:w="80" w:type="dxa"/>
              <w:left w:w="90" w:type="dxa"/>
              <w:bottom w:w="80" w:type="dxa"/>
              <w:right w:w="90" w:type="dxa"/>
            </w:tcMar>
            <w:vAlign w:val="center"/>
          </w:tcPr>
          <w:p w14:paraId="0D909AED" w14:textId="77777777" w:rsidR="005C41BF" w:rsidRDefault="000B3397">
            <w:pPr>
              <w:spacing w:line="252" w:lineRule="auto"/>
            </w:pPr>
            <w:r>
              <w:rPr>
                <w:sz w:val="16"/>
              </w:rPr>
              <w:t>Name</w:t>
            </w:r>
          </w:p>
        </w:tc>
        <w:tc>
          <w:tcPr>
            <w:tcW w:w="5760" w:type="dxa"/>
            <w:tcMar>
              <w:top w:w="80" w:type="dxa"/>
              <w:left w:w="90" w:type="dxa"/>
              <w:bottom w:w="80" w:type="dxa"/>
              <w:right w:w="90" w:type="dxa"/>
            </w:tcMar>
            <w:vAlign w:val="center"/>
          </w:tcPr>
          <w:p w14:paraId="7677C02E" w14:textId="77777777" w:rsidR="005C41BF" w:rsidRDefault="000B3397">
            <w:pPr>
              <w:spacing w:line="252" w:lineRule="auto"/>
            </w:pPr>
            <w:r>
              <w:rPr>
                <w:sz w:val="16"/>
              </w:rPr>
              <w:t>File name matches the data file and should not be changed unless necessary.</w:t>
            </w:r>
          </w:p>
        </w:tc>
        <w:tc>
          <w:tcPr>
            <w:tcW w:w="2232" w:type="dxa"/>
            <w:tcMar>
              <w:top w:w="80" w:type="dxa"/>
              <w:left w:w="90" w:type="dxa"/>
              <w:bottom w:w="80" w:type="dxa"/>
              <w:right w:w="90" w:type="dxa"/>
            </w:tcMar>
            <w:vAlign w:val="center"/>
          </w:tcPr>
          <w:p w14:paraId="248BFA8F"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5F9C3DC" w14:textId="77777777" w:rsidR="005C41BF" w:rsidRDefault="005C41BF">
            <w:pPr>
              <w:spacing w:line="252" w:lineRule="auto"/>
            </w:pPr>
          </w:p>
        </w:tc>
        <w:tc>
          <w:tcPr>
            <w:tcW w:w="1512" w:type="dxa"/>
            <w:tcMar>
              <w:top w:w="80" w:type="dxa"/>
              <w:left w:w="90" w:type="dxa"/>
              <w:bottom w:w="80" w:type="dxa"/>
              <w:right w:w="90" w:type="dxa"/>
            </w:tcMar>
            <w:vAlign w:val="center"/>
          </w:tcPr>
          <w:p w14:paraId="665AF53F"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1C556B0" w14:textId="77777777">
        <w:trPr>
          <w:jc w:val="center"/>
        </w:trPr>
        <w:tc>
          <w:tcPr>
            <w:tcW w:w="2232" w:type="dxa"/>
            <w:tcMar>
              <w:top w:w="80" w:type="dxa"/>
              <w:left w:w="90" w:type="dxa"/>
              <w:bottom w:w="80" w:type="dxa"/>
              <w:right w:w="90" w:type="dxa"/>
            </w:tcMar>
            <w:vAlign w:val="center"/>
          </w:tcPr>
          <w:p w14:paraId="291E35A2" w14:textId="77777777" w:rsidR="005C41BF" w:rsidRDefault="000B3397">
            <w:pPr>
              <w:spacing w:line="252" w:lineRule="auto"/>
            </w:pPr>
            <w:r>
              <w:rPr>
                <w:sz w:val="16"/>
              </w:rPr>
              <w:t>Content</w:t>
            </w:r>
          </w:p>
        </w:tc>
        <w:tc>
          <w:tcPr>
            <w:tcW w:w="5760" w:type="dxa"/>
            <w:tcMar>
              <w:top w:w="80" w:type="dxa"/>
              <w:left w:w="90" w:type="dxa"/>
              <w:bottom w:w="80" w:type="dxa"/>
              <w:right w:w="90" w:type="dxa"/>
            </w:tcMar>
            <w:vAlign w:val="center"/>
          </w:tcPr>
          <w:p w14:paraId="33ED1AF9" w14:textId="77777777" w:rsidR="005C41BF" w:rsidRDefault="000B3397">
            <w:pPr>
              <w:spacing w:line="252" w:lineRule="auto"/>
            </w:pPr>
            <w:r>
              <w:rPr>
                <w:sz w:val="16"/>
              </w:rPr>
              <w:t>Short description explains what the file contains and links it to questionnaire sections where applicable.</w:t>
            </w:r>
          </w:p>
        </w:tc>
        <w:tc>
          <w:tcPr>
            <w:tcW w:w="2232" w:type="dxa"/>
            <w:tcMar>
              <w:top w:w="80" w:type="dxa"/>
              <w:left w:w="90" w:type="dxa"/>
              <w:bottom w:w="80" w:type="dxa"/>
              <w:right w:w="90" w:type="dxa"/>
            </w:tcMar>
            <w:vAlign w:val="center"/>
          </w:tcPr>
          <w:p w14:paraId="11E43565"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023141B" w14:textId="77777777" w:rsidR="005C41BF" w:rsidRDefault="005C41BF">
            <w:pPr>
              <w:spacing w:line="252" w:lineRule="auto"/>
            </w:pPr>
          </w:p>
        </w:tc>
        <w:tc>
          <w:tcPr>
            <w:tcW w:w="1512" w:type="dxa"/>
            <w:tcMar>
              <w:top w:w="80" w:type="dxa"/>
              <w:left w:w="90" w:type="dxa"/>
              <w:bottom w:w="80" w:type="dxa"/>
              <w:right w:w="90" w:type="dxa"/>
            </w:tcMar>
            <w:vAlign w:val="center"/>
          </w:tcPr>
          <w:p w14:paraId="380CAA02"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9924D89" w14:textId="77777777">
        <w:trPr>
          <w:jc w:val="center"/>
        </w:trPr>
        <w:tc>
          <w:tcPr>
            <w:tcW w:w="2232" w:type="dxa"/>
            <w:tcMar>
              <w:top w:w="80" w:type="dxa"/>
              <w:left w:w="90" w:type="dxa"/>
              <w:bottom w:w="80" w:type="dxa"/>
              <w:right w:w="90" w:type="dxa"/>
            </w:tcMar>
            <w:vAlign w:val="center"/>
          </w:tcPr>
          <w:p w14:paraId="271A0D6A" w14:textId="77777777" w:rsidR="005C41BF" w:rsidRDefault="000B3397">
            <w:pPr>
              <w:spacing w:line="252" w:lineRule="auto"/>
            </w:pPr>
            <w:r>
              <w:rPr>
                <w:sz w:val="16"/>
              </w:rPr>
              <w:t>Producer</w:t>
            </w:r>
          </w:p>
        </w:tc>
        <w:tc>
          <w:tcPr>
            <w:tcW w:w="5760" w:type="dxa"/>
            <w:tcMar>
              <w:top w:w="80" w:type="dxa"/>
              <w:left w:w="90" w:type="dxa"/>
              <w:bottom w:w="80" w:type="dxa"/>
              <w:right w:w="90" w:type="dxa"/>
            </w:tcMar>
            <w:vAlign w:val="center"/>
          </w:tcPr>
          <w:p w14:paraId="4D7A7D63" w14:textId="77777777" w:rsidR="005C41BF" w:rsidRDefault="000B3397">
            <w:pPr>
              <w:spacing w:line="252" w:lineRule="auto"/>
            </w:pPr>
            <w:r>
              <w:rPr>
                <w:sz w:val="16"/>
              </w:rPr>
              <w:t>File producer is identified, typically the same as the study producer unless otherwise specified.</w:t>
            </w:r>
          </w:p>
        </w:tc>
        <w:tc>
          <w:tcPr>
            <w:tcW w:w="2232" w:type="dxa"/>
            <w:tcMar>
              <w:top w:w="80" w:type="dxa"/>
              <w:left w:w="90" w:type="dxa"/>
              <w:bottom w:w="80" w:type="dxa"/>
              <w:right w:w="90" w:type="dxa"/>
            </w:tcMar>
            <w:vAlign w:val="center"/>
          </w:tcPr>
          <w:p w14:paraId="235316A8"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F3B1409" w14:textId="77777777" w:rsidR="005C41BF" w:rsidRDefault="005C41BF">
            <w:pPr>
              <w:spacing w:line="252" w:lineRule="auto"/>
            </w:pPr>
          </w:p>
        </w:tc>
        <w:tc>
          <w:tcPr>
            <w:tcW w:w="1512" w:type="dxa"/>
            <w:tcMar>
              <w:top w:w="80" w:type="dxa"/>
              <w:left w:w="90" w:type="dxa"/>
              <w:bottom w:w="80" w:type="dxa"/>
              <w:right w:w="90" w:type="dxa"/>
            </w:tcMar>
            <w:vAlign w:val="center"/>
          </w:tcPr>
          <w:p w14:paraId="633B333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2A2B919" w14:textId="77777777">
        <w:trPr>
          <w:jc w:val="center"/>
        </w:trPr>
        <w:tc>
          <w:tcPr>
            <w:tcW w:w="2232" w:type="dxa"/>
            <w:tcMar>
              <w:top w:w="80" w:type="dxa"/>
              <w:left w:w="90" w:type="dxa"/>
              <w:bottom w:w="80" w:type="dxa"/>
              <w:right w:w="90" w:type="dxa"/>
            </w:tcMar>
            <w:vAlign w:val="center"/>
          </w:tcPr>
          <w:p w14:paraId="6B814A1E" w14:textId="77777777" w:rsidR="005C41BF" w:rsidRDefault="000B3397">
            <w:pPr>
              <w:spacing w:line="252" w:lineRule="auto"/>
            </w:pPr>
            <w:r>
              <w:rPr>
                <w:sz w:val="16"/>
              </w:rPr>
              <w:t>Version</w:t>
            </w:r>
          </w:p>
        </w:tc>
        <w:tc>
          <w:tcPr>
            <w:tcW w:w="5760" w:type="dxa"/>
            <w:tcMar>
              <w:top w:w="80" w:type="dxa"/>
              <w:left w:w="90" w:type="dxa"/>
              <w:bottom w:w="80" w:type="dxa"/>
              <w:right w:w="90" w:type="dxa"/>
            </w:tcMar>
            <w:vAlign w:val="center"/>
          </w:tcPr>
          <w:p w14:paraId="310CA34C" w14:textId="77777777" w:rsidR="005C41BF" w:rsidRDefault="000B3397">
            <w:pPr>
              <w:spacing w:line="252" w:lineRule="auto"/>
            </w:pPr>
            <w:r>
              <w:rPr>
                <w:sz w:val="16"/>
              </w:rPr>
              <w:t>File version is documented where file-level versioning is used.</w:t>
            </w:r>
          </w:p>
        </w:tc>
        <w:tc>
          <w:tcPr>
            <w:tcW w:w="2232" w:type="dxa"/>
            <w:tcMar>
              <w:top w:w="80" w:type="dxa"/>
              <w:left w:w="90" w:type="dxa"/>
              <w:bottom w:w="80" w:type="dxa"/>
              <w:right w:w="90" w:type="dxa"/>
            </w:tcMar>
            <w:vAlign w:val="center"/>
          </w:tcPr>
          <w:p w14:paraId="5C4A5DD5"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62C75D1" w14:textId="77777777" w:rsidR="005C41BF" w:rsidRDefault="005C41BF">
            <w:pPr>
              <w:spacing w:line="252" w:lineRule="auto"/>
            </w:pPr>
          </w:p>
        </w:tc>
        <w:tc>
          <w:tcPr>
            <w:tcW w:w="1512" w:type="dxa"/>
            <w:tcMar>
              <w:top w:w="80" w:type="dxa"/>
              <w:left w:w="90" w:type="dxa"/>
              <w:bottom w:w="80" w:type="dxa"/>
              <w:right w:w="90" w:type="dxa"/>
            </w:tcMar>
            <w:vAlign w:val="center"/>
          </w:tcPr>
          <w:p w14:paraId="6CEBEB1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350A7C5" w14:textId="77777777">
        <w:trPr>
          <w:jc w:val="center"/>
        </w:trPr>
        <w:tc>
          <w:tcPr>
            <w:tcW w:w="2232" w:type="dxa"/>
            <w:tcMar>
              <w:top w:w="80" w:type="dxa"/>
              <w:left w:w="90" w:type="dxa"/>
              <w:bottom w:w="80" w:type="dxa"/>
              <w:right w:w="90" w:type="dxa"/>
            </w:tcMar>
            <w:vAlign w:val="center"/>
          </w:tcPr>
          <w:p w14:paraId="2B06F3CB" w14:textId="77777777" w:rsidR="005C41BF" w:rsidRDefault="000B3397">
            <w:pPr>
              <w:spacing w:line="252" w:lineRule="auto"/>
            </w:pPr>
            <w:r>
              <w:rPr>
                <w:sz w:val="16"/>
              </w:rPr>
              <w:t>Processing checks</w:t>
            </w:r>
          </w:p>
        </w:tc>
        <w:tc>
          <w:tcPr>
            <w:tcW w:w="5760" w:type="dxa"/>
            <w:tcMar>
              <w:top w:w="80" w:type="dxa"/>
              <w:left w:w="90" w:type="dxa"/>
              <w:bottom w:w="80" w:type="dxa"/>
              <w:right w:w="90" w:type="dxa"/>
            </w:tcMar>
            <w:vAlign w:val="center"/>
          </w:tcPr>
          <w:p w14:paraId="49885862" w14:textId="77777777" w:rsidR="005C41BF" w:rsidRDefault="000B3397">
            <w:pPr>
              <w:spacing w:line="252" w:lineRule="auto"/>
            </w:pPr>
            <w:r>
              <w:rPr>
                <w:sz w:val="16"/>
              </w:rPr>
              <w:t>File-level editing, validation, consistency checks, and quality review procedures are documented where relevant.</w:t>
            </w:r>
          </w:p>
        </w:tc>
        <w:tc>
          <w:tcPr>
            <w:tcW w:w="2232" w:type="dxa"/>
            <w:tcMar>
              <w:top w:w="80" w:type="dxa"/>
              <w:left w:w="90" w:type="dxa"/>
              <w:bottom w:w="80" w:type="dxa"/>
              <w:right w:w="90" w:type="dxa"/>
            </w:tcMar>
            <w:vAlign w:val="center"/>
          </w:tcPr>
          <w:p w14:paraId="3D9EB27D"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64355AD" w14:textId="77777777" w:rsidR="005C41BF" w:rsidRDefault="005C41BF">
            <w:pPr>
              <w:spacing w:line="252" w:lineRule="auto"/>
            </w:pPr>
          </w:p>
        </w:tc>
        <w:tc>
          <w:tcPr>
            <w:tcW w:w="1512" w:type="dxa"/>
            <w:tcMar>
              <w:top w:w="80" w:type="dxa"/>
              <w:left w:w="90" w:type="dxa"/>
              <w:bottom w:w="80" w:type="dxa"/>
              <w:right w:w="90" w:type="dxa"/>
            </w:tcMar>
            <w:vAlign w:val="center"/>
          </w:tcPr>
          <w:p w14:paraId="230950E5"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321D3409" w14:textId="77777777">
        <w:trPr>
          <w:jc w:val="center"/>
        </w:trPr>
        <w:tc>
          <w:tcPr>
            <w:tcW w:w="2232" w:type="dxa"/>
            <w:tcMar>
              <w:top w:w="80" w:type="dxa"/>
              <w:left w:w="90" w:type="dxa"/>
              <w:bottom w:w="80" w:type="dxa"/>
              <w:right w:w="90" w:type="dxa"/>
            </w:tcMar>
            <w:vAlign w:val="center"/>
          </w:tcPr>
          <w:p w14:paraId="245E02F5" w14:textId="77777777" w:rsidR="005C41BF" w:rsidRDefault="000B3397">
            <w:pPr>
              <w:spacing w:line="252" w:lineRule="auto"/>
            </w:pPr>
            <w:r>
              <w:rPr>
                <w:sz w:val="16"/>
              </w:rPr>
              <w:t>Missing data</w:t>
            </w:r>
          </w:p>
        </w:tc>
        <w:tc>
          <w:tcPr>
            <w:tcW w:w="5760" w:type="dxa"/>
            <w:tcMar>
              <w:top w:w="80" w:type="dxa"/>
              <w:left w:w="90" w:type="dxa"/>
              <w:bottom w:w="80" w:type="dxa"/>
              <w:right w:w="90" w:type="dxa"/>
            </w:tcMar>
            <w:vAlign w:val="center"/>
          </w:tcPr>
          <w:p w14:paraId="0948C8CF" w14:textId="77777777" w:rsidR="005C41BF" w:rsidRDefault="000B3397">
            <w:pPr>
              <w:spacing w:line="252" w:lineRule="auto"/>
            </w:pPr>
            <w:r>
              <w:rPr>
                <w:sz w:val="16"/>
              </w:rPr>
              <w:t>File-level missing data conventions are documented where relevant.</w:t>
            </w:r>
          </w:p>
        </w:tc>
        <w:tc>
          <w:tcPr>
            <w:tcW w:w="2232" w:type="dxa"/>
            <w:tcMar>
              <w:top w:w="80" w:type="dxa"/>
              <w:left w:w="90" w:type="dxa"/>
              <w:bottom w:w="80" w:type="dxa"/>
              <w:right w:w="90" w:type="dxa"/>
            </w:tcMar>
            <w:vAlign w:val="center"/>
          </w:tcPr>
          <w:p w14:paraId="746EE720"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A965116" w14:textId="77777777" w:rsidR="005C41BF" w:rsidRDefault="005C41BF">
            <w:pPr>
              <w:spacing w:line="252" w:lineRule="auto"/>
            </w:pPr>
          </w:p>
        </w:tc>
        <w:tc>
          <w:tcPr>
            <w:tcW w:w="1512" w:type="dxa"/>
            <w:tcMar>
              <w:top w:w="80" w:type="dxa"/>
              <w:left w:w="90" w:type="dxa"/>
              <w:bottom w:w="80" w:type="dxa"/>
              <w:right w:w="90" w:type="dxa"/>
            </w:tcMar>
            <w:vAlign w:val="center"/>
          </w:tcPr>
          <w:p w14:paraId="7B56EFCF"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BF9B7C9" w14:textId="77777777">
        <w:trPr>
          <w:jc w:val="center"/>
        </w:trPr>
        <w:tc>
          <w:tcPr>
            <w:tcW w:w="2232" w:type="dxa"/>
            <w:tcMar>
              <w:top w:w="80" w:type="dxa"/>
              <w:left w:w="90" w:type="dxa"/>
              <w:bottom w:w="80" w:type="dxa"/>
              <w:right w:w="90" w:type="dxa"/>
            </w:tcMar>
            <w:vAlign w:val="center"/>
          </w:tcPr>
          <w:p w14:paraId="25546E3C" w14:textId="77777777" w:rsidR="005C41BF" w:rsidRDefault="000B3397">
            <w:pPr>
              <w:spacing w:line="252" w:lineRule="auto"/>
            </w:pPr>
            <w:r>
              <w:rPr>
                <w:sz w:val="16"/>
              </w:rPr>
              <w:t>Notes</w:t>
            </w:r>
          </w:p>
        </w:tc>
        <w:tc>
          <w:tcPr>
            <w:tcW w:w="5760" w:type="dxa"/>
            <w:tcMar>
              <w:top w:w="80" w:type="dxa"/>
              <w:left w:w="90" w:type="dxa"/>
              <w:bottom w:w="80" w:type="dxa"/>
              <w:right w:w="90" w:type="dxa"/>
            </w:tcMar>
            <w:vAlign w:val="center"/>
          </w:tcPr>
          <w:p w14:paraId="3D19FE40" w14:textId="77777777" w:rsidR="005C41BF" w:rsidRDefault="000B3397">
            <w:pPr>
              <w:spacing w:line="252" w:lineRule="auto"/>
            </w:pPr>
            <w:r>
              <w:rPr>
                <w:sz w:val="16"/>
              </w:rPr>
              <w:t>File-specific notes, limitations, caveats, or special handling instructions are provided where relevant.</w:t>
            </w:r>
          </w:p>
        </w:tc>
        <w:tc>
          <w:tcPr>
            <w:tcW w:w="2232" w:type="dxa"/>
            <w:tcMar>
              <w:top w:w="80" w:type="dxa"/>
              <w:left w:w="90" w:type="dxa"/>
              <w:bottom w:w="80" w:type="dxa"/>
              <w:right w:w="90" w:type="dxa"/>
            </w:tcMar>
            <w:vAlign w:val="center"/>
          </w:tcPr>
          <w:p w14:paraId="4D160C8C"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DF4E37C" w14:textId="77777777" w:rsidR="005C41BF" w:rsidRDefault="005C41BF">
            <w:pPr>
              <w:spacing w:line="252" w:lineRule="auto"/>
            </w:pPr>
          </w:p>
        </w:tc>
        <w:tc>
          <w:tcPr>
            <w:tcW w:w="1512" w:type="dxa"/>
            <w:tcMar>
              <w:top w:w="80" w:type="dxa"/>
              <w:left w:w="90" w:type="dxa"/>
              <w:bottom w:w="80" w:type="dxa"/>
              <w:right w:w="90" w:type="dxa"/>
            </w:tcMar>
            <w:vAlign w:val="center"/>
          </w:tcPr>
          <w:p w14:paraId="12161DFC"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44FB30F8" w14:textId="77777777" w:rsidR="005C41BF" w:rsidRDefault="005C41BF">
      <w:pPr>
        <w:spacing w:after="40"/>
      </w:pPr>
    </w:p>
    <w:p w14:paraId="1DA6542E" w14:textId="77777777" w:rsidR="005C41BF" w:rsidRDefault="000B3397">
      <w:r>
        <w:br w:type="page"/>
      </w:r>
    </w:p>
    <w:p w14:paraId="37B8ABA8" w14:textId="77777777" w:rsidR="005C41BF" w:rsidRDefault="000B3397">
      <w:pPr>
        <w:pStyle w:val="Heading1"/>
        <w:spacing w:after="100" w:line="259" w:lineRule="auto"/>
      </w:pPr>
      <w:r>
        <w:rPr>
          <w:b w:val="0"/>
        </w:rPr>
        <w:lastRenderedPageBreak/>
        <w:t>4. Variables - Variable Checks</w:t>
      </w:r>
    </w:p>
    <w:p w14:paraId="02FCF917" w14:textId="77777777" w:rsidR="005C41BF" w:rsidRDefault="000B3397">
      <w:pPr>
        <w:spacing w:after="100" w:line="259" w:lineRule="auto"/>
      </w:pPr>
      <w:r>
        <w:t>This section reviews core variable-level metadata and data quality checks.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272A2F05" w14:textId="77777777">
        <w:trPr>
          <w:jc w:val="center"/>
        </w:trPr>
        <w:tc>
          <w:tcPr>
            <w:tcW w:w="2232" w:type="dxa"/>
            <w:shd w:val="clear" w:color="auto" w:fill="1F4E79"/>
            <w:tcMar>
              <w:top w:w="90" w:type="dxa"/>
              <w:left w:w="90" w:type="dxa"/>
              <w:bottom w:w="90" w:type="dxa"/>
              <w:right w:w="90" w:type="dxa"/>
            </w:tcMar>
            <w:vAlign w:val="center"/>
          </w:tcPr>
          <w:p w14:paraId="7A7E5B73"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37E3F762"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29763416"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6C918B8E"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2F6142C4" w14:textId="77777777" w:rsidR="005C41BF" w:rsidRDefault="000B3397">
            <w:pPr>
              <w:spacing w:line="252" w:lineRule="auto"/>
            </w:pPr>
            <w:r>
              <w:rPr>
                <w:b/>
                <w:color w:val="FFFFFF"/>
                <w:sz w:val="17"/>
              </w:rPr>
              <w:t>Action</w:t>
            </w:r>
          </w:p>
        </w:tc>
      </w:tr>
      <w:tr w:rsidR="005C41BF" w14:paraId="39A0E1AF" w14:textId="77777777">
        <w:trPr>
          <w:jc w:val="center"/>
        </w:trPr>
        <w:tc>
          <w:tcPr>
            <w:tcW w:w="2232" w:type="dxa"/>
            <w:tcMar>
              <w:top w:w="80" w:type="dxa"/>
              <w:left w:w="90" w:type="dxa"/>
              <w:bottom w:w="80" w:type="dxa"/>
              <w:right w:w="90" w:type="dxa"/>
            </w:tcMar>
            <w:vAlign w:val="center"/>
          </w:tcPr>
          <w:p w14:paraId="67B4F2E1" w14:textId="77777777" w:rsidR="005C41BF" w:rsidRDefault="000B3397">
            <w:pPr>
              <w:spacing w:line="252" w:lineRule="auto"/>
            </w:pPr>
            <w:r>
              <w:rPr>
                <w:sz w:val="16"/>
              </w:rPr>
              <w:t>Variable names</w:t>
            </w:r>
          </w:p>
        </w:tc>
        <w:tc>
          <w:tcPr>
            <w:tcW w:w="5760" w:type="dxa"/>
            <w:tcMar>
              <w:top w:w="80" w:type="dxa"/>
              <w:left w:w="90" w:type="dxa"/>
              <w:bottom w:w="80" w:type="dxa"/>
              <w:right w:w="90" w:type="dxa"/>
            </w:tcMar>
            <w:vAlign w:val="center"/>
          </w:tcPr>
          <w:p w14:paraId="34C2AA3F" w14:textId="77777777" w:rsidR="005C41BF" w:rsidRDefault="000B3397">
            <w:pPr>
              <w:spacing w:line="252" w:lineRule="auto"/>
            </w:pPr>
            <w:r>
              <w:rPr>
                <w:sz w:val="16"/>
              </w:rPr>
              <w:t>Variable names are stable, clear, and do not contain unsupported characters.</w:t>
            </w:r>
          </w:p>
        </w:tc>
        <w:tc>
          <w:tcPr>
            <w:tcW w:w="2232" w:type="dxa"/>
            <w:tcMar>
              <w:top w:w="80" w:type="dxa"/>
              <w:left w:w="90" w:type="dxa"/>
              <w:bottom w:w="80" w:type="dxa"/>
              <w:right w:w="90" w:type="dxa"/>
            </w:tcMar>
            <w:vAlign w:val="center"/>
          </w:tcPr>
          <w:p w14:paraId="397AA216"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041E394" w14:textId="77777777" w:rsidR="005C41BF" w:rsidRDefault="005C41BF">
            <w:pPr>
              <w:spacing w:line="252" w:lineRule="auto"/>
            </w:pPr>
          </w:p>
        </w:tc>
        <w:tc>
          <w:tcPr>
            <w:tcW w:w="1512" w:type="dxa"/>
            <w:tcMar>
              <w:top w:w="80" w:type="dxa"/>
              <w:left w:w="90" w:type="dxa"/>
              <w:bottom w:w="80" w:type="dxa"/>
              <w:right w:w="90" w:type="dxa"/>
            </w:tcMar>
            <w:vAlign w:val="center"/>
          </w:tcPr>
          <w:p w14:paraId="124BF88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03AA3B6" w14:textId="77777777">
        <w:trPr>
          <w:jc w:val="center"/>
        </w:trPr>
        <w:tc>
          <w:tcPr>
            <w:tcW w:w="2232" w:type="dxa"/>
            <w:tcMar>
              <w:top w:w="80" w:type="dxa"/>
              <w:left w:w="90" w:type="dxa"/>
              <w:bottom w:w="80" w:type="dxa"/>
              <w:right w:w="90" w:type="dxa"/>
            </w:tcMar>
            <w:vAlign w:val="center"/>
          </w:tcPr>
          <w:p w14:paraId="1508AED5" w14:textId="77777777" w:rsidR="005C41BF" w:rsidRDefault="000B3397">
            <w:pPr>
              <w:spacing w:line="252" w:lineRule="auto"/>
            </w:pPr>
            <w:r>
              <w:rPr>
                <w:sz w:val="16"/>
              </w:rPr>
              <w:t>Variable labels</w:t>
            </w:r>
          </w:p>
        </w:tc>
        <w:tc>
          <w:tcPr>
            <w:tcW w:w="5760" w:type="dxa"/>
            <w:tcMar>
              <w:top w:w="80" w:type="dxa"/>
              <w:left w:w="90" w:type="dxa"/>
              <w:bottom w:w="80" w:type="dxa"/>
              <w:right w:w="90" w:type="dxa"/>
            </w:tcMar>
            <w:vAlign w:val="center"/>
          </w:tcPr>
          <w:p w14:paraId="29947745" w14:textId="77777777" w:rsidR="005C41BF" w:rsidRDefault="000B3397">
            <w:pPr>
              <w:spacing w:line="252" w:lineRule="auto"/>
            </w:pPr>
            <w:r>
              <w:rPr>
                <w:sz w:val="16"/>
              </w:rPr>
              <w:t>All variables have unique, clear, and descriptive labels.</w:t>
            </w:r>
          </w:p>
        </w:tc>
        <w:tc>
          <w:tcPr>
            <w:tcW w:w="2232" w:type="dxa"/>
            <w:tcMar>
              <w:top w:w="80" w:type="dxa"/>
              <w:left w:w="90" w:type="dxa"/>
              <w:bottom w:w="80" w:type="dxa"/>
              <w:right w:w="90" w:type="dxa"/>
            </w:tcMar>
            <w:vAlign w:val="center"/>
          </w:tcPr>
          <w:p w14:paraId="7C5E8C52"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22B00AE" w14:textId="77777777" w:rsidR="005C41BF" w:rsidRDefault="005C41BF">
            <w:pPr>
              <w:spacing w:line="252" w:lineRule="auto"/>
            </w:pPr>
          </w:p>
        </w:tc>
        <w:tc>
          <w:tcPr>
            <w:tcW w:w="1512" w:type="dxa"/>
            <w:tcMar>
              <w:top w:w="80" w:type="dxa"/>
              <w:left w:w="90" w:type="dxa"/>
              <w:bottom w:w="80" w:type="dxa"/>
              <w:right w:w="90" w:type="dxa"/>
            </w:tcMar>
            <w:vAlign w:val="center"/>
          </w:tcPr>
          <w:p w14:paraId="7BC06A9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82CEAEE" w14:textId="77777777">
        <w:trPr>
          <w:jc w:val="center"/>
        </w:trPr>
        <w:tc>
          <w:tcPr>
            <w:tcW w:w="2232" w:type="dxa"/>
            <w:tcMar>
              <w:top w:w="80" w:type="dxa"/>
              <w:left w:w="90" w:type="dxa"/>
              <w:bottom w:w="80" w:type="dxa"/>
              <w:right w:w="90" w:type="dxa"/>
            </w:tcMar>
            <w:vAlign w:val="center"/>
          </w:tcPr>
          <w:p w14:paraId="04EC3271" w14:textId="77777777" w:rsidR="005C41BF" w:rsidRDefault="000B3397">
            <w:pPr>
              <w:spacing w:line="252" w:lineRule="auto"/>
            </w:pPr>
            <w:r>
              <w:rPr>
                <w:sz w:val="16"/>
              </w:rPr>
              <w:t>Categories</w:t>
            </w:r>
          </w:p>
        </w:tc>
        <w:tc>
          <w:tcPr>
            <w:tcW w:w="5760" w:type="dxa"/>
            <w:tcMar>
              <w:top w:w="80" w:type="dxa"/>
              <w:left w:w="90" w:type="dxa"/>
              <w:bottom w:w="80" w:type="dxa"/>
              <w:right w:w="90" w:type="dxa"/>
            </w:tcMar>
            <w:vAlign w:val="center"/>
          </w:tcPr>
          <w:p w14:paraId="6DB04797" w14:textId="77777777" w:rsidR="005C41BF" w:rsidRDefault="000B3397">
            <w:pPr>
              <w:spacing w:line="252" w:lineRule="auto"/>
            </w:pPr>
            <w:r>
              <w:rPr>
                <w:sz w:val="16"/>
              </w:rPr>
              <w:t>Categorical variables have complete and clear value labels.</w:t>
            </w:r>
          </w:p>
        </w:tc>
        <w:tc>
          <w:tcPr>
            <w:tcW w:w="2232" w:type="dxa"/>
            <w:tcMar>
              <w:top w:w="80" w:type="dxa"/>
              <w:left w:w="90" w:type="dxa"/>
              <w:bottom w:w="80" w:type="dxa"/>
              <w:right w:w="90" w:type="dxa"/>
            </w:tcMar>
            <w:vAlign w:val="center"/>
          </w:tcPr>
          <w:p w14:paraId="36C720D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2C6D796" w14:textId="77777777" w:rsidR="005C41BF" w:rsidRDefault="005C41BF">
            <w:pPr>
              <w:spacing w:line="252" w:lineRule="auto"/>
            </w:pPr>
          </w:p>
        </w:tc>
        <w:tc>
          <w:tcPr>
            <w:tcW w:w="1512" w:type="dxa"/>
            <w:tcMar>
              <w:top w:w="80" w:type="dxa"/>
              <w:left w:w="90" w:type="dxa"/>
              <w:bottom w:w="80" w:type="dxa"/>
              <w:right w:w="90" w:type="dxa"/>
            </w:tcMar>
            <w:vAlign w:val="center"/>
          </w:tcPr>
          <w:p w14:paraId="289BEFE3"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879B4CE" w14:textId="77777777">
        <w:trPr>
          <w:jc w:val="center"/>
        </w:trPr>
        <w:tc>
          <w:tcPr>
            <w:tcW w:w="2232" w:type="dxa"/>
            <w:tcMar>
              <w:top w:w="80" w:type="dxa"/>
              <w:left w:w="90" w:type="dxa"/>
              <w:bottom w:w="80" w:type="dxa"/>
              <w:right w:w="90" w:type="dxa"/>
            </w:tcMar>
            <w:vAlign w:val="center"/>
          </w:tcPr>
          <w:p w14:paraId="70E89645" w14:textId="77777777" w:rsidR="005C41BF" w:rsidRDefault="000B3397">
            <w:pPr>
              <w:spacing w:line="252" w:lineRule="auto"/>
            </w:pPr>
            <w:r>
              <w:rPr>
                <w:sz w:val="16"/>
              </w:rPr>
              <w:t>Statistics options</w:t>
            </w:r>
          </w:p>
        </w:tc>
        <w:tc>
          <w:tcPr>
            <w:tcW w:w="5760" w:type="dxa"/>
            <w:tcMar>
              <w:top w:w="80" w:type="dxa"/>
              <w:left w:w="90" w:type="dxa"/>
              <w:bottom w:w="80" w:type="dxa"/>
              <w:right w:w="90" w:type="dxa"/>
            </w:tcMar>
            <w:vAlign w:val="center"/>
          </w:tcPr>
          <w:p w14:paraId="42D78454" w14:textId="77777777" w:rsidR="005C41BF" w:rsidRDefault="000B3397">
            <w:pPr>
              <w:spacing w:line="252" w:lineRule="auto"/>
            </w:pPr>
            <w:r>
              <w:rPr>
                <w:sz w:val="16"/>
              </w:rPr>
              <w:t>Summary statistics are appropriate for the variable type and do not produce unnecessary outputs for IDs or non-analytical variables.</w:t>
            </w:r>
          </w:p>
        </w:tc>
        <w:tc>
          <w:tcPr>
            <w:tcW w:w="2232" w:type="dxa"/>
            <w:tcMar>
              <w:top w:w="80" w:type="dxa"/>
              <w:left w:w="90" w:type="dxa"/>
              <w:bottom w:w="80" w:type="dxa"/>
              <w:right w:w="90" w:type="dxa"/>
            </w:tcMar>
            <w:vAlign w:val="center"/>
          </w:tcPr>
          <w:p w14:paraId="41AA815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E1831B3" w14:textId="77777777" w:rsidR="005C41BF" w:rsidRDefault="005C41BF">
            <w:pPr>
              <w:spacing w:line="252" w:lineRule="auto"/>
            </w:pPr>
          </w:p>
        </w:tc>
        <w:tc>
          <w:tcPr>
            <w:tcW w:w="1512" w:type="dxa"/>
            <w:tcMar>
              <w:top w:w="80" w:type="dxa"/>
              <w:left w:w="90" w:type="dxa"/>
              <w:bottom w:w="80" w:type="dxa"/>
              <w:right w:w="90" w:type="dxa"/>
            </w:tcMar>
            <w:vAlign w:val="center"/>
          </w:tcPr>
          <w:p w14:paraId="388D62FA"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E50D60A" w14:textId="77777777">
        <w:trPr>
          <w:jc w:val="center"/>
        </w:trPr>
        <w:tc>
          <w:tcPr>
            <w:tcW w:w="2232" w:type="dxa"/>
            <w:tcMar>
              <w:top w:w="80" w:type="dxa"/>
              <w:left w:w="90" w:type="dxa"/>
              <w:bottom w:w="80" w:type="dxa"/>
              <w:right w:w="90" w:type="dxa"/>
            </w:tcMar>
            <w:vAlign w:val="center"/>
          </w:tcPr>
          <w:p w14:paraId="1966C0D8" w14:textId="77777777" w:rsidR="005C41BF" w:rsidRDefault="000B3397">
            <w:pPr>
              <w:spacing w:line="252" w:lineRule="auto"/>
            </w:pPr>
            <w:r>
              <w:rPr>
                <w:sz w:val="16"/>
              </w:rPr>
              <w:t>Weights</w:t>
            </w:r>
          </w:p>
        </w:tc>
        <w:tc>
          <w:tcPr>
            <w:tcW w:w="5760" w:type="dxa"/>
            <w:tcMar>
              <w:top w:w="80" w:type="dxa"/>
              <w:left w:w="90" w:type="dxa"/>
              <w:bottom w:w="80" w:type="dxa"/>
              <w:right w:w="90" w:type="dxa"/>
            </w:tcMar>
            <w:vAlign w:val="center"/>
          </w:tcPr>
          <w:p w14:paraId="3AA74D52" w14:textId="77777777" w:rsidR="005C41BF" w:rsidRDefault="000B3397">
            <w:pPr>
              <w:spacing w:line="252" w:lineRule="auto"/>
            </w:pPr>
            <w:r>
              <w:rPr>
                <w:sz w:val="16"/>
              </w:rPr>
              <w:t>Appropriate weights are applied or documented where relevant.</w:t>
            </w:r>
          </w:p>
        </w:tc>
        <w:tc>
          <w:tcPr>
            <w:tcW w:w="2232" w:type="dxa"/>
            <w:tcMar>
              <w:top w:w="80" w:type="dxa"/>
              <w:left w:w="90" w:type="dxa"/>
              <w:bottom w:w="80" w:type="dxa"/>
              <w:right w:w="90" w:type="dxa"/>
            </w:tcMar>
            <w:vAlign w:val="center"/>
          </w:tcPr>
          <w:p w14:paraId="3F53778C"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4E11D2A" w14:textId="77777777" w:rsidR="005C41BF" w:rsidRDefault="005C41BF">
            <w:pPr>
              <w:spacing w:line="252" w:lineRule="auto"/>
            </w:pPr>
          </w:p>
        </w:tc>
        <w:tc>
          <w:tcPr>
            <w:tcW w:w="1512" w:type="dxa"/>
            <w:tcMar>
              <w:top w:w="80" w:type="dxa"/>
              <w:left w:w="90" w:type="dxa"/>
              <w:bottom w:w="80" w:type="dxa"/>
              <w:right w:w="90" w:type="dxa"/>
            </w:tcMar>
            <w:vAlign w:val="center"/>
          </w:tcPr>
          <w:p w14:paraId="71E03F3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F75E470" w14:textId="77777777">
        <w:trPr>
          <w:jc w:val="center"/>
        </w:trPr>
        <w:tc>
          <w:tcPr>
            <w:tcW w:w="2232" w:type="dxa"/>
            <w:tcMar>
              <w:top w:w="80" w:type="dxa"/>
              <w:left w:w="90" w:type="dxa"/>
              <w:bottom w:w="80" w:type="dxa"/>
              <w:right w:w="90" w:type="dxa"/>
            </w:tcMar>
            <w:vAlign w:val="center"/>
          </w:tcPr>
          <w:p w14:paraId="470F2038" w14:textId="77777777" w:rsidR="005C41BF" w:rsidRDefault="000B3397">
            <w:pPr>
              <w:spacing w:line="252" w:lineRule="auto"/>
            </w:pPr>
            <w:r>
              <w:rPr>
                <w:sz w:val="16"/>
              </w:rPr>
              <w:t>Data type</w:t>
            </w:r>
          </w:p>
        </w:tc>
        <w:tc>
          <w:tcPr>
            <w:tcW w:w="5760" w:type="dxa"/>
            <w:tcMar>
              <w:top w:w="80" w:type="dxa"/>
              <w:left w:w="90" w:type="dxa"/>
              <w:bottom w:w="80" w:type="dxa"/>
              <w:right w:w="90" w:type="dxa"/>
            </w:tcMar>
            <w:vAlign w:val="center"/>
          </w:tcPr>
          <w:p w14:paraId="22E6DC93" w14:textId="77777777" w:rsidR="005C41BF" w:rsidRDefault="000B3397">
            <w:pPr>
              <w:spacing w:line="252" w:lineRule="auto"/>
            </w:pPr>
            <w:r>
              <w:rPr>
                <w:sz w:val="16"/>
              </w:rPr>
              <w:t>Data types are correct and appropriate for the values stored in each variable.</w:t>
            </w:r>
          </w:p>
        </w:tc>
        <w:tc>
          <w:tcPr>
            <w:tcW w:w="2232" w:type="dxa"/>
            <w:tcMar>
              <w:top w:w="80" w:type="dxa"/>
              <w:left w:w="90" w:type="dxa"/>
              <w:bottom w:w="80" w:type="dxa"/>
              <w:right w:w="90" w:type="dxa"/>
            </w:tcMar>
            <w:vAlign w:val="center"/>
          </w:tcPr>
          <w:p w14:paraId="5EDC871B"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1126E5D" w14:textId="77777777" w:rsidR="005C41BF" w:rsidRDefault="005C41BF">
            <w:pPr>
              <w:spacing w:line="252" w:lineRule="auto"/>
            </w:pPr>
          </w:p>
        </w:tc>
        <w:tc>
          <w:tcPr>
            <w:tcW w:w="1512" w:type="dxa"/>
            <w:tcMar>
              <w:top w:w="80" w:type="dxa"/>
              <w:left w:w="90" w:type="dxa"/>
              <w:bottom w:w="80" w:type="dxa"/>
              <w:right w:w="90" w:type="dxa"/>
            </w:tcMar>
            <w:vAlign w:val="center"/>
          </w:tcPr>
          <w:p w14:paraId="21A2E14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B9F0CB7" w14:textId="77777777">
        <w:trPr>
          <w:jc w:val="center"/>
        </w:trPr>
        <w:tc>
          <w:tcPr>
            <w:tcW w:w="2232" w:type="dxa"/>
            <w:tcMar>
              <w:top w:w="80" w:type="dxa"/>
              <w:left w:w="90" w:type="dxa"/>
              <w:bottom w:w="80" w:type="dxa"/>
              <w:right w:w="90" w:type="dxa"/>
            </w:tcMar>
            <w:vAlign w:val="center"/>
          </w:tcPr>
          <w:p w14:paraId="15A32DE9" w14:textId="77777777" w:rsidR="005C41BF" w:rsidRDefault="000B3397">
            <w:pPr>
              <w:spacing w:line="252" w:lineRule="auto"/>
            </w:pPr>
            <w:r>
              <w:rPr>
                <w:sz w:val="16"/>
              </w:rPr>
              <w:t>Measure</w:t>
            </w:r>
          </w:p>
        </w:tc>
        <w:tc>
          <w:tcPr>
            <w:tcW w:w="5760" w:type="dxa"/>
            <w:tcMar>
              <w:top w:w="80" w:type="dxa"/>
              <w:left w:w="90" w:type="dxa"/>
              <w:bottom w:w="80" w:type="dxa"/>
              <w:right w:w="90" w:type="dxa"/>
            </w:tcMar>
            <w:vAlign w:val="center"/>
          </w:tcPr>
          <w:p w14:paraId="3D711BDC" w14:textId="77777777" w:rsidR="005C41BF" w:rsidRDefault="000B3397">
            <w:pPr>
              <w:spacing w:line="252" w:lineRule="auto"/>
            </w:pPr>
            <w:r>
              <w:rPr>
                <w:sz w:val="16"/>
              </w:rPr>
              <w:t>Measurement level is appropriate, such as nominal, ordinal, interval, or ratio.</w:t>
            </w:r>
          </w:p>
        </w:tc>
        <w:tc>
          <w:tcPr>
            <w:tcW w:w="2232" w:type="dxa"/>
            <w:tcMar>
              <w:top w:w="80" w:type="dxa"/>
              <w:left w:w="90" w:type="dxa"/>
              <w:bottom w:w="80" w:type="dxa"/>
              <w:right w:w="90" w:type="dxa"/>
            </w:tcMar>
            <w:vAlign w:val="center"/>
          </w:tcPr>
          <w:p w14:paraId="0B2A4342"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2DE403A5" w14:textId="77777777" w:rsidR="005C41BF" w:rsidRDefault="005C41BF">
            <w:pPr>
              <w:spacing w:line="252" w:lineRule="auto"/>
            </w:pPr>
          </w:p>
        </w:tc>
        <w:tc>
          <w:tcPr>
            <w:tcW w:w="1512" w:type="dxa"/>
            <w:tcMar>
              <w:top w:w="80" w:type="dxa"/>
              <w:left w:w="90" w:type="dxa"/>
              <w:bottom w:w="80" w:type="dxa"/>
              <w:right w:w="90" w:type="dxa"/>
            </w:tcMar>
            <w:vAlign w:val="center"/>
          </w:tcPr>
          <w:p w14:paraId="7CB8744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C4B8AD2" w14:textId="77777777">
        <w:trPr>
          <w:jc w:val="center"/>
        </w:trPr>
        <w:tc>
          <w:tcPr>
            <w:tcW w:w="2232" w:type="dxa"/>
            <w:tcMar>
              <w:top w:w="80" w:type="dxa"/>
              <w:left w:w="90" w:type="dxa"/>
              <w:bottom w:w="80" w:type="dxa"/>
              <w:right w:w="90" w:type="dxa"/>
            </w:tcMar>
            <w:vAlign w:val="center"/>
          </w:tcPr>
          <w:p w14:paraId="2DCFBC46" w14:textId="77777777" w:rsidR="005C41BF" w:rsidRDefault="000B3397">
            <w:pPr>
              <w:spacing w:line="252" w:lineRule="auto"/>
            </w:pPr>
            <w:r>
              <w:rPr>
                <w:sz w:val="16"/>
              </w:rPr>
              <w:t>Time variable</w:t>
            </w:r>
          </w:p>
        </w:tc>
        <w:tc>
          <w:tcPr>
            <w:tcW w:w="5760" w:type="dxa"/>
            <w:tcMar>
              <w:top w:w="80" w:type="dxa"/>
              <w:left w:w="90" w:type="dxa"/>
              <w:bottom w:w="80" w:type="dxa"/>
              <w:right w:w="90" w:type="dxa"/>
            </w:tcMar>
            <w:vAlign w:val="center"/>
          </w:tcPr>
          <w:p w14:paraId="53C62F5D" w14:textId="77777777" w:rsidR="005C41BF" w:rsidRDefault="000B3397">
            <w:pPr>
              <w:spacing w:line="252" w:lineRule="auto"/>
            </w:pPr>
            <w:r>
              <w:rPr>
                <w:sz w:val="16"/>
              </w:rPr>
              <w:t>Time variables are correctly identified where applicable.</w:t>
            </w:r>
          </w:p>
        </w:tc>
        <w:tc>
          <w:tcPr>
            <w:tcW w:w="2232" w:type="dxa"/>
            <w:tcMar>
              <w:top w:w="80" w:type="dxa"/>
              <w:left w:w="90" w:type="dxa"/>
              <w:bottom w:w="80" w:type="dxa"/>
              <w:right w:w="90" w:type="dxa"/>
            </w:tcMar>
            <w:vAlign w:val="center"/>
          </w:tcPr>
          <w:p w14:paraId="34F9D183"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2431CDC" w14:textId="77777777" w:rsidR="005C41BF" w:rsidRDefault="005C41BF">
            <w:pPr>
              <w:spacing w:line="252" w:lineRule="auto"/>
            </w:pPr>
          </w:p>
        </w:tc>
        <w:tc>
          <w:tcPr>
            <w:tcW w:w="1512" w:type="dxa"/>
            <w:tcMar>
              <w:top w:w="80" w:type="dxa"/>
              <w:left w:w="90" w:type="dxa"/>
              <w:bottom w:w="80" w:type="dxa"/>
              <w:right w:w="90" w:type="dxa"/>
            </w:tcMar>
            <w:vAlign w:val="center"/>
          </w:tcPr>
          <w:p w14:paraId="1162F3F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6DF1777" w14:textId="77777777">
        <w:trPr>
          <w:jc w:val="center"/>
        </w:trPr>
        <w:tc>
          <w:tcPr>
            <w:tcW w:w="2232" w:type="dxa"/>
            <w:tcMar>
              <w:top w:w="80" w:type="dxa"/>
              <w:left w:w="90" w:type="dxa"/>
              <w:bottom w:w="80" w:type="dxa"/>
              <w:right w:w="90" w:type="dxa"/>
            </w:tcMar>
            <w:vAlign w:val="center"/>
          </w:tcPr>
          <w:p w14:paraId="473208B6" w14:textId="77777777" w:rsidR="005C41BF" w:rsidRDefault="000B3397">
            <w:pPr>
              <w:spacing w:line="252" w:lineRule="auto"/>
            </w:pPr>
            <w:r>
              <w:rPr>
                <w:sz w:val="16"/>
              </w:rPr>
              <w:t>Min and max values</w:t>
            </w:r>
          </w:p>
        </w:tc>
        <w:tc>
          <w:tcPr>
            <w:tcW w:w="5760" w:type="dxa"/>
            <w:tcMar>
              <w:top w:w="80" w:type="dxa"/>
              <w:left w:w="90" w:type="dxa"/>
              <w:bottom w:w="80" w:type="dxa"/>
              <w:right w:w="90" w:type="dxa"/>
            </w:tcMar>
            <w:vAlign w:val="center"/>
          </w:tcPr>
          <w:p w14:paraId="428A5DB8" w14:textId="77777777" w:rsidR="005C41BF" w:rsidRDefault="000B3397">
            <w:pPr>
              <w:spacing w:line="252" w:lineRule="auto"/>
            </w:pPr>
            <w:r>
              <w:rPr>
                <w:sz w:val="16"/>
              </w:rPr>
              <w:t>Minimum and maximum values are documented and checked for out-of-range values where data are available.</w:t>
            </w:r>
          </w:p>
        </w:tc>
        <w:tc>
          <w:tcPr>
            <w:tcW w:w="2232" w:type="dxa"/>
            <w:tcMar>
              <w:top w:w="80" w:type="dxa"/>
              <w:left w:w="90" w:type="dxa"/>
              <w:bottom w:w="80" w:type="dxa"/>
              <w:right w:w="90" w:type="dxa"/>
            </w:tcMar>
            <w:vAlign w:val="center"/>
          </w:tcPr>
          <w:p w14:paraId="0FB95560"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9E398E2" w14:textId="77777777" w:rsidR="005C41BF" w:rsidRDefault="005C41BF">
            <w:pPr>
              <w:spacing w:line="252" w:lineRule="auto"/>
            </w:pPr>
          </w:p>
        </w:tc>
        <w:tc>
          <w:tcPr>
            <w:tcW w:w="1512" w:type="dxa"/>
            <w:tcMar>
              <w:top w:w="80" w:type="dxa"/>
              <w:left w:w="90" w:type="dxa"/>
              <w:bottom w:w="80" w:type="dxa"/>
              <w:right w:w="90" w:type="dxa"/>
            </w:tcMar>
            <w:vAlign w:val="center"/>
          </w:tcPr>
          <w:p w14:paraId="2D6815B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3EE859F" w14:textId="77777777">
        <w:trPr>
          <w:jc w:val="center"/>
        </w:trPr>
        <w:tc>
          <w:tcPr>
            <w:tcW w:w="2232" w:type="dxa"/>
            <w:tcMar>
              <w:top w:w="80" w:type="dxa"/>
              <w:left w:w="90" w:type="dxa"/>
              <w:bottom w:w="80" w:type="dxa"/>
              <w:right w:w="90" w:type="dxa"/>
            </w:tcMar>
            <w:vAlign w:val="center"/>
          </w:tcPr>
          <w:p w14:paraId="6F1A1F7C" w14:textId="77777777" w:rsidR="005C41BF" w:rsidRDefault="000B3397">
            <w:pPr>
              <w:spacing w:line="252" w:lineRule="auto"/>
            </w:pPr>
            <w:r>
              <w:rPr>
                <w:sz w:val="16"/>
              </w:rPr>
              <w:t>Decimals</w:t>
            </w:r>
          </w:p>
        </w:tc>
        <w:tc>
          <w:tcPr>
            <w:tcW w:w="5760" w:type="dxa"/>
            <w:tcMar>
              <w:top w:w="80" w:type="dxa"/>
              <w:left w:w="90" w:type="dxa"/>
              <w:bottom w:w="80" w:type="dxa"/>
              <w:right w:w="90" w:type="dxa"/>
            </w:tcMar>
            <w:vAlign w:val="center"/>
          </w:tcPr>
          <w:p w14:paraId="2D8BF04D" w14:textId="77777777" w:rsidR="005C41BF" w:rsidRDefault="000B3397">
            <w:pPr>
              <w:spacing w:line="252" w:lineRule="auto"/>
            </w:pPr>
            <w:r>
              <w:rPr>
                <w:sz w:val="16"/>
              </w:rPr>
              <w:t>Decimal settings are appropriate and consistent with the data.</w:t>
            </w:r>
          </w:p>
        </w:tc>
        <w:tc>
          <w:tcPr>
            <w:tcW w:w="2232" w:type="dxa"/>
            <w:tcMar>
              <w:top w:w="80" w:type="dxa"/>
              <w:left w:w="90" w:type="dxa"/>
              <w:bottom w:w="80" w:type="dxa"/>
              <w:right w:w="90" w:type="dxa"/>
            </w:tcMar>
            <w:vAlign w:val="center"/>
          </w:tcPr>
          <w:p w14:paraId="77C55720"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6287F21" w14:textId="77777777" w:rsidR="005C41BF" w:rsidRDefault="005C41BF">
            <w:pPr>
              <w:spacing w:line="252" w:lineRule="auto"/>
            </w:pPr>
          </w:p>
        </w:tc>
        <w:tc>
          <w:tcPr>
            <w:tcW w:w="1512" w:type="dxa"/>
            <w:tcMar>
              <w:top w:w="80" w:type="dxa"/>
              <w:left w:w="90" w:type="dxa"/>
              <w:bottom w:w="80" w:type="dxa"/>
              <w:right w:w="90" w:type="dxa"/>
            </w:tcMar>
            <w:vAlign w:val="center"/>
          </w:tcPr>
          <w:p w14:paraId="057ACE42"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86C2A7A" w14:textId="77777777">
        <w:trPr>
          <w:jc w:val="center"/>
        </w:trPr>
        <w:tc>
          <w:tcPr>
            <w:tcW w:w="2232" w:type="dxa"/>
            <w:tcMar>
              <w:top w:w="80" w:type="dxa"/>
              <w:left w:w="90" w:type="dxa"/>
              <w:bottom w:w="80" w:type="dxa"/>
              <w:right w:w="90" w:type="dxa"/>
            </w:tcMar>
            <w:vAlign w:val="center"/>
          </w:tcPr>
          <w:p w14:paraId="1212EEB8" w14:textId="77777777" w:rsidR="005C41BF" w:rsidRDefault="000B3397">
            <w:pPr>
              <w:spacing w:line="252" w:lineRule="auto"/>
            </w:pPr>
            <w:r>
              <w:rPr>
                <w:sz w:val="16"/>
              </w:rPr>
              <w:t>Missing data</w:t>
            </w:r>
          </w:p>
        </w:tc>
        <w:tc>
          <w:tcPr>
            <w:tcW w:w="5760" w:type="dxa"/>
            <w:tcMar>
              <w:top w:w="80" w:type="dxa"/>
              <w:left w:w="90" w:type="dxa"/>
              <w:bottom w:w="80" w:type="dxa"/>
              <w:right w:w="90" w:type="dxa"/>
            </w:tcMar>
            <w:vAlign w:val="center"/>
          </w:tcPr>
          <w:p w14:paraId="705896C8" w14:textId="77777777" w:rsidR="005C41BF" w:rsidRDefault="000B3397">
            <w:pPr>
              <w:spacing w:line="252" w:lineRule="auto"/>
            </w:pPr>
            <w:r>
              <w:rPr>
                <w:sz w:val="16"/>
              </w:rPr>
              <w:t>Missing values are documented consistently and are not confused with valid response categories.</w:t>
            </w:r>
          </w:p>
        </w:tc>
        <w:tc>
          <w:tcPr>
            <w:tcW w:w="2232" w:type="dxa"/>
            <w:tcMar>
              <w:top w:w="80" w:type="dxa"/>
              <w:left w:w="90" w:type="dxa"/>
              <w:bottom w:w="80" w:type="dxa"/>
              <w:right w:w="90" w:type="dxa"/>
            </w:tcMar>
            <w:vAlign w:val="center"/>
          </w:tcPr>
          <w:p w14:paraId="78F36D8B"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BE93A62" w14:textId="77777777" w:rsidR="005C41BF" w:rsidRDefault="005C41BF">
            <w:pPr>
              <w:spacing w:line="252" w:lineRule="auto"/>
            </w:pPr>
          </w:p>
        </w:tc>
        <w:tc>
          <w:tcPr>
            <w:tcW w:w="1512" w:type="dxa"/>
            <w:tcMar>
              <w:top w:w="80" w:type="dxa"/>
              <w:left w:w="90" w:type="dxa"/>
              <w:bottom w:w="80" w:type="dxa"/>
              <w:right w:w="90" w:type="dxa"/>
            </w:tcMar>
            <w:vAlign w:val="center"/>
          </w:tcPr>
          <w:p w14:paraId="00CA37E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384BA73E" w14:textId="77777777" w:rsidR="005C41BF" w:rsidRDefault="005C41BF">
      <w:pPr>
        <w:spacing w:after="40"/>
      </w:pPr>
    </w:p>
    <w:p w14:paraId="34B3F2EB" w14:textId="77777777" w:rsidR="005C41BF" w:rsidRDefault="000B3397">
      <w:r>
        <w:br w:type="page"/>
      </w:r>
    </w:p>
    <w:p w14:paraId="55C270E5" w14:textId="77777777" w:rsidR="005C41BF" w:rsidRDefault="000B3397">
      <w:pPr>
        <w:pStyle w:val="Heading1"/>
        <w:spacing w:after="100" w:line="259" w:lineRule="auto"/>
      </w:pPr>
      <w:r>
        <w:rPr>
          <w:b w:val="0"/>
        </w:rPr>
        <w:lastRenderedPageBreak/>
        <w:t>4. Variables - Description, Questions, and Derivations</w:t>
      </w:r>
    </w:p>
    <w:p w14:paraId="6B99C868" w14:textId="77777777" w:rsidR="005C41BF" w:rsidRDefault="000B3397">
      <w:pPr>
        <w:spacing w:after="100" w:line="259" w:lineRule="auto"/>
      </w:pPr>
      <w:r>
        <w:t>This section reviews variable descriptions, question text, respondent universe, and derivation logic.</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0D34E90F" w14:textId="77777777">
        <w:trPr>
          <w:jc w:val="center"/>
        </w:trPr>
        <w:tc>
          <w:tcPr>
            <w:tcW w:w="2232" w:type="dxa"/>
            <w:shd w:val="clear" w:color="auto" w:fill="1F4E79"/>
            <w:tcMar>
              <w:top w:w="90" w:type="dxa"/>
              <w:left w:w="90" w:type="dxa"/>
              <w:bottom w:w="90" w:type="dxa"/>
              <w:right w:w="90" w:type="dxa"/>
            </w:tcMar>
            <w:vAlign w:val="center"/>
          </w:tcPr>
          <w:p w14:paraId="5E95C0CB"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58A13D9B"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053A5094"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5D1BFE02"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20348214" w14:textId="77777777" w:rsidR="005C41BF" w:rsidRDefault="000B3397">
            <w:pPr>
              <w:spacing w:line="252" w:lineRule="auto"/>
            </w:pPr>
            <w:r>
              <w:rPr>
                <w:b/>
                <w:color w:val="FFFFFF"/>
                <w:sz w:val="17"/>
              </w:rPr>
              <w:t>Action</w:t>
            </w:r>
          </w:p>
        </w:tc>
      </w:tr>
      <w:tr w:rsidR="005C41BF" w14:paraId="304D40E5" w14:textId="77777777">
        <w:trPr>
          <w:jc w:val="center"/>
        </w:trPr>
        <w:tc>
          <w:tcPr>
            <w:tcW w:w="2232" w:type="dxa"/>
            <w:tcMar>
              <w:top w:w="80" w:type="dxa"/>
              <w:left w:w="90" w:type="dxa"/>
              <w:bottom w:w="80" w:type="dxa"/>
              <w:right w:w="90" w:type="dxa"/>
            </w:tcMar>
            <w:vAlign w:val="center"/>
          </w:tcPr>
          <w:p w14:paraId="3DA1D686" w14:textId="77777777" w:rsidR="005C41BF" w:rsidRDefault="000B3397">
            <w:pPr>
              <w:spacing w:line="252" w:lineRule="auto"/>
            </w:pPr>
            <w:r>
              <w:rPr>
                <w:sz w:val="16"/>
              </w:rPr>
              <w:t>Definition</w:t>
            </w:r>
          </w:p>
        </w:tc>
        <w:tc>
          <w:tcPr>
            <w:tcW w:w="5760" w:type="dxa"/>
            <w:tcMar>
              <w:top w:w="80" w:type="dxa"/>
              <w:left w:w="90" w:type="dxa"/>
              <w:bottom w:w="80" w:type="dxa"/>
              <w:right w:w="90" w:type="dxa"/>
            </w:tcMar>
            <w:vAlign w:val="center"/>
          </w:tcPr>
          <w:p w14:paraId="2862C8A9" w14:textId="77777777" w:rsidR="005C41BF" w:rsidRDefault="000B3397">
            <w:pPr>
              <w:spacing w:line="252" w:lineRule="auto"/>
            </w:pPr>
            <w:r>
              <w:rPr>
                <w:sz w:val="16"/>
              </w:rPr>
              <w:t>Definitions are provided for key concepts, derived variables, and variables that require clarification.</w:t>
            </w:r>
          </w:p>
        </w:tc>
        <w:tc>
          <w:tcPr>
            <w:tcW w:w="2232" w:type="dxa"/>
            <w:tcMar>
              <w:top w:w="80" w:type="dxa"/>
              <w:left w:w="90" w:type="dxa"/>
              <w:bottom w:w="80" w:type="dxa"/>
              <w:right w:w="90" w:type="dxa"/>
            </w:tcMar>
            <w:vAlign w:val="center"/>
          </w:tcPr>
          <w:p w14:paraId="0C2E0F7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D34F5C7" w14:textId="77777777" w:rsidR="005C41BF" w:rsidRDefault="005C41BF">
            <w:pPr>
              <w:spacing w:line="252" w:lineRule="auto"/>
            </w:pPr>
          </w:p>
        </w:tc>
        <w:tc>
          <w:tcPr>
            <w:tcW w:w="1512" w:type="dxa"/>
            <w:tcMar>
              <w:top w:w="80" w:type="dxa"/>
              <w:left w:w="90" w:type="dxa"/>
              <w:bottom w:w="80" w:type="dxa"/>
              <w:right w:w="90" w:type="dxa"/>
            </w:tcMar>
            <w:vAlign w:val="center"/>
          </w:tcPr>
          <w:p w14:paraId="10D8B683"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CDB53B7" w14:textId="77777777">
        <w:trPr>
          <w:jc w:val="center"/>
        </w:trPr>
        <w:tc>
          <w:tcPr>
            <w:tcW w:w="2232" w:type="dxa"/>
            <w:tcMar>
              <w:top w:w="80" w:type="dxa"/>
              <w:left w:w="90" w:type="dxa"/>
              <w:bottom w:w="80" w:type="dxa"/>
              <w:right w:w="90" w:type="dxa"/>
            </w:tcMar>
            <w:vAlign w:val="center"/>
          </w:tcPr>
          <w:p w14:paraId="7EB18262" w14:textId="77777777" w:rsidR="005C41BF" w:rsidRDefault="000B3397">
            <w:pPr>
              <w:spacing w:line="252" w:lineRule="auto"/>
            </w:pPr>
            <w:r>
              <w:rPr>
                <w:sz w:val="16"/>
              </w:rPr>
              <w:t>Universe</w:t>
            </w:r>
          </w:p>
        </w:tc>
        <w:tc>
          <w:tcPr>
            <w:tcW w:w="5760" w:type="dxa"/>
            <w:tcMar>
              <w:top w:w="80" w:type="dxa"/>
              <w:left w:w="90" w:type="dxa"/>
              <w:bottom w:w="80" w:type="dxa"/>
              <w:right w:w="90" w:type="dxa"/>
            </w:tcMar>
            <w:vAlign w:val="center"/>
          </w:tcPr>
          <w:p w14:paraId="46F40800" w14:textId="77777777" w:rsidR="005C41BF" w:rsidRDefault="000B3397">
            <w:pPr>
              <w:spacing w:line="252" w:lineRule="auto"/>
            </w:pPr>
            <w:r>
              <w:rPr>
                <w:sz w:val="16"/>
              </w:rPr>
              <w:t>Universe is specified for variables where the population or skip pattern is restricted.</w:t>
            </w:r>
          </w:p>
        </w:tc>
        <w:tc>
          <w:tcPr>
            <w:tcW w:w="2232" w:type="dxa"/>
            <w:tcMar>
              <w:top w:w="80" w:type="dxa"/>
              <w:left w:w="90" w:type="dxa"/>
              <w:bottom w:w="80" w:type="dxa"/>
              <w:right w:w="90" w:type="dxa"/>
            </w:tcMar>
            <w:vAlign w:val="center"/>
          </w:tcPr>
          <w:p w14:paraId="4E8FD93F"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B4020A7" w14:textId="77777777" w:rsidR="005C41BF" w:rsidRDefault="005C41BF">
            <w:pPr>
              <w:spacing w:line="252" w:lineRule="auto"/>
            </w:pPr>
          </w:p>
        </w:tc>
        <w:tc>
          <w:tcPr>
            <w:tcW w:w="1512" w:type="dxa"/>
            <w:tcMar>
              <w:top w:w="80" w:type="dxa"/>
              <w:left w:w="90" w:type="dxa"/>
              <w:bottom w:w="80" w:type="dxa"/>
              <w:right w:w="90" w:type="dxa"/>
            </w:tcMar>
            <w:vAlign w:val="center"/>
          </w:tcPr>
          <w:p w14:paraId="0045449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992748E" w14:textId="77777777">
        <w:trPr>
          <w:jc w:val="center"/>
        </w:trPr>
        <w:tc>
          <w:tcPr>
            <w:tcW w:w="2232" w:type="dxa"/>
            <w:tcMar>
              <w:top w:w="80" w:type="dxa"/>
              <w:left w:w="90" w:type="dxa"/>
              <w:bottom w:w="80" w:type="dxa"/>
              <w:right w:w="90" w:type="dxa"/>
            </w:tcMar>
            <w:vAlign w:val="center"/>
          </w:tcPr>
          <w:p w14:paraId="6E7485DE" w14:textId="77777777" w:rsidR="005C41BF" w:rsidRDefault="000B3397">
            <w:pPr>
              <w:spacing w:line="252" w:lineRule="auto"/>
            </w:pPr>
            <w:r>
              <w:rPr>
                <w:sz w:val="16"/>
              </w:rPr>
              <w:t>Source of information</w:t>
            </w:r>
          </w:p>
        </w:tc>
        <w:tc>
          <w:tcPr>
            <w:tcW w:w="5760" w:type="dxa"/>
            <w:tcMar>
              <w:top w:w="80" w:type="dxa"/>
              <w:left w:w="90" w:type="dxa"/>
              <w:bottom w:w="80" w:type="dxa"/>
              <w:right w:w="90" w:type="dxa"/>
            </w:tcMar>
            <w:vAlign w:val="center"/>
          </w:tcPr>
          <w:p w14:paraId="6E9830F9" w14:textId="77777777" w:rsidR="005C41BF" w:rsidRDefault="000B3397">
            <w:pPr>
              <w:spacing w:line="252" w:lineRule="auto"/>
            </w:pPr>
            <w:r>
              <w:rPr>
                <w:sz w:val="16"/>
              </w:rPr>
              <w:t>Source is documented where relevant, such as respondent, household head, administrative record, or derived source.</w:t>
            </w:r>
          </w:p>
        </w:tc>
        <w:tc>
          <w:tcPr>
            <w:tcW w:w="2232" w:type="dxa"/>
            <w:tcMar>
              <w:top w:w="80" w:type="dxa"/>
              <w:left w:w="90" w:type="dxa"/>
              <w:bottom w:w="80" w:type="dxa"/>
              <w:right w:w="90" w:type="dxa"/>
            </w:tcMar>
            <w:vAlign w:val="center"/>
          </w:tcPr>
          <w:p w14:paraId="703ED0F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D7B270A" w14:textId="77777777" w:rsidR="005C41BF" w:rsidRDefault="005C41BF">
            <w:pPr>
              <w:spacing w:line="252" w:lineRule="auto"/>
            </w:pPr>
          </w:p>
        </w:tc>
        <w:tc>
          <w:tcPr>
            <w:tcW w:w="1512" w:type="dxa"/>
            <w:tcMar>
              <w:top w:w="80" w:type="dxa"/>
              <w:left w:w="90" w:type="dxa"/>
              <w:bottom w:w="80" w:type="dxa"/>
              <w:right w:w="90" w:type="dxa"/>
            </w:tcMar>
            <w:vAlign w:val="center"/>
          </w:tcPr>
          <w:p w14:paraId="603A1C1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4899C5F" w14:textId="77777777">
        <w:trPr>
          <w:jc w:val="center"/>
        </w:trPr>
        <w:tc>
          <w:tcPr>
            <w:tcW w:w="2232" w:type="dxa"/>
            <w:tcMar>
              <w:top w:w="80" w:type="dxa"/>
              <w:left w:w="90" w:type="dxa"/>
              <w:bottom w:w="80" w:type="dxa"/>
              <w:right w:w="90" w:type="dxa"/>
            </w:tcMar>
            <w:vAlign w:val="center"/>
          </w:tcPr>
          <w:p w14:paraId="1035CF7E" w14:textId="77777777" w:rsidR="005C41BF" w:rsidRDefault="000B3397">
            <w:pPr>
              <w:spacing w:line="252" w:lineRule="auto"/>
            </w:pPr>
            <w:r>
              <w:rPr>
                <w:sz w:val="16"/>
              </w:rPr>
              <w:t>Concepts</w:t>
            </w:r>
          </w:p>
        </w:tc>
        <w:tc>
          <w:tcPr>
            <w:tcW w:w="5760" w:type="dxa"/>
            <w:tcMar>
              <w:top w:w="80" w:type="dxa"/>
              <w:left w:w="90" w:type="dxa"/>
              <w:bottom w:w="80" w:type="dxa"/>
              <w:right w:w="90" w:type="dxa"/>
            </w:tcMar>
            <w:vAlign w:val="center"/>
          </w:tcPr>
          <w:p w14:paraId="2E84CCBE" w14:textId="77777777" w:rsidR="005C41BF" w:rsidRDefault="000B3397">
            <w:pPr>
              <w:spacing w:line="252" w:lineRule="auto"/>
            </w:pPr>
            <w:r>
              <w:rPr>
                <w:sz w:val="16"/>
              </w:rPr>
              <w:t>Concepts are documented where defined in questionnaires, manuals, or methodological documents.</w:t>
            </w:r>
          </w:p>
        </w:tc>
        <w:tc>
          <w:tcPr>
            <w:tcW w:w="2232" w:type="dxa"/>
            <w:tcMar>
              <w:top w:w="80" w:type="dxa"/>
              <w:left w:w="90" w:type="dxa"/>
              <w:bottom w:w="80" w:type="dxa"/>
              <w:right w:w="90" w:type="dxa"/>
            </w:tcMar>
            <w:vAlign w:val="center"/>
          </w:tcPr>
          <w:p w14:paraId="2AA1E950"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F904CB7" w14:textId="77777777" w:rsidR="005C41BF" w:rsidRDefault="005C41BF">
            <w:pPr>
              <w:spacing w:line="252" w:lineRule="auto"/>
            </w:pPr>
          </w:p>
        </w:tc>
        <w:tc>
          <w:tcPr>
            <w:tcW w:w="1512" w:type="dxa"/>
            <w:tcMar>
              <w:top w:w="80" w:type="dxa"/>
              <w:left w:w="90" w:type="dxa"/>
              <w:bottom w:w="80" w:type="dxa"/>
              <w:right w:w="90" w:type="dxa"/>
            </w:tcMar>
            <w:vAlign w:val="center"/>
          </w:tcPr>
          <w:p w14:paraId="7F7D7E2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9C410CE" w14:textId="77777777">
        <w:trPr>
          <w:jc w:val="center"/>
        </w:trPr>
        <w:tc>
          <w:tcPr>
            <w:tcW w:w="2232" w:type="dxa"/>
            <w:tcMar>
              <w:top w:w="80" w:type="dxa"/>
              <w:left w:w="90" w:type="dxa"/>
              <w:bottom w:w="80" w:type="dxa"/>
              <w:right w:w="90" w:type="dxa"/>
            </w:tcMar>
            <w:vAlign w:val="center"/>
          </w:tcPr>
          <w:p w14:paraId="4F1D4148" w14:textId="77777777" w:rsidR="005C41BF" w:rsidRDefault="000B3397">
            <w:pPr>
              <w:spacing w:line="252" w:lineRule="auto"/>
            </w:pPr>
            <w:r>
              <w:rPr>
                <w:sz w:val="16"/>
              </w:rPr>
              <w:t>Pre-question text</w:t>
            </w:r>
          </w:p>
        </w:tc>
        <w:tc>
          <w:tcPr>
            <w:tcW w:w="5760" w:type="dxa"/>
            <w:tcMar>
              <w:top w:w="80" w:type="dxa"/>
              <w:left w:w="90" w:type="dxa"/>
              <w:bottom w:w="80" w:type="dxa"/>
              <w:right w:w="90" w:type="dxa"/>
            </w:tcMar>
            <w:vAlign w:val="center"/>
          </w:tcPr>
          <w:p w14:paraId="4A03C1B2" w14:textId="77777777" w:rsidR="005C41BF" w:rsidRDefault="000B3397">
            <w:pPr>
              <w:spacing w:line="252" w:lineRule="auto"/>
            </w:pPr>
            <w:r>
              <w:rPr>
                <w:sz w:val="16"/>
              </w:rPr>
              <w:t>Instructions appearing before the question are captured where applicable.</w:t>
            </w:r>
          </w:p>
        </w:tc>
        <w:tc>
          <w:tcPr>
            <w:tcW w:w="2232" w:type="dxa"/>
            <w:tcMar>
              <w:top w:w="80" w:type="dxa"/>
              <w:left w:w="90" w:type="dxa"/>
              <w:bottom w:w="80" w:type="dxa"/>
              <w:right w:w="90" w:type="dxa"/>
            </w:tcMar>
            <w:vAlign w:val="center"/>
          </w:tcPr>
          <w:p w14:paraId="428F882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6971CD3" w14:textId="77777777" w:rsidR="005C41BF" w:rsidRDefault="005C41BF">
            <w:pPr>
              <w:spacing w:line="252" w:lineRule="auto"/>
            </w:pPr>
          </w:p>
        </w:tc>
        <w:tc>
          <w:tcPr>
            <w:tcW w:w="1512" w:type="dxa"/>
            <w:tcMar>
              <w:top w:w="80" w:type="dxa"/>
              <w:left w:w="90" w:type="dxa"/>
              <w:bottom w:w="80" w:type="dxa"/>
              <w:right w:w="90" w:type="dxa"/>
            </w:tcMar>
            <w:vAlign w:val="center"/>
          </w:tcPr>
          <w:p w14:paraId="1C0D3F2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40E4929" w14:textId="77777777">
        <w:trPr>
          <w:jc w:val="center"/>
        </w:trPr>
        <w:tc>
          <w:tcPr>
            <w:tcW w:w="2232" w:type="dxa"/>
            <w:tcMar>
              <w:top w:w="80" w:type="dxa"/>
              <w:left w:w="90" w:type="dxa"/>
              <w:bottom w:w="80" w:type="dxa"/>
              <w:right w:w="90" w:type="dxa"/>
            </w:tcMar>
            <w:vAlign w:val="center"/>
          </w:tcPr>
          <w:p w14:paraId="727CCF90" w14:textId="77777777" w:rsidR="005C41BF" w:rsidRDefault="000B3397">
            <w:pPr>
              <w:spacing w:line="252" w:lineRule="auto"/>
            </w:pPr>
            <w:r>
              <w:rPr>
                <w:sz w:val="16"/>
              </w:rPr>
              <w:t>Literal question</w:t>
            </w:r>
          </w:p>
        </w:tc>
        <w:tc>
          <w:tcPr>
            <w:tcW w:w="5760" w:type="dxa"/>
            <w:tcMar>
              <w:top w:w="80" w:type="dxa"/>
              <w:left w:w="90" w:type="dxa"/>
              <w:bottom w:w="80" w:type="dxa"/>
              <w:right w:w="90" w:type="dxa"/>
            </w:tcMar>
            <w:vAlign w:val="center"/>
          </w:tcPr>
          <w:p w14:paraId="67FEB9CD" w14:textId="77777777" w:rsidR="005C41BF" w:rsidRDefault="000B3397">
            <w:pPr>
              <w:spacing w:line="252" w:lineRule="auto"/>
            </w:pPr>
            <w:r>
              <w:rPr>
                <w:sz w:val="16"/>
              </w:rPr>
              <w:t>Exact question text is attached to the corresponding variable where available.</w:t>
            </w:r>
          </w:p>
        </w:tc>
        <w:tc>
          <w:tcPr>
            <w:tcW w:w="2232" w:type="dxa"/>
            <w:tcMar>
              <w:top w:w="80" w:type="dxa"/>
              <w:left w:w="90" w:type="dxa"/>
              <w:bottom w:w="80" w:type="dxa"/>
              <w:right w:w="90" w:type="dxa"/>
            </w:tcMar>
            <w:vAlign w:val="center"/>
          </w:tcPr>
          <w:p w14:paraId="3B8E6753"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2A1F701D" w14:textId="77777777" w:rsidR="005C41BF" w:rsidRDefault="005C41BF">
            <w:pPr>
              <w:spacing w:line="252" w:lineRule="auto"/>
            </w:pPr>
          </w:p>
        </w:tc>
        <w:tc>
          <w:tcPr>
            <w:tcW w:w="1512" w:type="dxa"/>
            <w:tcMar>
              <w:top w:w="80" w:type="dxa"/>
              <w:left w:w="90" w:type="dxa"/>
              <w:bottom w:w="80" w:type="dxa"/>
              <w:right w:w="90" w:type="dxa"/>
            </w:tcMar>
            <w:vAlign w:val="center"/>
          </w:tcPr>
          <w:p w14:paraId="34F8BD4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7ABC17A" w14:textId="77777777">
        <w:trPr>
          <w:jc w:val="center"/>
        </w:trPr>
        <w:tc>
          <w:tcPr>
            <w:tcW w:w="2232" w:type="dxa"/>
            <w:tcMar>
              <w:top w:w="80" w:type="dxa"/>
              <w:left w:w="90" w:type="dxa"/>
              <w:bottom w:w="80" w:type="dxa"/>
              <w:right w:w="90" w:type="dxa"/>
            </w:tcMar>
            <w:vAlign w:val="center"/>
          </w:tcPr>
          <w:p w14:paraId="1B535C73" w14:textId="77777777" w:rsidR="005C41BF" w:rsidRDefault="000B3397">
            <w:pPr>
              <w:spacing w:line="252" w:lineRule="auto"/>
            </w:pPr>
            <w:r>
              <w:rPr>
                <w:sz w:val="16"/>
              </w:rPr>
              <w:t>Post-question text</w:t>
            </w:r>
          </w:p>
        </w:tc>
        <w:tc>
          <w:tcPr>
            <w:tcW w:w="5760" w:type="dxa"/>
            <w:tcMar>
              <w:top w:w="80" w:type="dxa"/>
              <w:left w:w="90" w:type="dxa"/>
              <w:bottom w:w="80" w:type="dxa"/>
              <w:right w:w="90" w:type="dxa"/>
            </w:tcMar>
            <w:vAlign w:val="center"/>
          </w:tcPr>
          <w:p w14:paraId="5CBC6E44" w14:textId="77777777" w:rsidR="005C41BF" w:rsidRDefault="000B3397">
            <w:pPr>
              <w:spacing w:line="252" w:lineRule="auto"/>
            </w:pPr>
            <w:r>
              <w:rPr>
                <w:sz w:val="16"/>
              </w:rPr>
              <w:t>Instructions appearing after the question, including skip instructions, are captured where applicable.</w:t>
            </w:r>
          </w:p>
        </w:tc>
        <w:tc>
          <w:tcPr>
            <w:tcW w:w="2232" w:type="dxa"/>
            <w:tcMar>
              <w:top w:w="80" w:type="dxa"/>
              <w:left w:w="90" w:type="dxa"/>
              <w:bottom w:w="80" w:type="dxa"/>
              <w:right w:w="90" w:type="dxa"/>
            </w:tcMar>
            <w:vAlign w:val="center"/>
          </w:tcPr>
          <w:p w14:paraId="68C39BF8"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3EFCA41" w14:textId="77777777" w:rsidR="005C41BF" w:rsidRDefault="005C41BF">
            <w:pPr>
              <w:spacing w:line="252" w:lineRule="auto"/>
            </w:pPr>
          </w:p>
        </w:tc>
        <w:tc>
          <w:tcPr>
            <w:tcW w:w="1512" w:type="dxa"/>
            <w:tcMar>
              <w:top w:w="80" w:type="dxa"/>
              <w:left w:w="90" w:type="dxa"/>
              <w:bottom w:w="80" w:type="dxa"/>
              <w:right w:w="90" w:type="dxa"/>
            </w:tcMar>
            <w:vAlign w:val="center"/>
          </w:tcPr>
          <w:p w14:paraId="1BA55C9A"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7A131DA" w14:textId="77777777">
        <w:trPr>
          <w:jc w:val="center"/>
        </w:trPr>
        <w:tc>
          <w:tcPr>
            <w:tcW w:w="2232" w:type="dxa"/>
            <w:tcMar>
              <w:top w:w="80" w:type="dxa"/>
              <w:left w:w="90" w:type="dxa"/>
              <w:bottom w:w="80" w:type="dxa"/>
              <w:right w:w="90" w:type="dxa"/>
            </w:tcMar>
            <w:vAlign w:val="center"/>
          </w:tcPr>
          <w:p w14:paraId="4E6D9B44" w14:textId="77777777" w:rsidR="005C41BF" w:rsidRDefault="000B3397">
            <w:pPr>
              <w:spacing w:line="252" w:lineRule="auto"/>
            </w:pPr>
            <w:r>
              <w:rPr>
                <w:sz w:val="16"/>
              </w:rPr>
              <w:t>Interviewer instructions</w:t>
            </w:r>
          </w:p>
        </w:tc>
        <w:tc>
          <w:tcPr>
            <w:tcW w:w="5760" w:type="dxa"/>
            <w:tcMar>
              <w:top w:w="80" w:type="dxa"/>
              <w:left w:w="90" w:type="dxa"/>
              <w:bottom w:w="80" w:type="dxa"/>
              <w:right w:w="90" w:type="dxa"/>
            </w:tcMar>
            <w:vAlign w:val="center"/>
          </w:tcPr>
          <w:p w14:paraId="47131A45" w14:textId="77777777" w:rsidR="005C41BF" w:rsidRDefault="000B3397">
            <w:pPr>
              <w:spacing w:line="252" w:lineRule="auto"/>
            </w:pPr>
            <w:r>
              <w:rPr>
                <w:sz w:val="16"/>
              </w:rPr>
              <w:t>Relevant interviewer instructions from questionnaires or manuals are documented.</w:t>
            </w:r>
          </w:p>
        </w:tc>
        <w:tc>
          <w:tcPr>
            <w:tcW w:w="2232" w:type="dxa"/>
            <w:tcMar>
              <w:top w:w="80" w:type="dxa"/>
              <w:left w:w="90" w:type="dxa"/>
              <w:bottom w:w="80" w:type="dxa"/>
              <w:right w:w="90" w:type="dxa"/>
            </w:tcMar>
            <w:vAlign w:val="center"/>
          </w:tcPr>
          <w:p w14:paraId="22FF1788"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F96A722" w14:textId="77777777" w:rsidR="005C41BF" w:rsidRDefault="005C41BF">
            <w:pPr>
              <w:spacing w:line="252" w:lineRule="auto"/>
            </w:pPr>
          </w:p>
        </w:tc>
        <w:tc>
          <w:tcPr>
            <w:tcW w:w="1512" w:type="dxa"/>
            <w:tcMar>
              <w:top w:w="80" w:type="dxa"/>
              <w:left w:w="90" w:type="dxa"/>
              <w:bottom w:w="80" w:type="dxa"/>
              <w:right w:w="90" w:type="dxa"/>
            </w:tcMar>
            <w:vAlign w:val="center"/>
          </w:tcPr>
          <w:p w14:paraId="4A912353"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1DFE9EE" w14:textId="77777777">
        <w:trPr>
          <w:jc w:val="center"/>
        </w:trPr>
        <w:tc>
          <w:tcPr>
            <w:tcW w:w="2232" w:type="dxa"/>
            <w:tcMar>
              <w:top w:w="80" w:type="dxa"/>
              <w:left w:w="90" w:type="dxa"/>
              <w:bottom w:w="80" w:type="dxa"/>
              <w:right w:w="90" w:type="dxa"/>
            </w:tcMar>
            <w:vAlign w:val="center"/>
          </w:tcPr>
          <w:p w14:paraId="60267FC9" w14:textId="77777777" w:rsidR="005C41BF" w:rsidRDefault="000B3397">
            <w:pPr>
              <w:spacing w:line="252" w:lineRule="auto"/>
            </w:pPr>
            <w:r>
              <w:rPr>
                <w:sz w:val="16"/>
              </w:rPr>
              <w:t>Imputation</w:t>
            </w:r>
          </w:p>
        </w:tc>
        <w:tc>
          <w:tcPr>
            <w:tcW w:w="5760" w:type="dxa"/>
            <w:tcMar>
              <w:top w:w="80" w:type="dxa"/>
              <w:left w:w="90" w:type="dxa"/>
              <w:bottom w:w="80" w:type="dxa"/>
              <w:right w:w="90" w:type="dxa"/>
            </w:tcMar>
            <w:vAlign w:val="center"/>
          </w:tcPr>
          <w:p w14:paraId="65D47B68" w14:textId="77777777" w:rsidR="005C41BF" w:rsidRDefault="000B3397">
            <w:pPr>
              <w:spacing w:line="252" w:lineRule="auto"/>
            </w:pPr>
            <w:r>
              <w:rPr>
                <w:sz w:val="16"/>
              </w:rPr>
              <w:t>Imputation methods are documented for variables where values were imputed.</w:t>
            </w:r>
          </w:p>
        </w:tc>
        <w:tc>
          <w:tcPr>
            <w:tcW w:w="2232" w:type="dxa"/>
            <w:tcMar>
              <w:top w:w="80" w:type="dxa"/>
              <w:left w:w="90" w:type="dxa"/>
              <w:bottom w:w="80" w:type="dxa"/>
              <w:right w:w="90" w:type="dxa"/>
            </w:tcMar>
            <w:vAlign w:val="center"/>
          </w:tcPr>
          <w:p w14:paraId="73DCB4E0"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B95CD12" w14:textId="77777777" w:rsidR="005C41BF" w:rsidRDefault="005C41BF">
            <w:pPr>
              <w:spacing w:line="252" w:lineRule="auto"/>
            </w:pPr>
          </w:p>
        </w:tc>
        <w:tc>
          <w:tcPr>
            <w:tcW w:w="1512" w:type="dxa"/>
            <w:tcMar>
              <w:top w:w="80" w:type="dxa"/>
              <w:left w:w="90" w:type="dxa"/>
              <w:bottom w:w="80" w:type="dxa"/>
              <w:right w:w="90" w:type="dxa"/>
            </w:tcMar>
            <w:vAlign w:val="center"/>
          </w:tcPr>
          <w:p w14:paraId="1E66850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6253C86" w14:textId="77777777">
        <w:trPr>
          <w:jc w:val="center"/>
        </w:trPr>
        <w:tc>
          <w:tcPr>
            <w:tcW w:w="2232" w:type="dxa"/>
            <w:tcMar>
              <w:top w:w="80" w:type="dxa"/>
              <w:left w:w="90" w:type="dxa"/>
              <w:bottom w:w="80" w:type="dxa"/>
              <w:right w:w="90" w:type="dxa"/>
            </w:tcMar>
            <w:vAlign w:val="center"/>
          </w:tcPr>
          <w:p w14:paraId="2E5BCB5D" w14:textId="77777777" w:rsidR="005C41BF" w:rsidRDefault="000B3397">
            <w:pPr>
              <w:spacing w:line="252" w:lineRule="auto"/>
            </w:pPr>
            <w:r>
              <w:rPr>
                <w:sz w:val="16"/>
              </w:rPr>
              <w:t>Recoding and derivation</w:t>
            </w:r>
          </w:p>
        </w:tc>
        <w:tc>
          <w:tcPr>
            <w:tcW w:w="5760" w:type="dxa"/>
            <w:tcMar>
              <w:top w:w="80" w:type="dxa"/>
              <w:left w:w="90" w:type="dxa"/>
              <w:bottom w:w="80" w:type="dxa"/>
              <w:right w:w="90" w:type="dxa"/>
            </w:tcMar>
            <w:vAlign w:val="center"/>
          </w:tcPr>
          <w:p w14:paraId="1B75016F" w14:textId="77777777" w:rsidR="005C41BF" w:rsidRDefault="000B3397">
            <w:pPr>
              <w:spacing w:line="252" w:lineRule="auto"/>
            </w:pPr>
            <w:r>
              <w:rPr>
                <w:sz w:val="16"/>
              </w:rPr>
              <w:t>Recoding and derivation logic is documented for calculated or transformed variables.</w:t>
            </w:r>
          </w:p>
        </w:tc>
        <w:tc>
          <w:tcPr>
            <w:tcW w:w="2232" w:type="dxa"/>
            <w:tcMar>
              <w:top w:w="80" w:type="dxa"/>
              <w:left w:w="90" w:type="dxa"/>
              <w:bottom w:w="80" w:type="dxa"/>
              <w:right w:w="90" w:type="dxa"/>
            </w:tcMar>
            <w:vAlign w:val="center"/>
          </w:tcPr>
          <w:p w14:paraId="2DC55E71"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220BBB2" w14:textId="77777777" w:rsidR="005C41BF" w:rsidRDefault="005C41BF">
            <w:pPr>
              <w:spacing w:line="252" w:lineRule="auto"/>
            </w:pPr>
          </w:p>
        </w:tc>
        <w:tc>
          <w:tcPr>
            <w:tcW w:w="1512" w:type="dxa"/>
            <w:tcMar>
              <w:top w:w="80" w:type="dxa"/>
              <w:left w:w="90" w:type="dxa"/>
              <w:bottom w:w="80" w:type="dxa"/>
              <w:right w:w="90" w:type="dxa"/>
            </w:tcMar>
            <w:vAlign w:val="center"/>
          </w:tcPr>
          <w:p w14:paraId="23227683"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826593B" w14:textId="77777777">
        <w:trPr>
          <w:jc w:val="center"/>
        </w:trPr>
        <w:tc>
          <w:tcPr>
            <w:tcW w:w="2232" w:type="dxa"/>
            <w:tcMar>
              <w:top w:w="80" w:type="dxa"/>
              <w:left w:w="90" w:type="dxa"/>
              <w:bottom w:w="80" w:type="dxa"/>
              <w:right w:w="90" w:type="dxa"/>
            </w:tcMar>
            <w:vAlign w:val="center"/>
          </w:tcPr>
          <w:p w14:paraId="59E35D42" w14:textId="77777777" w:rsidR="005C41BF" w:rsidRDefault="000B3397">
            <w:pPr>
              <w:spacing w:line="252" w:lineRule="auto"/>
            </w:pPr>
            <w:r>
              <w:rPr>
                <w:sz w:val="16"/>
              </w:rPr>
              <w:t>Security</w:t>
            </w:r>
          </w:p>
        </w:tc>
        <w:tc>
          <w:tcPr>
            <w:tcW w:w="5760" w:type="dxa"/>
            <w:tcMar>
              <w:top w:w="80" w:type="dxa"/>
              <w:left w:w="90" w:type="dxa"/>
              <w:bottom w:w="80" w:type="dxa"/>
              <w:right w:w="90" w:type="dxa"/>
            </w:tcMar>
            <w:vAlign w:val="center"/>
          </w:tcPr>
          <w:p w14:paraId="5CC3830F" w14:textId="77777777" w:rsidR="005C41BF" w:rsidRDefault="000B3397">
            <w:pPr>
              <w:spacing w:line="252" w:lineRule="auto"/>
            </w:pPr>
            <w:r>
              <w:rPr>
                <w:sz w:val="16"/>
              </w:rPr>
              <w:t>Confidentiality or sensitivity indicators are documented where relevant.</w:t>
            </w:r>
          </w:p>
        </w:tc>
        <w:tc>
          <w:tcPr>
            <w:tcW w:w="2232" w:type="dxa"/>
            <w:tcMar>
              <w:top w:w="80" w:type="dxa"/>
              <w:left w:w="90" w:type="dxa"/>
              <w:bottom w:w="80" w:type="dxa"/>
              <w:right w:w="90" w:type="dxa"/>
            </w:tcMar>
            <w:vAlign w:val="center"/>
          </w:tcPr>
          <w:p w14:paraId="7E3B55F4"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3CB595B" w14:textId="77777777" w:rsidR="005C41BF" w:rsidRDefault="005C41BF">
            <w:pPr>
              <w:spacing w:line="252" w:lineRule="auto"/>
            </w:pPr>
          </w:p>
        </w:tc>
        <w:tc>
          <w:tcPr>
            <w:tcW w:w="1512" w:type="dxa"/>
            <w:tcMar>
              <w:top w:w="80" w:type="dxa"/>
              <w:left w:w="90" w:type="dxa"/>
              <w:bottom w:w="80" w:type="dxa"/>
              <w:right w:w="90" w:type="dxa"/>
            </w:tcMar>
            <w:vAlign w:val="center"/>
          </w:tcPr>
          <w:p w14:paraId="32A20745"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B2BA9DE" w14:textId="77777777">
        <w:trPr>
          <w:jc w:val="center"/>
        </w:trPr>
        <w:tc>
          <w:tcPr>
            <w:tcW w:w="2232" w:type="dxa"/>
            <w:tcMar>
              <w:top w:w="80" w:type="dxa"/>
              <w:left w:w="90" w:type="dxa"/>
              <w:bottom w:w="80" w:type="dxa"/>
              <w:right w:w="90" w:type="dxa"/>
            </w:tcMar>
            <w:vAlign w:val="center"/>
          </w:tcPr>
          <w:p w14:paraId="4707AF9E" w14:textId="77777777" w:rsidR="005C41BF" w:rsidRDefault="000B3397">
            <w:pPr>
              <w:spacing w:line="252" w:lineRule="auto"/>
            </w:pPr>
            <w:r>
              <w:rPr>
                <w:sz w:val="16"/>
              </w:rPr>
              <w:t>Notes</w:t>
            </w:r>
          </w:p>
        </w:tc>
        <w:tc>
          <w:tcPr>
            <w:tcW w:w="5760" w:type="dxa"/>
            <w:tcMar>
              <w:top w:w="80" w:type="dxa"/>
              <w:left w:w="90" w:type="dxa"/>
              <w:bottom w:w="80" w:type="dxa"/>
              <w:right w:w="90" w:type="dxa"/>
            </w:tcMar>
            <w:vAlign w:val="center"/>
          </w:tcPr>
          <w:p w14:paraId="4F3E55EC" w14:textId="77777777" w:rsidR="005C41BF" w:rsidRDefault="000B3397">
            <w:pPr>
              <w:spacing w:line="252" w:lineRule="auto"/>
            </w:pPr>
            <w:r>
              <w:rPr>
                <w:sz w:val="16"/>
              </w:rPr>
              <w:t>Variable-specific notes provide useful clarification, caveats, or known limitations.</w:t>
            </w:r>
          </w:p>
        </w:tc>
        <w:tc>
          <w:tcPr>
            <w:tcW w:w="2232" w:type="dxa"/>
            <w:tcMar>
              <w:top w:w="80" w:type="dxa"/>
              <w:left w:w="90" w:type="dxa"/>
              <w:bottom w:w="80" w:type="dxa"/>
              <w:right w:w="90" w:type="dxa"/>
            </w:tcMar>
            <w:vAlign w:val="center"/>
          </w:tcPr>
          <w:p w14:paraId="443D415D"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D9C8D39" w14:textId="77777777" w:rsidR="005C41BF" w:rsidRDefault="005C41BF">
            <w:pPr>
              <w:spacing w:line="252" w:lineRule="auto"/>
            </w:pPr>
          </w:p>
        </w:tc>
        <w:tc>
          <w:tcPr>
            <w:tcW w:w="1512" w:type="dxa"/>
            <w:tcMar>
              <w:top w:w="80" w:type="dxa"/>
              <w:left w:w="90" w:type="dxa"/>
              <w:bottom w:w="80" w:type="dxa"/>
              <w:right w:w="90" w:type="dxa"/>
            </w:tcMar>
            <w:vAlign w:val="center"/>
          </w:tcPr>
          <w:p w14:paraId="3355ABF2"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675E05EE" w14:textId="77777777" w:rsidR="005C41BF" w:rsidRDefault="005C41BF">
      <w:pPr>
        <w:spacing w:after="40"/>
      </w:pPr>
    </w:p>
    <w:p w14:paraId="2FC17F8B" w14:textId="77777777" w:rsidR="005C41BF" w:rsidRDefault="000B3397">
      <w:r>
        <w:br w:type="page"/>
      </w:r>
    </w:p>
    <w:p w14:paraId="10045E89" w14:textId="77777777" w:rsidR="005C41BF" w:rsidRDefault="000B3397">
      <w:pPr>
        <w:pStyle w:val="Heading1"/>
        <w:spacing w:after="100" w:line="259" w:lineRule="auto"/>
      </w:pPr>
      <w:r>
        <w:rPr>
          <w:b w:val="0"/>
        </w:rPr>
        <w:lastRenderedPageBreak/>
        <w:t>5. Variable Groups</w:t>
      </w:r>
    </w:p>
    <w:p w14:paraId="6A3181E0" w14:textId="77777777" w:rsidR="005C41BF" w:rsidRDefault="000B3397">
      <w:pPr>
        <w:spacing w:after="100" w:line="259" w:lineRule="auto"/>
      </w:pPr>
      <w:r>
        <w:t>The Variable Groups section is optional and organizes variables into logical, thematic, or hierarchical groups without changing the underlying data files.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750989E2" w14:textId="77777777">
        <w:trPr>
          <w:jc w:val="center"/>
        </w:trPr>
        <w:tc>
          <w:tcPr>
            <w:tcW w:w="2232" w:type="dxa"/>
            <w:shd w:val="clear" w:color="auto" w:fill="1F4E79"/>
            <w:tcMar>
              <w:top w:w="90" w:type="dxa"/>
              <w:left w:w="90" w:type="dxa"/>
              <w:bottom w:w="90" w:type="dxa"/>
              <w:right w:w="90" w:type="dxa"/>
            </w:tcMar>
            <w:vAlign w:val="center"/>
          </w:tcPr>
          <w:p w14:paraId="16BE4B5E"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459EA0CD"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382F42EE"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3CB7C632"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7F80FCF4" w14:textId="77777777" w:rsidR="005C41BF" w:rsidRDefault="000B3397">
            <w:pPr>
              <w:spacing w:line="252" w:lineRule="auto"/>
            </w:pPr>
            <w:r>
              <w:rPr>
                <w:b/>
                <w:color w:val="FFFFFF"/>
                <w:sz w:val="17"/>
              </w:rPr>
              <w:t>Action</w:t>
            </w:r>
          </w:p>
        </w:tc>
      </w:tr>
      <w:tr w:rsidR="005C41BF" w14:paraId="165514AE" w14:textId="77777777">
        <w:trPr>
          <w:jc w:val="center"/>
        </w:trPr>
        <w:tc>
          <w:tcPr>
            <w:tcW w:w="2232" w:type="dxa"/>
            <w:tcMar>
              <w:top w:w="80" w:type="dxa"/>
              <w:left w:w="90" w:type="dxa"/>
              <w:bottom w:w="80" w:type="dxa"/>
              <w:right w:w="90" w:type="dxa"/>
            </w:tcMar>
            <w:vAlign w:val="center"/>
          </w:tcPr>
          <w:p w14:paraId="2F47552B" w14:textId="77777777" w:rsidR="005C41BF" w:rsidRDefault="000B3397">
            <w:pPr>
              <w:spacing w:line="252" w:lineRule="auto"/>
            </w:pPr>
            <w:r>
              <w:rPr>
                <w:sz w:val="16"/>
              </w:rPr>
              <w:t>Variable groups</w:t>
            </w:r>
          </w:p>
        </w:tc>
        <w:tc>
          <w:tcPr>
            <w:tcW w:w="5760" w:type="dxa"/>
            <w:tcMar>
              <w:top w:w="80" w:type="dxa"/>
              <w:left w:w="90" w:type="dxa"/>
              <w:bottom w:w="80" w:type="dxa"/>
              <w:right w:w="90" w:type="dxa"/>
            </w:tcMar>
            <w:vAlign w:val="center"/>
          </w:tcPr>
          <w:p w14:paraId="188DB2EC" w14:textId="77777777" w:rsidR="005C41BF" w:rsidRDefault="000B3397">
            <w:pPr>
              <w:spacing w:line="252" w:lineRule="auto"/>
            </w:pPr>
            <w:r>
              <w:rPr>
                <w:sz w:val="16"/>
              </w:rPr>
              <w:t>Variable groups are provided where useful for navigation, discovery, or thematic organization.</w:t>
            </w:r>
          </w:p>
        </w:tc>
        <w:tc>
          <w:tcPr>
            <w:tcW w:w="2232" w:type="dxa"/>
            <w:tcMar>
              <w:top w:w="80" w:type="dxa"/>
              <w:left w:w="90" w:type="dxa"/>
              <w:bottom w:w="80" w:type="dxa"/>
              <w:right w:w="90" w:type="dxa"/>
            </w:tcMar>
            <w:vAlign w:val="center"/>
          </w:tcPr>
          <w:p w14:paraId="5762035A"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A4F7224" w14:textId="77777777" w:rsidR="005C41BF" w:rsidRDefault="005C41BF">
            <w:pPr>
              <w:spacing w:line="252" w:lineRule="auto"/>
            </w:pPr>
          </w:p>
        </w:tc>
        <w:tc>
          <w:tcPr>
            <w:tcW w:w="1512" w:type="dxa"/>
            <w:tcMar>
              <w:top w:w="80" w:type="dxa"/>
              <w:left w:w="90" w:type="dxa"/>
              <w:bottom w:w="80" w:type="dxa"/>
              <w:right w:w="90" w:type="dxa"/>
            </w:tcMar>
            <w:vAlign w:val="center"/>
          </w:tcPr>
          <w:p w14:paraId="2C05480E"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ED82957" w14:textId="77777777">
        <w:trPr>
          <w:jc w:val="center"/>
        </w:trPr>
        <w:tc>
          <w:tcPr>
            <w:tcW w:w="2232" w:type="dxa"/>
            <w:tcMar>
              <w:top w:w="80" w:type="dxa"/>
              <w:left w:w="90" w:type="dxa"/>
              <w:bottom w:w="80" w:type="dxa"/>
              <w:right w:w="90" w:type="dxa"/>
            </w:tcMar>
            <w:vAlign w:val="center"/>
          </w:tcPr>
          <w:p w14:paraId="22234516" w14:textId="77777777" w:rsidR="005C41BF" w:rsidRDefault="000B3397">
            <w:pPr>
              <w:spacing w:line="252" w:lineRule="auto"/>
            </w:pPr>
            <w:r>
              <w:rPr>
                <w:sz w:val="16"/>
              </w:rPr>
              <w:t>Coverage</w:t>
            </w:r>
          </w:p>
        </w:tc>
        <w:tc>
          <w:tcPr>
            <w:tcW w:w="5760" w:type="dxa"/>
            <w:tcMar>
              <w:top w:w="80" w:type="dxa"/>
              <w:left w:w="90" w:type="dxa"/>
              <w:bottom w:w="80" w:type="dxa"/>
              <w:right w:w="90" w:type="dxa"/>
            </w:tcMar>
            <w:vAlign w:val="center"/>
          </w:tcPr>
          <w:p w14:paraId="7D6B530B" w14:textId="77777777" w:rsidR="005C41BF" w:rsidRDefault="000B3397">
            <w:pPr>
              <w:spacing w:line="252" w:lineRule="auto"/>
            </w:pPr>
            <w:r>
              <w:rPr>
                <w:sz w:val="16"/>
              </w:rPr>
              <w:t>Groups cover all relevant variables or clearly indicate why only selected variables are grouped.</w:t>
            </w:r>
          </w:p>
        </w:tc>
        <w:tc>
          <w:tcPr>
            <w:tcW w:w="2232" w:type="dxa"/>
            <w:tcMar>
              <w:top w:w="80" w:type="dxa"/>
              <w:left w:w="90" w:type="dxa"/>
              <w:bottom w:w="80" w:type="dxa"/>
              <w:right w:w="90" w:type="dxa"/>
            </w:tcMar>
            <w:vAlign w:val="center"/>
          </w:tcPr>
          <w:p w14:paraId="71590A77"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AE48A43" w14:textId="77777777" w:rsidR="005C41BF" w:rsidRDefault="005C41BF">
            <w:pPr>
              <w:spacing w:line="252" w:lineRule="auto"/>
            </w:pPr>
          </w:p>
        </w:tc>
        <w:tc>
          <w:tcPr>
            <w:tcW w:w="1512" w:type="dxa"/>
            <w:tcMar>
              <w:top w:w="80" w:type="dxa"/>
              <w:left w:w="90" w:type="dxa"/>
              <w:bottom w:w="80" w:type="dxa"/>
              <w:right w:w="90" w:type="dxa"/>
            </w:tcMar>
            <w:vAlign w:val="center"/>
          </w:tcPr>
          <w:p w14:paraId="7C0E949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524D341" w14:textId="77777777">
        <w:trPr>
          <w:jc w:val="center"/>
        </w:trPr>
        <w:tc>
          <w:tcPr>
            <w:tcW w:w="2232" w:type="dxa"/>
            <w:tcMar>
              <w:top w:w="80" w:type="dxa"/>
              <w:left w:w="90" w:type="dxa"/>
              <w:bottom w:w="80" w:type="dxa"/>
              <w:right w:w="90" w:type="dxa"/>
            </w:tcMar>
            <w:vAlign w:val="center"/>
          </w:tcPr>
          <w:p w14:paraId="6BE48531" w14:textId="77777777" w:rsidR="005C41BF" w:rsidRDefault="000B3397">
            <w:pPr>
              <w:spacing w:line="252" w:lineRule="auto"/>
            </w:pPr>
            <w:r>
              <w:rPr>
                <w:sz w:val="16"/>
              </w:rPr>
              <w:t>Group labels</w:t>
            </w:r>
          </w:p>
        </w:tc>
        <w:tc>
          <w:tcPr>
            <w:tcW w:w="5760" w:type="dxa"/>
            <w:tcMar>
              <w:top w:w="80" w:type="dxa"/>
              <w:left w:w="90" w:type="dxa"/>
              <w:bottom w:w="80" w:type="dxa"/>
              <w:right w:w="90" w:type="dxa"/>
            </w:tcMar>
            <w:vAlign w:val="center"/>
          </w:tcPr>
          <w:p w14:paraId="07A4B760" w14:textId="77777777" w:rsidR="005C41BF" w:rsidRDefault="000B3397">
            <w:pPr>
              <w:spacing w:line="252" w:lineRule="auto"/>
            </w:pPr>
            <w:r>
              <w:rPr>
                <w:sz w:val="16"/>
              </w:rPr>
              <w:t>Group labels are clear, concise, and meaningful to data users.</w:t>
            </w:r>
          </w:p>
        </w:tc>
        <w:tc>
          <w:tcPr>
            <w:tcW w:w="2232" w:type="dxa"/>
            <w:tcMar>
              <w:top w:w="80" w:type="dxa"/>
              <w:left w:w="90" w:type="dxa"/>
              <w:bottom w:w="80" w:type="dxa"/>
              <w:right w:w="90" w:type="dxa"/>
            </w:tcMar>
            <w:vAlign w:val="center"/>
          </w:tcPr>
          <w:p w14:paraId="7151E633"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0F40DEB" w14:textId="77777777" w:rsidR="005C41BF" w:rsidRDefault="005C41BF">
            <w:pPr>
              <w:spacing w:line="252" w:lineRule="auto"/>
            </w:pPr>
          </w:p>
        </w:tc>
        <w:tc>
          <w:tcPr>
            <w:tcW w:w="1512" w:type="dxa"/>
            <w:tcMar>
              <w:top w:w="80" w:type="dxa"/>
              <w:left w:w="90" w:type="dxa"/>
              <w:bottom w:w="80" w:type="dxa"/>
              <w:right w:w="90" w:type="dxa"/>
            </w:tcMar>
            <w:vAlign w:val="center"/>
          </w:tcPr>
          <w:p w14:paraId="31F365B8"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93D2054" w14:textId="77777777">
        <w:trPr>
          <w:jc w:val="center"/>
        </w:trPr>
        <w:tc>
          <w:tcPr>
            <w:tcW w:w="2232" w:type="dxa"/>
            <w:tcMar>
              <w:top w:w="80" w:type="dxa"/>
              <w:left w:w="90" w:type="dxa"/>
              <w:bottom w:w="80" w:type="dxa"/>
              <w:right w:w="90" w:type="dxa"/>
            </w:tcMar>
            <w:vAlign w:val="center"/>
          </w:tcPr>
          <w:p w14:paraId="0B743E1F" w14:textId="77777777" w:rsidR="005C41BF" w:rsidRDefault="000B3397">
            <w:pPr>
              <w:spacing w:line="252" w:lineRule="auto"/>
            </w:pPr>
            <w:r>
              <w:rPr>
                <w:sz w:val="16"/>
              </w:rPr>
              <w:t>Group structure</w:t>
            </w:r>
          </w:p>
        </w:tc>
        <w:tc>
          <w:tcPr>
            <w:tcW w:w="5760" w:type="dxa"/>
            <w:tcMar>
              <w:top w:w="80" w:type="dxa"/>
              <w:left w:w="90" w:type="dxa"/>
              <w:bottom w:w="80" w:type="dxa"/>
              <w:right w:w="90" w:type="dxa"/>
            </w:tcMar>
            <w:vAlign w:val="center"/>
          </w:tcPr>
          <w:p w14:paraId="48951069" w14:textId="77777777" w:rsidR="005C41BF" w:rsidRDefault="000B3397">
            <w:pPr>
              <w:spacing w:line="252" w:lineRule="auto"/>
            </w:pPr>
            <w:r>
              <w:rPr>
                <w:sz w:val="16"/>
              </w:rPr>
              <w:t>Hierarchical or thematic structures are logical and consistent.</w:t>
            </w:r>
          </w:p>
        </w:tc>
        <w:tc>
          <w:tcPr>
            <w:tcW w:w="2232" w:type="dxa"/>
            <w:tcMar>
              <w:top w:w="80" w:type="dxa"/>
              <w:left w:w="90" w:type="dxa"/>
              <w:bottom w:w="80" w:type="dxa"/>
              <w:right w:w="90" w:type="dxa"/>
            </w:tcMar>
            <w:vAlign w:val="center"/>
          </w:tcPr>
          <w:p w14:paraId="789BBD3D" w14:textId="77777777" w:rsidR="005C41BF" w:rsidRDefault="000B3397">
            <w:pPr>
              <w:spacing w:line="252" w:lineRule="auto" w:after="0"/>
            </w:pPr>
            <w:r>
              <w:rPr>
                <w:rFonts w:ascii="Aptos" w:hAnsi="Aptos" w:eastAsia="Aptos"/>
                <w:sz w:val="16"/>
              </w:rPr>
              <w:t>☐ Provided</w:t>
            </w:r>
          </w:p>
          <w:p>
            <w:pPr>
              <w:spacing w:after="0" w:line="252" w:lineRule="auto"/>
            </w:pPr>
            <w:r>
              <w:rPr>
                <w:rFonts w:ascii="Aptos" w:hAnsi="Aptos" w:eastAsia="Aptos"/>
                <w:sz w:val="16"/>
              </w:rPr>
              <w:t>☐ Partially provided</w:t>
            </w:r>
          </w:p>
          <w:p>
            <w:pPr>
              <w:spacing w:after="0" w:line="252" w:lineRule="auto"/>
            </w:pPr>
            <w:r>
              <w:rPr>
                <w:rFonts w:ascii="Aptos" w:hAnsi="Aptos" w:eastAsia="Aptos"/>
                <w:sz w:val="16"/>
              </w:rPr>
              <w:t>☐ Not provided</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7A52294" w14:textId="77777777" w:rsidR="005C41BF" w:rsidRDefault="005C41BF">
            <w:pPr>
              <w:spacing w:line="252" w:lineRule="auto"/>
            </w:pPr>
          </w:p>
        </w:tc>
        <w:tc>
          <w:tcPr>
            <w:tcW w:w="1512" w:type="dxa"/>
            <w:tcMar>
              <w:top w:w="80" w:type="dxa"/>
              <w:left w:w="90" w:type="dxa"/>
              <w:bottom w:w="80" w:type="dxa"/>
              <w:right w:w="90" w:type="dxa"/>
            </w:tcMar>
            <w:vAlign w:val="center"/>
          </w:tcPr>
          <w:p w14:paraId="3D7C01B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007DCDA8" w14:textId="77777777" w:rsidR="005C41BF" w:rsidRDefault="005C41BF">
      <w:pPr>
        <w:spacing w:after="40"/>
      </w:pPr>
    </w:p>
    <w:p w14:paraId="450EA2D7" w14:textId="77777777" w:rsidR="005C41BF" w:rsidRDefault="000B3397">
      <w:r>
        <w:br w:type="page"/>
      </w:r>
    </w:p>
    <w:p w14:paraId="63B8B324" w14:textId="77777777" w:rsidR="005C41BF" w:rsidRDefault="000B3397">
      <w:pPr>
        <w:pStyle w:val="Heading1"/>
        <w:spacing w:after="100" w:line="259" w:lineRule="auto"/>
      </w:pPr>
      <w:r>
        <w:rPr>
          <w:b w:val="0"/>
        </w:rPr>
        <w:lastRenderedPageBreak/>
        <w:t>6. External Resources - Checks and Identification</w:t>
      </w:r>
    </w:p>
    <w:p w14:paraId="36779FE6" w14:textId="77777777" w:rsidR="005C41BF" w:rsidRDefault="000B3397">
      <w:pPr>
        <w:spacing w:after="100" w:line="259" w:lineRule="auto"/>
      </w:pPr>
      <w:r>
        <w:t>This section reviews supporting documentation and related materials described using DCMI metadata elements.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163D53F2" w14:textId="77777777">
        <w:trPr>
          <w:jc w:val="center"/>
        </w:trPr>
        <w:tc>
          <w:tcPr>
            <w:tcW w:w="2232" w:type="dxa"/>
            <w:shd w:val="clear" w:color="auto" w:fill="1F4E79"/>
            <w:tcMar>
              <w:top w:w="90" w:type="dxa"/>
              <w:left w:w="90" w:type="dxa"/>
              <w:bottom w:w="90" w:type="dxa"/>
              <w:right w:w="90" w:type="dxa"/>
            </w:tcMar>
            <w:vAlign w:val="center"/>
          </w:tcPr>
          <w:p w14:paraId="5BC399BA"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2764AAD2"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7784F788"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31C0E9CF"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1E15DF49" w14:textId="77777777" w:rsidR="005C41BF" w:rsidRDefault="000B3397">
            <w:pPr>
              <w:spacing w:line="252" w:lineRule="auto"/>
            </w:pPr>
            <w:r>
              <w:rPr>
                <w:b/>
                <w:color w:val="FFFFFF"/>
                <w:sz w:val="17"/>
              </w:rPr>
              <w:t>Action</w:t>
            </w:r>
          </w:p>
        </w:tc>
      </w:tr>
      <w:tr w:rsidR="005C41BF" w14:paraId="0412CCC1" w14:textId="77777777">
        <w:trPr>
          <w:jc w:val="center"/>
        </w:trPr>
        <w:tc>
          <w:tcPr>
            <w:tcW w:w="2232" w:type="dxa"/>
            <w:tcMar>
              <w:top w:w="80" w:type="dxa"/>
              <w:left w:w="90" w:type="dxa"/>
              <w:bottom w:w="80" w:type="dxa"/>
              <w:right w:w="90" w:type="dxa"/>
            </w:tcMar>
            <w:vAlign w:val="center"/>
          </w:tcPr>
          <w:p w14:paraId="784CED70" w14:textId="77777777" w:rsidR="005C41BF" w:rsidRDefault="000B3397">
            <w:pPr>
              <w:spacing w:line="252" w:lineRule="auto"/>
            </w:pPr>
            <w:r>
              <w:rPr>
                <w:sz w:val="16"/>
              </w:rPr>
              <w:t>Questionnaires</w:t>
            </w:r>
          </w:p>
        </w:tc>
        <w:tc>
          <w:tcPr>
            <w:tcW w:w="5760" w:type="dxa"/>
            <w:tcMar>
              <w:top w:w="80" w:type="dxa"/>
              <w:left w:w="90" w:type="dxa"/>
              <w:bottom w:w="80" w:type="dxa"/>
              <w:right w:w="90" w:type="dxa"/>
            </w:tcMar>
            <w:vAlign w:val="center"/>
          </w:tcPr>
          <w:p w14:paraId="1E1A51AC" w14:textId="77777777" w:rsidR="005C41BF" w:rsidRDefault="000B3397">
            <w:pPr>
              <w:spacing w:line="252" w:lineRule="auto"/>
            </w:pPr>
            <w:r>
              <w:rPr>
                <w:sz w:val="16"/>
              </w:rPr>
              <w:t>All questionnaire versions are provided in PDF and, where available, original editable formats.</w:t>
            </w:r>
          </w:p>
        </w:tc>
        <w:tc>
          <w:tcPr>
            <w:tcW w:w="2232" w:type="dxa"/>
            <w:tcMar>
              <w:top w:w="80" w:type="dxa"/>
              <w:left w:w="90" w:type="dxa"/>
              <w:bottom w:w="80" w:type="dxa"/>
              <w:right w:w="90" w:type="dxa"/>
            </w:tcMar>
            <w:vAlign w:val="center"/>
          </w:tcPr>
          <w:p w14:paraId="7D2B4FA3"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DD355C9" w14:textId="77777777" w:rsidR="005C41BF" w:rsidRDefault="005C41BF">
            <w:pPr>
              <w:spacing w:line="252" w:lineRule="auto"/>
            </w:pPr>
          </w:p>
        </w:tc>
        <w:tc>
          <w:tcPr>
            <w:tcW w:w="1512" w:type="dxa"/>
            <w:tcMar>
              <w:top w:w="80" w:type="dxa"/>
              <w:left w:w="90" w:type="dxa"/>
              <w:bottom w:w="80" w:type="dxa"/>
              <w:right w:w="90" w:type="dxa"/>
            </w:tcMar>
            <w:vAlign w:val="center"/>
          </w:tcPr>
          <w:p w14:paraId="72C8B056"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3ED48BB" w14:textId="77777777">
        <w:trPr>
          <w:jc w:val="center"/>
        </w:trPr>
        <w:tc>
          <w:tcPr>
            <w:tcW w:w="2232" w:type="dxa"/>
            <w:tcMar>
              <w:top w:w="80" w:type="dxa"/>
              <w:left w:w="90" w:type="dxa"/>
              <w:bottom w:w="80" w:type="dxa"/>
              <w:right w:w="90" w:type="dxa"/>
            </w:tcMar>
            <w:vAlign w:val="center"/>
          </w:tcPr>
          <w:p w14:paraId="6D2A8D99" w14:textId="77777777" w:rsidR="005C41BF" w:rsidRDefault="000B3397">
            <w:pPr>
              <w:spacing w:line="252" w:lineRule="auto"/>
            </w:pPr>
            <w:r>
              <w:rPr>
                <w:sz w:val="16"/>
              </w:rPr>
              <w:t>Supporting documentation</w:t>
            </w:r>
          </w:p>
        </w:tc>
        <w:tc>
          <w:tcPr>
            <w:tcW w:w="5760" w:type="dxa"/>
            <w:tcMar>
              <w:top w:w="80" w:type="dxa"/>
              <w:left w:w="90" w:type="dxa"/>
              <w:bottom w:w="80" w:type="dxa"/>
              <w:right w:w="90" w:type="dxa"/>
            </w:tcMar>
            <w:vAlign w:val="center"/>
          </w:tcPr>
          <w:p w14:paraId="46C6993E" w14:textId="77777777" w:rsidR="005C41BF" w:rsidRDefault="000B3397">
            <w:pPr>
              <w:spacing w:line="252" w:lineRule="auto"/>
            </w:pPr>
            <w:r>
              <w:rPr>
                <w:sz w:val="16"/>
              </w:rPr>
              <w:t>Relevant technical, methodological, administrative, and analytical documentation is provided.</w:t>
            </w:r>
          </w:p>
        </w:tc>
        <w:tc>
          <w:tcPr>
            <w:tcW w:w="2232" w:type="dxa"/>
            <w:tcMar>
              <w:top w:w="80" w:type="dxa"/>
              <w:left w:w="90" w:type="dxa"/>
              <w:bottom w:w="80" w:type="dxa"/>
              <w:right w:w="90" w:type="dxa"/>
            </w:tcMar>
            <w:vAlign w:val="center"/>
          </w:tcPr>
          <w:p w14:paraId="20815DD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A81F0B1" w14:textId="77777777" w:rsidR="005C41BF" w:rsidRDefault="005C41BF">
            <w:pPr>
              <w:spacing w:line="252" w:lineRule="auto"/>
            </w:pPr>
          </w:p>
        </w:tc>
        <w:tc>
          <w:tcPr>
            <w:tcW w:w="1512" w:type="dxa"/>
            <w:tcMar>
              <w:top w:w="80" w:type="dxa"/>
              <w:left w:w="90" w:type="dxa"/>
              <w:bottom w:w="80" w:type="dxa"/>
              <w:right w:w="90" w:type="dxa"/>
            </w:tcMar>
            <w:vAlign w:val="center"/>
          </w:tcPr>
          <w:p w14:paraId="1CFA01BC"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02AF442" w14:textId="77777777">
        <w:trPr>
          <w:jc w:val="center"/>
        </w:trPr>
        <w:tc>
          <w:tcPr>
            <w:tcW w:w="2232" w:type="dxa"/>
            <w:tcMar>
              <w:top w:w="80" w:type="dxa"/>
              <w:left w:w="90" w:type="dxa"/>
              <w:bottom w:w="80" w:type="dxa"/>
              <w:right w:w="90" w:type="dxa"/>
            </w:tcMar>
            <w:vAlign w:val="center"/>
          </w:tcPr>
          <w:p w14:paraId="1F4ECDBC" w14:textId="77777777" w:rsidR="005C41BF" w:rsidRDefault="000B3397">
            <w:pPr>
              <w:spacing w:line="252" w:lineRule="auto"/>
            </w:pPr>
            <w:r>
              <w:rPr>
                <w:sz w:val="16"/>
              </w:rPr>
              <w:t>Programs and scripts</w:t>
            </w:r>
          </w:p>
        </w:tc>
        <w:tc>
          <w:tcPr>
            <w:tcW w:w="5760" w:type="dxa"/>
            <w:tcMar>
              <w:top w:w="80" w:type="dxa"/>
              <w:left w:w="90" w:type="dxa"/>
              <w:bottom w:w="80" w:type="dxa"/>
              <w:right w:w="90" w:type="dxa"/>
            </w:tcMar>
            <w:vAlign w:val="center"/>
          </w:tcPr>
          <w:p w14:paraId="2FACB5A3" w14:textId="77777777" w:rsidR="005C41BF" w:rsidRDefault="000B3397">
            <w:pPr>
              <w:spacing w:line="252" w:lineRule="auto"/>
            </w:pPr>
            <w:r>
              <w:rPr>
                <w:sz w:val="16"/>
              </w:rPr>
              <w:t>Data entry, editing, anonymization, tabulation, and analysis scripts are preserved where available.</w:t>
            </w:r>
          </w:p>
        </w:tc>
        <w:tc>
          <w:tcPr>
            <w:tcW w:w="2232" w:type="dxa"/>
            <w:tcMar>
              <w:top w:w="80" w:type="dxa"/>
              <w:left w:w="90" w:type="dxa"/>
              <w:bottom w:w="80" w:type="dxa"/>
              <w:right w:w="90" w:type="dxa"/>
            </w:tcMar>
            <w:vAlign w:val="center"/>
          </w:tcPr>
          <w:p w14:paraId="4820FC2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17AAFBA" w14:textId="77777777" w:rsidR="005C41BF" w:rsidRDefault="005C41BF">
            <w:pPr>
              <w:spacing w:line="252" w:lineRule="auto"/>
            </w:pPr>
          </w:p>
        </w:tc>
        <w:tc>
          <w:tcPr>
            <w:tcW w:w="1512" w:type="dxa"/>
            <w:tcMar>
              <w:top w:w="80" w:type="dxa"/>
              <w:left w:w="90" w:type="dxa"/>
              <w:bottom w:w="80" w:type="dxa"/>
              <w:right w:w="90" w:type="dxa"/>
            </w:tcMar>
            <w:vAlign w:val="center"/>
          </w:tcPr>
          <w:p w14:paraId="320B8612"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77C6990" w14:textId="77777777">
        <w:trPr>
          <w:jc w:val="center"/>
        </w:trPr>
        <w:tc>
          <w:tcPr>
            <w:tcW w:w="2232" w:type="dxa"/>
            <w:tcMar>
              <w:top w:w="80" w:type="dxa"/>
              <w:left w:w="90" w:type="dxa"/>
              <w:bottom w:w="80" w:type="dxa"/>
              <w:right w:w="90" w:type="dxa"/>
            </w:tcMar>
            <w:vAlign w:val="center"/>
          </w:tcPr>
          <w:p w14:paraId="78D18272" w14:textId="77777777" w:rsidR="005C41BF" w:rsidRDefault="000B3397">
            <w:pPr>
              <w:spacing w:line="252" w:lineRule="auto"/>
            </w:pPr>
            <w:r>
              <w:rPr>
                <w:sz w:val="16"/>
              </w:rPr>
              <w:t>Survey reports</w:t>
            </w:r>
          </w:p>
        </w:tc>
        <w:tc>
          <w:tcPr>
            <w:tcW w:w="5760" w:type="dxa"/>
            <w:tcMar>
              <w:top w:w="80" w:type="dxa"/>
              <w:left w:w="90" w:type="dxa"/>
              <w:bottom w:w="80" w:type="dxa"/>
              <w:right w:w="90" w:type="dxa"/>
            </w:tcMar>
            <w:vAlign w:val="center"/>
          </w:tcPr>
          <w:p w14:paraId="3FFF690D" w14:textId="77777777" w:rsidR="005C41BF" w:rsidRDefault="000B3397">
            <w:pPr>
              <w:spacing w:line="252" w:lineRule="auto"/>
            </w:pPr>
            <w:r>
              <w:rPr>
                <w:sz w:val="16"/>
              </w:rPr>
              <w:t>Survey reports and key analytical outputs are provided in PDF and, where available, original editable formats.</w:t>
            </w:r>
          </w:p>
        </w:tc>
        <w:tc>
          <w:tcPr>
            <w:tcW w:w="2232" w:type="dxa"/>
            <w:tcMar>
              <w:top w:w="80" w:type="dxa"/>
              <w:left w:w="90" w:type="dxa"/>
              <w:bottom w:w="80" w:type="dxa"/>
              <w:right w:w="90" w:type="dxa"/>
            </w:tcMar>
            <w:vAlign w:val="center"/>
          </w:tcPr>
          <w:p w14:paraId="751A7CF4"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6EE48EE" w14:textId="77777777" w:rsidR="005C41BF" w:rsidRDefault="005C41BF">
            <w:pPr>
              <w:spacing w:line="252" w:lineRule="auto"/>
            </w:pPr>
          </w:p>
        </w:tc>
        <w:tc>
          <w:tcPr>
            <w:tcW w:w="1512" w:type="dxa"/>
            <w:tcMar>
              <w:top w:w="80" w:type="dxa"/>
              <w:left w:w="90" w:type="dxa"/>
              <w:bottom w:w="80" w:type="dxa"/>
              <w:right w:w="90" w:type="dxa"/>
            </w:tcMar>
            <w:vAlign w:val="center"/>
          </w:tcPr>
          <w:p w14:paraId="0741041C"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33D693A9" w14:textId="77777777">
        <w:trPr>
          <w:jc w:val="center"/>
        </w:trPr>
        <w:tc>
          <w:tcPr>
            <w:tcW w:w="2232" w:type="dxa"/>
            <w:tcMar>
              <w:top w:w="80" w:type="dxa"/>
              <w:left w:w="90" w:type="dxa"/>
              <w:bottom w:w="80" w:type="dxa"/>
              <w:right w:w="90" w:type="dxa"/>
            </w:tcMar>
            <w:vAlign w:val="center"/>
          </w:tcPr>
          <w:p w14:paraId="7D40C647" w14:textId="77777777" w:rsidR="005C41BF" w:rsidRDefault="000B3397">
            <w:pPr>
              <w:spacing w:line="252" w:lineRule="auto"/>
            </w:pPr>
            <w:r>
              <w:rPr>
                <w:sz w:val="16"/>
              </w:rPr>
              <w:t>Links</w:t>
            </w:r>
          </w:p>
        </w:tc>
        <w:tc>
          <w:tcPr>
            <w:tcW w:w="5760" w:type="dxa"/>
            <w:tcMar>
              <w:top w:w="80" w:type="dxa"/>
              <w:left w:w="90" w:type="dxa"/>
              <w:bottom w:w="80" w:type="dxa"/>
              <w:right w:w="90" w:type="dxa"/>
            </w:tcMar>
            <w:vAlign w:val="center"/>
          </w:tcPr>
          <w:p w14:paraId="652D6792" w14:textId="77777777" w:rsidR="005C41BF" w:rsidRDefault="000B3397">
            <w:pPr>
              <w:spacing w:line="252" w:lineRule="auto"/>
            </w:pPr>
            <w:r>
              <w:rPr>
                <w:sz w:val="16"/>
              </w:rPr>
              <w:t>All links to external resources are valid and use stable or relative paths where appropriate.</w:t>
            </w:r>
          </w:p>
        </w:tc>
        <w:tc>
          <w:tcPr>
            <w:tcW w:w="2232" w:type="dxa"/>
            <w:tcMar>
              <w:top w:w="80" w:type="dxa"/>
              <w:left w:w="90" w:type="dxa"/>
              <w:bottom w:w="80" w:type="dxa"/>
              <w:right w:w="90" w:type="dxa"/>
            </w:tcMar>
            <w:vAlign w:val="center"/>
          </w:tcPr>
          <w:p w14:paraId="11957B4B"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2908EB2C" w14:textId="77777777" w:rsidR="005C41BF" w:rsidRDefault="005C41BF">
            <w:pPr>
              <w:spacing w:line="252" w:lineRule="auto"/>
            </w:pPr>
          </w:p>
        </w:tc>
        <w:tc>
          <w:tcPr>
            <w:tcW w:w="1512" w:type="dxa"/>
            <w:tcMar>
              <w:top w:w="80" w:type="dxa"/>
              <w:left w:w="90" w:type="dxa"/>
              <w:bottom w:w="80" w:type="dxa"/>
              <w:right w:w="90" w:type="dxa"/>
            </w:tcMar>
            <w:vAlign w:val="center"/>
          </w:tcPr>
          <w:p w14:paraId="4C2505A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B0C5450" w14:textId="77777777">
        <w:trPr>
          <w:jc w:val="center"/>
        </w:trPr>
        <w:tc>
          <w:tcPr>
            <w:tcW w:w="2232" w:type="dxa"/>
            <w:tcMar>
              <w:top w:w="80" w:type="dxa"/>
              <w:left w:w="90" w:type="dxa"/>
              <w:bottom w:w="80" w:type="dxa"/>
              <w:right w:w="90" w:type="dxa"/>
            </w:tcMar>
            <w:vAlign w:val="center"/>
          </w:tcPr>
          <w:p w14:paraId="3E5E0EE5" w14:textId="77777777" w:rsidR="005C41BF" w:rsidRDefault="000B3397">
            <w:pPr>
              <w:spacing w:line="252" w:lineRule="auto"/>
            </w:pPr>
            <w:r>
              <w:rPr>
                <w:sz w:val="16"/>
              </w:rPr>
              <w:t>Resource labels</w:t>
            </w:r>
          </w:p>
        </w:tc>
        <w:tc>
          <w:tcPr>
            <w:tcW w:w="5760" w:type="dxa"/>
            <w:tcMar>
              <w:top w:w="80" w:type="dxa"/>
              <w:left w:w="90" w:type="dxa"/>
              <w:bottom w:w="80" w:type="dxa"/>
              <w:right w:w="90" w:type="dxa"/>
            </w:tcMar>
            <w:vAlign w:val="center"/>
          </w:tcPr>
          <w:p w14:paraId="50C1C273" w14:textId="77777777" w:rsidR="005C41BF" w:rsidRDefault="000B3397">
            <w:pPr>
              <w:spacing w:line="252" w:lineRule="auto"/>
            </w:pPr>
            <w:r>
              <w:rPr>
                <w:sz w:val="16"/>
              </w:rPr>
              <w:t>Each external resource has a short, explicit, and user-friendly label.</w:t>
            </w:r>
          </w:p>
        </w:tc>
        <w:tc>
          <w:tcPr>
            <w:tcW w:w="2232" w:type="dxa"/>
            <w:tcMar>
              <w:top w:w="80" w:type="dxa"/>
              <w:left w:w="90" w:type="dxa"/>
              <w:bottom w:w="80" w:type="dxa"/>
              <w:right w:w="90" w:type="dxa"/>
            </w:tcMar>
            <w:vAlign w:val="center"/>
          </w:tcPr>
          <w:p w14:paraId="3972EBAA"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21FD38A" w14:textId="77777777" w:rsidR="005C41BF" w:rsidRDefault="005C41BF">
            <w:pPr>
              <w:spacing w:line="252" w:lineRule="auto"/>
            </w:pPr>
          </w:p>
        </w:tc>
        <w:tc>
          <w:tcPr>
            <w:tcW w:w="1512" w:type="dxa"/>
            <w:tcMar>
              <w:top w:w="80" w:type="dxa"/>
              <w:left w:w="90" w:type="dxa"/>
              <w:bottom w:w="80" w:type="dxa"/>
              <w:right w:w="90" w:type="dxa"/>
            </w:tcMar>
            <w:vAlign w:val="center"/>
          </w:tcPr>
          <w:p w14:paraId="259DC3D5"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8076FED" w14:textId="77777777">
        <w:trPr>
          <w:jc w:val="center"/>
        </w:trPr>
        <w:tc>
          <w:tcPr>
            <w:tcW w:w="2232" w:type="dxa"/>
            <w:tcMar>
              <w:top w:w="80" w:type="dxa"/>
              <w:left w:w="90" w:type="dxa"/>
              <w:bottom w:w="80" w:type="dxa"/>
              <w:right w:w="90" w:type="dxa"/>
            </w:tcMar>
            <w:vAlign w:val="center"/>
          </w:tcPr>
          <w:p w14:paraId="22D9C596" w14:textId="77777777" w:rsidR="005C41BF" w:rsidRDefault="000B3397">
            <w:pPr>
              <w:spacing w:line="252" w:lineRule="auto"/>
            </w:pPr>
            <w:r>
              <w:rPr>
                <w:sz w:val="16"/>
              </w:rPr>
              <w:t>File formats</w:t>
            </w:r>
          </w:p>
        </w:tc>
        <w:tc>
          <w:tcPr>
            <w:tcW w:w="5760" w:type="dxa"/>
            <w:tcMar>
              <w:top w:w="80" w:type="dxa"/>
              <w:left w:w="90" w:type="dxa"/>
              <w:bottom w:w="80" w:type="dxa"/>
              <w:right w:w="90" w:type="dxa"/>
            </w:tcMar>
            <w:vAlign w:val="center"/>
          </w:tcPr>
          <w:p w14:paraId="3215482D" w14:textId="77777777" w:rsidR="005C41BF" w:rsidRDefault="000B3397">
            <w:pPr>
              <w:spacing w:line="252" w:lineRule="auto"/>
            </w:pPr>
            <w:r>
              <w:rPr>
                <w:sz w:val="16"/>
              </w:rPr>
              <w:t>Preservation and access formats are appropriate, readable, and documented.</w:t>
            </w:r>
          </w:p>
        </w:tc>
        <w:tc>
          <w:tcPr>
            <w:tcW w:w="2232" w:type="dxa"/>
            <w:tcMar>
              <w:top w:w="80" w:type="dxa"/>
              <w:left w:w="90" w:type="dxa"/>
              <w:bottom w:w="80" w:type="dxa"/>
              <w:right w:w="90" w:type="dxa"/>
            </w:tcMar>
            <w:vAlign w:val="center"/>
          </w:tcPr>
          <w:p w14:paraId="09F13FE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FE2DD96" w14:textId="77777777" w:rsidR="005C41BF" w:rsidRDefault="005C41BF">
            <w:pPr>
              <w:spacing w:line="252" w:lineRule="auto"/>
            </w:pPr>
          </w:p>
        </w:tc>
        <w:tc>
          <w:tcPr>
            <w:tcW w:w="1512" w:type="dxa"/>
            <w:tcMar>
              <w:top w:w="80" w:type="dxa"/>
              <w:left w:w="90" w:type="dxa"/>
              <w:bottom w:w="80" w:type="dxa"/>
              <w:right w:w="90" w:type="dxa"/>
            </w:tcMar>
            <w:vAlign w:val="center"/>
          </w:tcPr>
          <w:p w14:paraId="6447FB8F"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5D6EA10" w14:textId="77777777">
        <w:trPr>
          <w:jc w:val="center"/>
        </w:trPr>
        <w:tc>
          <w:tcPr>
            <w:tcW w:w="2232" w:type="dxa"/>
            <w:tcMar>
              <w:top w:w="80" w:type="dxa"/>
              <w:left w:w="90" w:type="dxa"/>
              <w:bottom w:w="80" w:type="dxa"/>
              <w:right w:w="90" w:type="dxa"/>
            </w:tcMar>
            <w:vAlign w:val="center"/>
          </w:tcPr>
          <w:p w14:paraId="3AB3EEAD" w14:textId="77777777" w:rsidR="005C41BF" w:rsidRDefault="000B3397">
            <w:pPr>
              <w:spacing w:line="252" w:lineRule="auto"/>
            </w:pPr>
            <w:r>
              <w:rPr>
                <w:sz w:val="16"/>
              </w:rPr>
              <w:t>Type</w:t>
            </w:r>
          </w:p>
        </w:tc>
        <w:tc>
          <w:tcPr>
            <w:tcW w:w="5760" w:type="dxa"/>
            <w:tcMar>
              <w:top w:w="80" w:type="dxa"/>
              <w:left w:w="90" w:type="dxa"/>
              <w:bottom w:w="80" w:type="dxa"/>
              <w:right w:w="90" w:type="dxa"/>
            </w:tcMar>
            <w:vAlign w:val="center"/>
          </w:tcPr>
          <w:p w14:paraId="3940C93C" w14:textId="77777777" w:rsidR="005C41BF" w:rsidRDefault="000B3397">
            <w:pPr>
              <w:spacing w:line="252" w:lineRule="auto"/>
            </w:pPr>
            <w:r>
              <w:rPr>
                <w:sz w:val="16"/>
              </w:rPr>
              <w:t>Resource type is indicated using a standard or controlled vocabulary where available.</w:t>
            </w:r>
          </w:p>
        </w:tc>
        <w:tc>
          <w:tcPr>
            <w:tcW w:w="2232" w:type="dxa"/>
            <w:tcMar>
              <w:top w:w="80" w:type="dxa"/>
              <w:left w:w="90" w:type="dxa"/>
              <w:bottom w:w="80" w:type="dxa"/>
              <w:right w:w="90" w:type="dxa"/>
            </w:tcMar>
            <w:vAlign w:val="center"/>
          </w:tcPr>
          <w:p w14:paraId="3CE7D47C"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27357532" w14:textId="77777777" w:rsidR="005C41BF" w:rsidRDefault="005C41BF">
            <w:pPr>
              <w:spacing w:line="252" w:lineRule="auto"/>
            </w:pPr>
          </w:p>
        </w:tc>
        <w:tc>
          <w:tcPr>
            <w:tcW w:w="1512" w:type="dxa"/>
            <w:tcMar>
              <w:top w:w="80" w:type="dxa"/>
              <w:left w:w="90" w:type="dxa"/>
              <w:bottom w:w="80" w:type="dxa"/>
              <w:right w:w="90" w:type="dxa"/>
            </w:tcMar>
            <w:vAlign w:val="center"/>
          </w:tcPr>
          <w:p w14:paraId="031B865A"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CF30F79" w14:textId="77777777">
        <w:trPr>
          <w:jc w:val="center"/>
        </w:trPr>
        <w:tc>
          <w:tcPr>
            <w:tcW w:w="2232" w:type="dxa"/>
            <w:tcMar>
              <w:top w:w="80" w:type="dxa"/>
              <w:left w:w="90" w:type="dxa"/>
              <w:bottom w:w="80" w:type="dxa"/>
              <w:right w:w="90" w:type="dxa"/>
            </w:tcMar>
            <w:vAlign w:val="center"/>
          </w:tcPr>
          <w:p w14:paraId="3B6F3ACC" w14:textId="77777777" w:rsidR="005C41BF" w:rsidRDefault="000B3397">
            <w:pPr>
              <w:spacing w:line="252" w:lineRule="auto"/>
            </w:pPr>
            <w:r>
              <w:rPr>
                <w:sz w:val="16"/>
              </w:rPr>
              <w:t>Title</w:t>
            </w:r>
          </w:p>
        </w:tc>
        <w:tc>
          <w:tcPr>
            <w:tcW w:w="5760" w:type="dxa"/>
            <w:tcMar>
              <w:top w:w="80" w:type="dxa"/>
              <w:left w:w="90" w:type="dxa"/>
              <w:bottom w:w="80" w:type="dxa"/>
              <w:right w:w="90" w:type="dxa"/>
            </w:tcMar>
            <w:vAlign w:val="center"/>
          </w:tcPr>
          <w:p w14:paraId="2DB4E7A4" w14:textId="77777777" w:rsidR="005C41BF" w:rsidRDefault="000B3397">
            <w:pPr>
              <w:spacing w:line="252" w:lineRule="auto"/>
            </w:pPr>
            <w:r>
              <w:rPr>
                <w:sz w:val="16"/>
              </w:rPr>
              <w:t>Resource title matches the cover page or clearly describes the content.</w:t>
            </w:r>
          </w:p>
        </w:tc>
        <w:tc>
          <w:tcPr>
            <w:tcW w:w="2232" w:type="dxa"/>
            <w:tcMar>
              <w:top w:w="80" w:type="dxa"/>
              <w:left w:w="90" w:type="dxa"/>
              <w:bottom w:w="80" w:type="dxa"/>
              <w:right w:w="90" w:type="dxa"/>
            </w:tcMar>
            <w:vAlign w:val="center"/>
          </w:tcPr>
          <w:p w14:paraId="684F0397"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7F023C8" w14:textId="77777777" w:rsidR="005C41BF" w:rsidRDefault="005C41BF">
            <w:pPr>
              <w:spacing w:line="252" w:lineRule="auto"/>
            </w:pPr>
          </w:p>
        </w:tc>
        <w:tc>
          <w:tcPr>
            <w:tcW w:w="1512" w:type="dxa"/>
            <w:tcMar>
              <w:top w:w="80" w:type="dxa"/>
              <w:left w:w="90" w:type="dxa"/>
              <w:bottom w:w="80" w:type="dxa"/>
              <w:right w:w="90" w:type="dxa"/>
            </w:tcMar>
            <w:vAlign w:val="center"/>
          </w:tcPr>
          <w:p w14:paraId="314EB9D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7316A17" w14:textId="77777777">
        <w:trPr>
          <w:jc w:val="center"/>
        </w:trPr>
        <w:tc>
          <w:tcPr>
            <w:tcW w:w="2232" w:type="dxa"/>
            <w:tcMar>
              <w:top w:w="80" w:type="dxa"/>
              <w:left w:w="90" w:type="dxa"/>
              <w:bottom w:w="80" w:type="dxa"/>
              <w:right w:w="90" w:type="dxa"/>
            </w:tcMar>
            <w:vAlign w:val="center"/>
          </w:tcPr>
          <w:p w14:paraId="058247E1" w14:textId="77777777" w:rsidR="005C41BF" w:rsidRDefault="000B3397">
            <w:pPr>
              <w:spacing w:line="252" w:lineRule="auto"/>
            </w:pPr>
            <w:r>
              <w:rPr>
                <w:sz w:val="16"/>
              </w:rPr>
              <w:t>Subtitle</w:t>
            </w:r>
          </w:p>
        </w:tc>
        <w:tc>
          <w:tcPr>
            <w:tcW w:w="5760" w:type="dxa"/>
            <w:tcMar>
              <w:top w:w="80" w:type="dxa"/>
              <w:left w:w="90" w:type="dxa"/>
              <w:bottom w:w="80" w:type="dxa"/>
              <w:right w:w="90" w:type="dxa"/>
            </w:tcMar>
            <w:vAlign w:val="center"/>
          </w:tcPr>
          <w:p w14:paraId="1BB7E428" w14:textId="77777777" w:rsidR="005C41BF" w:rsidRDefault="000B3397">
            <w:pPr>
              <w:spacing w:line="252" w:lineRule="auto"/>
            </w:pPr>
            <w:r>
              <w:rPr>
                <w:sz w:val="16"/>
              </w:rPr>
              <w:t>Subtitle is included where applicable and matches the resource.</w:t>
            </w:r>
          </w:p>
        </w:tc>
        <w:tc>
          <w:tcPr>
            <w:tcW w:w="2232" w:type="dxa"/>
            <w:tcMar>
              <w:top w:w="80" w:type="dxa"/>
              <w:left w:w="90" w:type="dxa"/>
              <w:bottom w:w="80" w:type="dxa"/>
              <w:right w:w="90" w:type="dxa"/>
            </w:tcMar>
            <w:vAlign w:val="center"/>
          </w:tcPr>
          <w:p w14:paraId="048531CD"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BDB5498" w14:textId="77777777" w:rsidR="005C41BF" w:rsidRDefault="005C41BF">
            <w:pPr>
              <w:spacing w:line="252" w:lineRule="auto"/>
            </w:pPr>
          </w:p>
        </w:tc>
        <w:tc>
          <w:tcPr>
            <w:tcW w:w="1512" w:type="dxa"/>
            <w:tcMar>
              <w:top w:w="80" w:type="dxa"/>
              <w:left w:w="90" w:type="dxa"/>
              <w:bottom w:w="80" w:type="dxa"/>
              <w:right w:w="90" w:type="dxa"/>
            </w:tcMar>
            <w:vAlign w:val="center"/>
          </w:tcPr>
          <w:p w14:paraId="26B4D91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F37C321" w14:textId="77777777">
        <w:trPr>
          <w:jc w:val="center"/>
        </w:trPr>
        <w:tc>
          <w:tcPr>
            <w:tcW w:w="2232" w:type="dxa"/>
            <w:tcMar>
              <w:top w:w="80" w:type="dxa"/>
              <w:left w:w="90" w:type="dxa"/>
              <w:bottom w:w="80" w:type="dxa"/>
              <w:right w:w="90" w:type="dxa"/>
            </w:tcMar>
            <w:vAlign w:val="center"/>
          </w:tcPr>
          <w:p w14:paraId="1EADBFFA" w14:textId="77777777" w:rsidR="005C41BF" w:rsidRDefault="000B3397">
            <w:pPr>
              <w:spacing w:line="252" w:lineRule="auto"/>
            </w:pPr>
            <w:r>
              <w:rPr>
                <w:sz w:val="16"/>
              </w:rPr>
              <w:t>Author or creator</w:t>
            </w:r>
          </w:p>
        </w:tc>
        <w:tc>
          <w:tcPr>
            <w:tcW w:w="5760" w:type="dxa"/>
            <w:tcMar>
              <w:top w:w="80" w:type="dxa"/>
              <w:left w:w="90" w:type="dxa"/>
              <w:bottom w:w="80" w:type="dxa"/>
              <w:right w:w="90" w:type="dxa"/>
            </w:tcMar>
            <w:vAlign w:val="center"/>
          </w:tcPr>
          <w:p w14:paraId="45A38E04" w14:textId="77777777" w:rsidR="005C41BF" w:rsidRDefault="000B3397">
            <w:pPr>
              <w:spacing w:line="252" w:lineRule="auto"/>
            </w:pPr>
            <w:r>
              <w:rPr>
                <w:sz w:val="16"/>
              </w:rPr>
              <w:t>Person, agency, or organization responsible for creating the resource is identified.</w:t>
            </w:r>
          </w:p>
        </w:tc>
        <w:tc>
          <w:tcPr>
            <w:tcW w:w="2232" w:type="dxa"/>
            <w:tcMar>
              <w:top w:w="80" w:type="dxa"/>
              <w:left w:w="90" w:type="dxa"/>
              <w:bottom w:w="80" w:type="dxa"/>
              <w:right w:w="90" w:type="dxa"/>
            </w:tcMar>
            <w:vAlign w:val="center"/>
          </w:tcPr>
          <w:p w14:paraId="53585924"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2916C19D" w14:textId="77777777" w:rsidR="005C41BF" w:rsidRDefault="005C41BF">
            <w:pPr>
              <w:spacing w:line="252" w:lineRule="auto"/>
            </w:pPr>
          </w:p>
        </w:tc>
        <w:tc>
          <w:tcPr>
            <w:tcW w:w="1512" w:type="dxa"/>
            <w:tcMar>
              <w:top w:w="80" w:type="dxa"/>
              <w:left w:w="90" w:type="dxa"/>
              <w:bottom w:w="80" w:type="dxa"/>
              <w:right w:w="90" w:type="dxa"/>
            </w:tcMar>
            <w:vAlign w:val="center"/>
          </w:tcPr>
          <w:p w14:paraId="16F2A72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4991926" w14:textId="77777777">
        <w:trPr>
          <w:jc w:val="center"/>
        </w:trPr>
        <w:tc>
          <w:tcPr>
            <w:tcW w:w="2232" w:type="dxa"/>
            <w:tcMar>
              <w:top w:w="80" w:type="dxa"/>
              <w:left w:w="90" w:type="dxa"/>
              <w:bottom w:w="80" w:type="dxa"/>
              <w:right w:w="90" w:type="dxa"/>
            </w:tcMar>
            <w:vAlign w:val="center"/>
          </w:tcPr>
          <w:p w14:paraId="491072FA" w14:textId="77777777" w:rsidR="005C41BF" w:rsidRDefault="000B3397">
            <w:pPr>
              <w:spacing w:line="252" w:lineRule="auto"/>
            </w:pPr>
            <w:r>
              <w:rPr>
                <w:sz w:val="16"/>
              </w:rPr>
              <w:t>Date</w:t>
            </w:r>
          </w:p>
        </w:tc>
        <w:tc>
          <w:tcPr>
            <w:tcW w:w="5760" w:type="dxa"/>
            <w:tcMar>
              <w:top w:w="80" w:type="dxa"/>
              <w:left w:w="90" w:type="dxa"/>
              <w:bottom w:w="80" w:type="dxa"/>
              <w:right w:w="90" w:type="dxa"/>
            </w:tcMar>
            <w:vAlign w:val="center"/>
          </w:tcPr>
          <w:p w14:paraId="0BE90066" w14:textId="77777777" w:rsidR="005C41BF" w:rsidRDefault="000B3397">
            <w:pPr>
              <w:spacing w:line="252" w:lineRule="auto"/>
            </w:pPr>
            <w:r>
              <w:rPr>
                <w:sz w:val="16"/>
              </w:rPr>
              <w:t>Date is provided at least to month and year where available.</w:t>
            </w:r>
          </w:p>
        </w:tc>
        <w:tc>
          <w:tcPr>
            <w:tcW w:w="2232" w:type="dxa"/>
            <w:tcMar>
              <w:top w:w="80" w:type="dxa"/>
              <w:left w:w="90" w:type="dxa"/>
              <w:bottom w:w="80" w:type="dxa"/>
              <w:right w:w="90" w:type="dxa"/>
            </w:tcMar>
            <w:vAlign w:val="center"/>
          </w:tcPr>
          <w:p w14:paraId="35430EF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4869460" w14:textId="77777777" w:rsidR="005C41BF" w:rsidRDefault="005C41BF">
            <w:pPr>
              <w:spacing w:line="252" w:lineRule="auto"/>
            </w:pPr>
          </w:p>
        </w:tc>
        <w:tc>
          <w:tcPr>
            <w:tcW w:w="1512" w:type="dxa"/>
            <w:tcMar>
              <w:top w:w="80" w:type="dxa"/>
              <w:left w:w="90" w:type="dxa"/>
              <w:bottom w:w="80" w:type="dxa"/>
              <w:right w:w="90" w:type="dxa"/>
            </w:tcMar>
            <w:vAlign w:val="center"/>
          </w:tcPr>
          <w:p w14:paraId="6DFF3CFA"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9BA5ADB" w14:textId="77777777">
        <w:trPr>
          <w:jc w:val="center"/>
        </w:trPr>
        <w:tc>
          <w:tcPr>
            <w:tcW w:w="2232" w:type="dxa"/>
            <w:tcMar>
              <w:top w:w="80" w:type="dxa"/>
              <w:left w:w="90" w:type="dxa"/>
              <w:bottom w:w="80" w:type="dxa"/>
              <w:right w:w="90" w:type="dxa"/>
            </w:tcMar>
            <w:vAlign w:val="center"/>
          </w:tcPr>
          <w:p w14:paraId="0865C0B2" w14:textId="77777777" w:rsidR="005C41BF" w:rsidRDefault="000B3397">
            <w:pPr>
              <w:spacing w:line="252" w:lineRule="auto"/>
            </w:pPr>
            <w:r>
              <w:rPr>
                <w:sz w:val="16"/>
              </w:rPr>
              <w:t>Country</w:t>
            </w:r>
          </w:p>
        </w:tc>
        <w:tc>
          <w:tcPr>
            <w:tcW w:w="5760" w:type="dxa"/>
            <w:tcMar>
              <w:top w:w="80" w:type="dxa"/>
              <w:left w:w="90" w:type="dxa"/>
              <w:bottom w:w="80" w:type="dxa"/>
              <w:right w:w="90" w:type="dxa"/>
            </w:tcMar>
            <w:vAlign w:val="center"/>
          </w:tcPr>
          <w:p w14:paraId="7D2CDACA" w14:textId="77777777" w:rsidR="005C41BF" w:rsidRDefault="000B3397">
            <w:pPr>
              <w:spacing w:line="252" w:lineRule="auto"/>
            </w:pPr>
            <w:r>
              <w:rPr>
                <w:sz w:val="16"/>
              </w:rPr>
              <w:t>Country or geographic relevance is documented where applicable.</w:t>
            </w:r>
          </w:p>
        </w:tc>
        <w:tc>
          <w:tcPr>
            <w:tcW w:w="2232" w:type="dxa"/>
            <w:tcMar>
              <w:top w:w="80" w:type="dxa"/>
              <w:left w:w="90" w:type="dxa"/>
              <w:bottom w:w="80" w:type="dxa"/>
              <w:right w:w="90" w:type="dxa"/>
            </w:tcMar>
            <w:vAlign w:val="center"/>
          </w:tcPr>
          <w:p w14:paraId="09746FE4"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87F57B8" w14:textId="77777777" w:rsidR="005C41BF" w:rsidRDefault="005C41BF">
            <w:pPr>
              <w:spacing w:line="252" w:lineRule="auto"/>
            </w:pPr>
          </w:p>
        </w:tc>
        <w:tc>
          <w:tcPr>
            <w:tcW w:w="1512" w:type="dxa"/>
            <w:tcMar>
              <w:top w:w="80" w:type="dxa"/>
              <w:left w:w="90" w:type="dxa"/>
              <w:bottom w:w="80" w:type="dxa"/>
              <w:right w:w="90" w:type="dxa"/>
            </w:tcMar>
            <w:vAlign w:val="center"/>
          </w:tcPr>
          <w:p w14:paraId="0AB03E97"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50EB4C6" w14:textId="77777777">
        <w:trPr>
          <w:jc w:val="center"/>
        </w:trPr>
        <w:tc>
          <w:tcPr>
            <w:tcW w:w="2232" w:type="dxa"/>
            <w:tcMar>
              <w:top w:w="80" w:type="dxa"/>
              <w:left w:w="90" w:type="dxa"/>
              <w:bottom w:w="80" w:type="dxa"/>
              <w:right w:w="90" w:type="dxa"/>
            </w:tcMar>
            <w:vAlign w:val="center"/>
          </w:tcPr>
          <w:p w14:paraId="5012E90A" w14:textId="77777777" w:rsidR="005C41BF" w:rsidRDefault="000B3397">
            <w:pPr>
              <w:spacing w:line="252" w:lineRule="auto"/>
            </w:pPr>
            <w:r>
              <w:rPr>
                <w:sz w:val="16"/>
              </w:rPr>
              <w:t>Language</w:t>
            </w:r>
          </w:p>
        </w:tc>
        <w:tc>
          <w:tcPr>
            <w:tcW w:w="5760" w:type="dxa"/>
            <w:tcMar>
              <w:top w:w="80" w:type="dxa"/>
              <w:left w:w="90" w:type="dxa"/>
              <w:bottom w:w="80" w:type="dxa"/>
              <w:right w:w="90" w:type="dxa"/>
            </w:tcMar>
            <w:vAlign w:val="center"/>
          </w:tcPr>
          <w:p w14:paraId="366D0279" w14:textId="77777777" w:rsidR="005C41BF" w:rsidRDefault="000B3397">
            <w:pPr>
              <w:spacing w:line="252" w:lineRule="auto"/>
            </w:pPr>
            <w:r>
              <w:rPr>
                <w:sz w:val="16"/>
              </w:rPr>
              <w:t>Language is documented for documents and other language-dependent resources.</w:t>
            </w:r>
          </w:p>
        </w:tc>
        <w:tc>
          <w:tcPr>
            <w:tcW w:w="2232" w:type="dxa"/>
            <w:tcMar>
              <w:top w:w="80" w:type="dxa"/>
              <w:left w:w="90" w:type="dxa"/>
              <w:bottom w:w="80" w:type="dxa"/>
              <w:right w:w="90" w:type="dxa"/>
            </w:tcMar>
            <w:vAlign w:val="center"/>
          </w:tcPr>
          <w:p w14:paraId="4655497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4738AF4" w14:textId="77777777" w:rsidR="005C41BF" w:rsidRDefault="005C41BF">
            <w:pPr>
              <w:spacing w:line="252" w:lineRule="auto"/>
            </w:pPr>
          </w:p>
        </w:tc>
        <w:tc>
          <w:tcPr>
            <w:tcW w:w="1512" w:type="dxa"/>
            <w:tcMar>
              <w:top w:w="80" w:type="dxa"/>
              <w:left w:w="90" w:type="dxa"/>
              <w:bottom w:w="80" w:type="dxa"/>
              <w:right w:w="90" w:type="dxa"/>
            </w:tcMar>
            <w:vAlign w:val="center"/>
          </w:tcPr>
          <w:p w14:paraId="71F4740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3BA96CF" w14:textId="77777777">
        <w:trPr>
          <w:jc w:val="center"/>
        </w:trPr>
        <w:tc>
          <w:tcPr>
            <w:tcW w:w="2232" w:type="dxa"/>
            <w:tcMar>
              <w:top w:w="80" w:type="dxa"/>
              <w:left w:w="90" w:type="dxa"/>
              <w:bottom w:w="80" w:type="dxa"/>
              <w:right w:w="90" w:type="dxa"/>
            </w:tcMar>
            <w:vAlign w:val="center"/>
          </w:tcPr>
          <w:p w14:paraId="5D936E8C" w14:textId="77777777" w:rsidR="005C41BF" w:rsidRDefault="000B3397">
            <w:pPr>
              <w:spacing w:line="252" w:lineRule="auto"/>
            </w:pPr>
            <w:r>
              <w:rPr>
                <w:sz w:val="16"/>
              </w:rPr>
              <w:t>Format</w:t>
            </w:r>
          </w:p>
        </w:tc>
        <w:tc>
          <w:tcPr>
            <w:tcW w:w="5760" w:type="dxa"/>
            <w:tcMar>
              <w:top w:w="80" w:type="dxa"/>
              <w:left w:w="90" w:type="dxa"/>
              <w:bottom w:w="80" w:type="dxa"/>
              <w:right w:w="90" w:type="dxa"/>
            </w:tcMar>
            <w:vAlign w:val="center"/>
          </w:tcPr>
          <w:p w14:paraId="50B6566F" w14:textId="77777777" w:rsidR="005C41BF" w:rsidRDefault="000B3397">
            <w:pPr>
              <w:spacing w:line="252" w:lineRule="auto"/>
            </w:pPr>
            <w:r>
              <w:rPr>
                <w:sz w:val="16"/>
              </w:rPr>
              <w:t>File format is documented, such as PDF, DOCX, XLSX, CSV, DO, R, PY, JPG, PNG, or ZIP.</w:t>
            </w:r>
          </w:p>
        </w:tc>
        <w:tc>
          <w:tcPr>
            <w:tcW w:w="2232" w:type="dxa"/>
            <w:tcMar>
              <w:top w:w="80" w:type="dxa"/>
              <w:left w:w="90" w:type="dxa"/>
              <w:bottom w:w="80" w:type="dxa"/>
              <w:right w:w="90" w:type="dxa"/>
            </w:tcMar>
            <w:vAlign w:val="center"/>
          </w:tcPr>
          <w:p w14:paraId="3D8606F3"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6ABBD8F" w14:textId="77777777" w:rsidR="005C41BF" w:rsidRDefault="005C41BF">
            <w:pPr>
              <w:spacing w:line="252" w:lineRule="auto"/>
            </w:pPr>
          </w:p>
        </w:tc>
        <w:tc>
          <w:tcPr>
            <w:tcW w:w="1512" w:type="dxa"/>
            <w:tcMar>
              <w:top w:w="80" w:type="dxa"/>
              <w:left w:w="90" w:type="dxa"/>
              <w:bottom w:w="80" w:type="dxa"/>
              <w:right w:w="90" w:type="dxa"/>
            </w:tcMar>
            <w:vAlign w:val="center"/>
          </w:tcPr>
          <w:p w14:paraId="6D309926"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5D84C21" w14:textId="77777777">
        <w:trPr>
          <w:jc w:val="center"/>
        </w:trPr>
        <w:tc>
          <w:tcPr>
            <w:tcW w:w="2232" w:type="dxa"/>
            <w:tcMar>
              <w:top w:w="80" w:type="dxa"/>
              <w:left w:w="90" w:type="dxa"/>
              <w:bottom w:w="80" w:type="dxa"/>
              <w:right w:w="90" w:type="dxa"/>
            </w:tcMar>
            <w:vAlign w:val="center"/>
          </w:tcPr>
          <w:p w14:paraId="192D4771" w14:textId="77777777" w:rsidR="005C41BF" w:rsidRDefault="000B3397">
            <w:pPr>
              <w:spacing w:line="252" w:lineRule="auto"/>
            </w:pPr>
            <w:r>
              <w:rPr>
                <w:sz w:val="16"/>
              </w:rPr>
              <w:lastRenderedPageBreak/>
              <w:t>Identifier</w:t>
            </w:r>
          </w:p>
        </w:tc>
        <w:tc>
          <w:tcPr>
            <w:tcW w:w="5760" w:type="dxa"/>
            <w:tcMar>
              <w:top w:w="80" w:type="dxa"/>
              <w:left w:w="90" w:type="dxa"/>
              <w:bottom w:w="80" w:type="dxa"/>
              <w:right w:w="90" w:type="dxa"/>
            </w:tcMar>
            <w:vAlign w:val="center"/>
          </w:tcPr>
          <w:p w14:paraId="4BFAC7A1" w14:textId="77777777" w:rsidR="005C41BF" w:rsidRDefault="000B3397">
            <w:pPr>
              <w:spacing w:line="252" w:lineRule="auto"/>
            </w:pPr>
            <w:r>
              <w:rPr>
                <w:sz w:val="16"/>
              </w:rPr>
              <w:t>Resource identifier is provided where available or needed for traceability.</w:t>
            </w:r>
          </w:p>
        </w:tc>
        <w:tc>
          <w:tcPr>
            <w:tcW w:w="2232" w:type="dxa"/>
            <w:tcMar>
              <w:top w:w="80" w:type="dxa"/>
              <w:left w:w="90" w:type="dxa"/>
              <w:bottom w:w="80" w:type="dxa"/>
              <w:right w:w="90" w:type="dxa"/>
            </w:tcMar>
            <w:vAlign w:val="center"/>
          </w:tcPr>
          <w:p w14:paraId="302A980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6BBA33E" w14:textId="77777777" w:rsidR="005C41BF" w:rsidRDefault="005C41BF">
            <w:pPr>
              <w:spacing w:line="252" w:lineRule="auto"/>
            </w:pPr>
          </w:p>
        </w:tc>
        <w:tc>
          <w:tcPr>
            <w:tcW w:w="1512" w:type="dxa"/>
            <w:tcMar>
              <w:top w:w="80" w:type="dxa"/>
              <w:left w:w="90" w:type="dxa"/>
              <w:bottom w:w="80" w:type="dxa"/>
              <w:right w:w="90" w:type="dxa"/>
            </w:tcMar>
            <w:vAlign w:val="center"/>
          </w:tcPr>
          <w:p w14:paraId="50AA7CC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464FCBC1" w14:textId="77777777" w:rsidR="005C41BF" w:rsidRDefault="005C41BF">
      <w:pPr>
        <w:spacing w:after="40"/>
      </w:pPr>
    </w:p>
    <w:p w14:paraId="5C8C6B09" w14:textId="77777777" w:rsidR="005C41BF" w:rsidRDefault="000B3397">
      <w:r>
        <w:br w:type="page"/>
      </w:r>
    </w:p>
    <w:p w14:paraId="1465645B" w14:textId="77777777" w:rsidR="005C41BF" w:rsidRDefault="000B3397">
      <w:pPr>
        <w:pStyle w:val="Heading1"/>
        <w:spacing w:after="100" w:line="259" w:lineRule="auto"/>
      </w:pPr>
      <w:r>
        <w:rPr>
          <w:b w:val="0"/>
        </w:rPr>
        <w:lastRenderedPageBreak/>
        <w:t>6. External Resources - Contributors, Rights, and Content</w:t>
      </w:r>
    </w:p>
    <w:p w14:paraId="09521563" w14:textId="77777777" w:rsidR="005C41BF" w:rsidRDefault="000B3397">
      <w:pPr>
        <w:spacing w:after="100" w:line="259" w:lineRule="auto"/>
      </w:pPr>
      <w:r>
        <w:t>This section reviews contributors, publisher, rights, and descriptive content for external resources.</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3DEAA3AB" w14:textId="77777777">
        <w:trPr>
          <w:jc w:val="center"/>
        </w:trPr>
        <w:tc>
          <w:tcPr>
            <w:tcW w:w="2232" w:type="dxa"/>
            <w:shd w:val="clear" w:color="auto" w:fill="1F4E79"/>
            <w:tcMar>
              <w:top w:w="90" w:type="dxa"/>
              <w:left w:w="90" w:type="dxa"/>
              <w:bottom w:w="90" w:type="dxa"/>
              <w:right w:w="90" w:type="dxa"/>
            </w:tcMar>
            <w:vAlign w:val="center"/>
          </w:tcPr>
          <w:p w14:paraId="1381B4E1"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117E8317"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55D423DC"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14495B04"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5D466AF4" w14:textId="77777777" w:rsidR="005C41BF" w:rsidRDefault="000B3397">
            <w:pPr>
              <w:spacing w:line="252" w:lineRule="auto"/>
            </w:pPr>
            <w:r>
              <w:rPr>
                <w:b/>
                <w:color w:val="FFFFFF"/>
                <w:sz w:val="17"/>
              </w:rPr>
              <w:t>Action</w:t>
            </w:r>
          </w:p>
        </w:tc>
      </w:tr>
      <w:tr w:rsidR="005C41BF" w14:paraId="0FF09248" w14:textId="77777777">
        <w:trPr>
          <w:jc w:val="center"/>
        </w:trPr>
        <w:tc>
          <w:tcPr>
            <w:tcW w:w="2232" w:type="dxa"/>
            <w:tcMar>
              <w:top w:w="80" w:type="dxa"/>
              <w:left w:w="90" w:type="dxa"/>
              <w:bottom w:w="80" w:type="dxa"/>
              <w:right w:w="90" w:type="dxa"/>
            </w:tcMar>
            <w:vAlign w:val="center"/>
          </w:tcPr>
          <w:p w14:paraId="732A0B1A" w14:textId="77777777" w:rsidR="005C41BF" w:rsidRDefault="000B3397">
            <w:pPr>
              <w:spacing w:line="252" w:lineRule="auto"/>
            </w:pPr>
            <w:r>
              <w:rPr>
                <w:sz w:val="16"/>
              </w:rPr>
              <w:t>Contributors</w:t>
            </w:r>
          </w:p>
        </w:tc>
        <w:tc>
          <w:tcPr>
            <w:tcW w:w="5760" w:type="dxa"/>
            <w:tcMar>
              <w:top w:w="80" w:type="dxa"/>
              <w:left w:w="90" w:type="dxa"/>
              <w:bottom w:w="80" w:type="dxa"/>
              <w:right w:w="90" w:type="dxa"/>
            </w:tcMar>
            <w:vAlign w:val="center"/>
          </w:tcPr>
          <w:p w14:paraId="14C12506" w14:textId="77777777" w:rsidR="005C41BF" w:rsidRDefault="000B3397">
            <w:pPr>
              <w:spacing w:line="252" w:lineRule="auto"/>
            </w:pPr>
            <w:r>
              <w:rPr>
                <w:sz w:val="16"/>
              </w:rPr>
              <w:t>Contributors are documented where relevant.</w:t>
            </w:r>
          </w:p>
        </w:tc>
        <w:tc>
          <w:tcPr>
            <w:tcW w:w="2232" w:type="dxa"/>
            <w:tcMar>
              <w:top w:w="80" w:type="dxa"/>
              <w:left w:w="90" w:type="dxa"/>
              <w:bottom w:w="80" w:type="dxa"/>
              <w:right w:w="90" w:type="dxa"/>
            </w:tcMar>
            <w:vAlign w:val="center"/>
          </w:tcPr>
          <w:p w14:paraId="6635CF73"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382A365" w14:textId="77777777" w:rsidR="005C41BF" w:rsidRDefault="005C41BF">
            <w:pPr>
              <w:spacing w:line="252" w:lineRule="auto"/>
            </w:pPr>
          </w:p>
        </w:tc>
        <w:tc>
          <w:tcPr>
            <w:tcW w:w="1512" w:type="dxa"/>
            <w:tcMar>
              <w:top w:w="80" w:type="dxa"/>
              <w:left w:w="90" w:type="dxa"/>
              <w:bottom w:w="80" w:type="dxa"/>
              <w:right w:w="90" w:type="dxa"/>
            </w:tcMar>
            <w:vAlign w:val="center"/>
          </w:tcPr>
          <w:p w14:paraId="0003FB29"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316CA851" w14:textId="77777777">
        <w:trPr>
          <w:jc w:val="center"/>
        </w:trPr>
        <w:tc>
          <w:tcPr>
            <w:tcW w:w="2232" w:type="dxa"/>
            <w:tcMar>
              <w:top w:w="80" w:type="dxa"/>
              <w:left w:w="90" w:type="dxa"/>
              <w:bottom w:w="80" w:type="dxa"/>
              <w:right w:w="90" w:type="dxa"/>
            </w:tcMar>
            <w:vAlign w:val="center"/>
          </w:tcPr>
          <w:p w14:paraId="0A8E5787" w14:textId="77777777" w:rsidR="005C41BF" w:rsidRDefault="000B3397">
            <w:pPr>
              <w:spacing w:line="252" w:lineRule="auto"/>
            </w:pPr>
            <w:r>
              <w:rPr>
                <w:sz w:val="16"/>
              </w:rPr>
              <w:t>Publisher</w:t>
            </w:r>
          </w:p>
        </w:tc>
        <w:tc>
          <w:tcPr>
            <w:tcW w:w="5760" w:type="dxa"/>
            <w:tcMar>
              <w:top w:w="80" w:type="dxa"/>
              <w:left w:w="90" w:type="dxa"/>
              <w:bottom w:w="80" w:type="dxa"/>
              <w:right w:w="90" w:type="dxa"/>
            </w:tcMar>
            <w:vAlign w:val="center"/>
          </w:tcPr>
          <w:p w14:paraId="0AF3FA63" w14:textId="77777777" w:rsidR="005C41BF" w:rsidRDefault="000B3397">
            <w:pPr>
              <w:spacing w:line="252" w:lineRule="auto"/>
            </w:pPr>
            <w:r>
              <w:rPr>
                <w:sz w:val="16"/>
              </w:rPr>
              <w:t>Publisher or issuing organization is documented where relevant.</w:t>
            </w:r>
          </w:p>
        </w:tc>
        <w:tc>
          <w:tcPr>
            <w:tcW w:w="2232" w:type="dxa"/>
            <w:tcMar>
              <w:top w:w="80" w:type="dxa"/>
              <w:left w:w="90" w:type="dxa"/>
              <w:bottom w:w="80" w:type="dxa"/>
              <w:right w:w="90" w:type="dxa"/>
            </w:tcMar>
            <w:vAlign w:val="center"/>
          </w:tcPr>
          <w:p w14:paraId="7F21D0CE"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C71F136" w14:textId="77777777" w:rsidR="005C41BF" w:rsidRDefault="005C41BF">
            <w:pPr>
              <w:spacing w:line="252" w:lineRule="auto"/>
            </w:pPr>
          </w:p>
        </w:tc>
        <w:tc>
          <w:tcPr>
            <w:tcW w:w="1512" w:type="dxa"/>
            <w:tcMar>
              <w:top w:w="80" w:type="dxa"/>
              <w:left w:w="90" w:type="dxa"/>
              <w:bottom w:w="80" w:type="dxa"/>
              <w:right w:w="90" w:type="dxa"/>
            </w:tcMar>
            <w:vAlign w:val="center"/>
          </w:tcPr>
          <w:p w14:paraId="475203B7"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662482C" w14:textId="77777777">
        <w:trPr>
          <w:jc w:val="center"/>
        </w:trPr>
        <w:tc>
          <w:tcPr>
            <w:tcW w:w="2232" w:type="dxa"/>
            <w:tcMar>
              <w:top w:w="80" w:type="dxa"/>
              <w:left w:w="90" w:type="dxa"/>
              <w:bottom w:w="80" w:type="dxa"/>
              <w:right w:w="90" w:type="dxa"/>
            </w:tcMar>
            <w:vAlign w:val="center"/>
          </w:tcPr>
          <w:p w14:paraId="24562AC3" w14:textId="77777777" w:rsidR="005C41BF" w:rsidRDefault="000B3397">
            <w:pPr>
              <w:spacing w:line="252" w:lineRule="auto"/>
            </w:pPr>
            <w:r>
              <w:rPr>
                <w:sz w:val="16"/>
              </w:rPr>
              <w:t>Rights</w:t>
            </w:r>
          </w:p>
        </w:tc>
        <w:tc>
          <w:tcPr>
            <w:tcW w:w="5760" w:type="dxa"/>
            <w:tcMar>
              <w:top w:w="80" w:type="dxa"/>
              <w:left w:w="90" w:type="dxa"/>
              <w:bottom w:w="80" w:type="dxa"/>
              <w:right w:w="90" w:type="dxa"/>
            </w:tcMar>
            <w:vAlign w:val="center"/>
          </w:tcPr>
          <w:p w14:paraId="09144DF5" w14:textId="77777777" w:rsidR="005C41BF" w:rsidRDefault="000B3397">
            <w:pPr>
              <w:spacing w:line="252" w:lineRule="auto"/>
            </w:pPr>
            <w:r>
              <w:rPr>
                <w:sz w:val="16"/>
              </w:rPr>
              <w:t>Rights, license, use conditions, or access restrictions are documented where relevant.</w:t>
            </w:r>
          </w:p>
        </w:tc>
        <w:tc>
          <w:tcPr>
            <w:tcW w:w="2232" w:type="dxa"/>
            <w:tcMar>
              <w:top w:w="80" w:type="dxa"/>
              <w:left w:w="90" w:type="dxa"/>
              <w:bottom w:w="80" w:type="dxa"/>
              <w:right w:w="90" w:type="dxa"/>
            </w:tcMar>
            <w:vAlign w:val="center"/>
          </w:tcPr>
          <w:p w14:paraId="234E019C"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2199465" w14:textId="77777777" w:rsidR="005C41BF" w:rsidRDefault="005C41BF">
            <w:pPr>
              <w:spacing w:line="252" w:lineRule="auto"/>
            </w:pPr>
          </w:p>
        </w:tc>
        <w:tc>
          <w:tcPr>
            <w:tcW w:w="1512" w:type="dxa"/>
            <w:tcMar>
              <w:top w:w="80" w:type="dxa"/>
              <w:left w:w="90" w:type="dxa"/>
              <w:bottom w:w="80" w:type="dxa"/>
              <w:right w:w="90" w:type="dxa"/>
            </w:tcMar>
            <w:vAlign w:val="center"/>
          </w:tcPr>
          <w:p w14:paraId="530883DF"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FAD3B4E" w14:textId="77777777">
        <w:trPr>
          <w:jc w:val="center"/>
        </w:trPr>
        <w:tc>
          <w:tcPr>
            <w:tcW w:w="2232" w:type="dxa"/>
            <w:tcMar>
              <w:top w:w="80" w:type="dxa"/>
              <w:left w:w="90" w:type="dxa"/>
              <w:bottom w:w="80" w:type="dxa"/>
              <w:right w:w="90" w:type="dxa"/>
            </w:tcMar>
            <w:vAlign w:val="center"/>
          </w:tcPr>
          <w:p w14:paraId="31FF54C8" w14:textId="77777777" w:rsidR="005C41BF" w:rsidRDefault="000B3397">
            <w:pPr>
              <w:spacing w:line="252" w:lineRule="auto"/>
            </w:pPr>
            <w:r>
              <w:rPr>
                <w:sz w:val="16"/>
              </w:rPr>
              <w:t>Description</w:t>
            </w:r>
          </w:p>
        </w:tc>
        <w:tc>
          <w:tcPr>
            <w:tcW w:w="5760" w:type="dxa"/>
            <w:tcMar>
              <w:top w:w="80" w:type="dxa"/>
              <w:left w:w="90" w:type="dxa"/>
              <w:bottom w:w="80" w:type="dxa"/>
              <w:right w:w="90" w:type="dxa"/>
            </w:tcMar>
            <w:vAlign w:val="center"/>
          </w:tcPr>
          <w:p w14:paraId="4C2FE119" w14:textId="77777777" w:rsidR="005C41BF" w:rsidRDefault="000B3397">
            <w:pPr>
              <w:spacing w:line="252" w:lineRule="auto"/>
            </w:pPr>
            <w:r>
              <w:rPr>
                <w:sz w:val="16"/>
              </w:rPr>
              <w:t>Resource description clearly explains the content and purpose of the resource.</w:t>
            </w:r>
          </w:p>
        </w:tc>
        <w:tc>
          <w:tcPr>
            <w:tcW w:w="2232" w:type="dxa"/>
            <w:tcMar>
              <w:top w:w="80" w:type="dxa"/>
              <w:left w:w="90" w:type="dxa"/>
              <w:bottom w:w="80" w:type="dxa"/>
              <w:right w:w="90" w:type="dxa"/>
            </w:tcMar>
            <w:vAlign w:val="center"/>
          </w:tcPr>
          <w:p w14:paraId="3665D348"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0DA123B1" w14:textId="77777777" w:rsidR="005C41BF" w:rsidRDefault="005C41BF">
            <w:pPr>
              <w:spacing w:line="252" w:lineRule="auto"/>
            </w:pPr>
          </w:p>
        </w:tc>
        <w:tc>
          <w:tcPr>
            <w:tcW w:w="1512" w:type="dxa"/>
            <w:tcMar>
              <w:top w:w="80" w:type="dxa"/>
              <w:left w:w="90" w:type="dxa"/>
              <w:bottom w:w="80" w:type="dxa"/>
              <w:right w:w="90" w:type="dxa"/>
            </w:tcMar>
            <w:vAlign w:val="center"/>
          </w:tcPr>
          <w:p w14:paraId="4CA85CFD"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AD1E0A0" w14:textId="77777777">
        <w:trPr>
          <w:jc w:val="center"/>
        </w:trPr>
        <w:tc>
          <w:tcPr>
            <w:tcW w:w="2232" w:type="dxa"/>
            <w:tcMar>
              <w:top w:w="80" w:type="dxa"/>
              <w:left w:w="90" w:type="dxa"/>
              <w:bottom w:w="80" w:type="dxa"/>
              <w:right w:w="90" w:type="dxa"/>
            </w:tcMar>
            <w:vAlign w:val="center"/>
          </w:tcPr>
          <w:p w14:paraId="6B48C85E" w14:textId="77777777" w:rsidR="005C41BF" w:rsidRDefault="000B3397">
            <w:pPr>
              <w:spacing w:line="252" w:lineRule="auto"/>
            </w:pPr>
            <w:r>
              <w:rPr>
                <w:sz w:val="16"/>
              </w:rPr>
              <w:t>Abstract</w:t>
            </w:r>
          </w:p>
        </w:tc>
        <w:tc>
          <w:tcPr>
            <w:tcW w:w="5760" w:type="dxa"/>
            <w:tcMar>
              <w:top w:w="80" w:type="dxa"/>
              <w:left w:w="90" w:type="dxa"/>
              <w:bottom w:w="80" w:type="dxa"/>
              <w:right w:w="90" w:type="dxa"/>
            </w:tcMar>
            <w:vAlign w:val="center"/>
          </w:tcPr>
          <w:p w14:paraId="169C81D3" w14:textId="77777777" w:rsidR="005C41BF" w:rsidRDefault="000B3397">
            <w:pPr>
              <w:spacing w:line="252" w:lineRule="auto"/>
            </w:pPr>
            <w:r>
              <w:rPr>
                <w:sz w:val="16"/>
              </w:rPr>
              <w:t>Abstract is provided for documents where useful.</w:t>
            </w:r>
          </w:p>
        </w:tc>
        <w:tc>
          <w:tcPr>
            <w:tcW w:w="2232" w:type="dxa"/>
            <w:tcMar>
              <w:top w:w="80" w:type="dxa"/>
              <w:left w:w="90" w:type="dxa"/>
              <w:bottom w:w="80" w:type="dxa"/>
              <w:right w:w="90" w:type="dxa"/>
            </w:tcMar>
            <w:vAlign w:val="center"/>
          </w:tcPr>
          <w:p w14:paraId="3753EC1D"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4C4CEA3D" w14:textId="77777777" w:rsidR="005C41BF" w:rsidRDefault="005C41BF">
            <w:pPr>
              <w:spacing w:line="252" w:lineRule="auto"/>
            </w:pPr>
          </w:p>
        </w:tc>
        <w:tc>
          <w:tcPr>
            <w:tcW w:w="1512" w:type="dxa"/>
            <w:tcMar>
              <w:top w:w="80" w:type="dxa"/>
              <w:left w:w="90" w:type="dxa"/>
              <w:bottom w:w="80" w:type="dxa"/>
              <w:right w:w="90" w:type="dxa"/>
            </w:tcMar>
            <w:vAlign w:val="center"/>
          </w:tcPr>
          <w:p w14:paraId="0AFB201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534E729" w14:textId="77777777">
        <w:trPr>
          <w:jc w:val="center"/>
        </w:trPr>
        <w:tc>
          <w:tcPr>
            <w:tcW w:w="2232" w:type="dxa"/>
            <w:tcMar>
              <w:top w:w="80" w:type="dxa"/>
              <w:left w:w="90" w:type="dxa"/>
              <w:bottom w:w="80" w:type="dxa"/>
              <w:right w:w="90" w:type="dxa"/>
            </w:tcMar>
            <w:vAlign w:val="center"/>
          </w:tcPr>
          <w:p w14:paraId="3735CF94" w14:textId="77777777" w:rsidR="005C41BF" w:rsidRDefault="000B3397">
            <w:pPr>
              <w:spacing w:line="252" w:lineRule="auto"/>
            </w:pPr>
            <w:r>
              <w:rPr>
                <w:sz w:val="16"/>
              </w:rPr>
              <w:t>Table of contents</w:t>
            </w:r>
          </w:p>
        </w:tc>
        <w:tc>
          <w:tcPr>
            <w:tcW w:w="5760" w:type="dxa"/>
            <w:tcMar>
              <w:top w:w="80" w:type="dxa"/>
              <w:left w:w="90" w:type="dxa"/>
              <w:bottom w:w="80" w:type="dxa"/>
              <w:right w:w="90" w:type="dxa"/>
            </w:tcMar>
            <w:vAlign w:val="center"/>
          </w:tcPr>
          <w:p w14:paraId="2864CC17" w14:textId="77777777" w:rsidR="005C41BF" w:rsidRDefault="000B3397">
            <w:pPr>
              <w:spacing w:line="252" w:lineRule="auto"/>
            </w:pPr>
            <w:r>
              <w:rPr>
                <w:sz w:val="16"/>
              </w:rPr>
              <w:t>Table of contents is provided where useful and does not need to include page numbers.</w:t>
            </w:r>
          </w:p>
        </w:tc>
        <w:tc>
          <w:tcPr>
            <w:tcW w:w="2232" w:type="dxa"/>
            <w:tcMar>
              <w:top w:w="80" w:type="dxa"/>
              <w:left w:w="90" w:type="dxa"/>
              <w:bottom w:w="80" w:type="dxa"/>
              <w:right w:w="90" w:type="dxa"/>
            </w:tcMar>
            <w:vAlign w:val="center"/>
          </w:tcPr>
          <w:p w14:paraId="4F1D118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0895670" w14:textId="77777777" w:rsidR="005C41BF" w:rsidRDefault="005C41BF">
            <w:pPr>
              <w:spacing w:line="252" w:lineRule="auto"/>
            </w:pPr>
          </w:p>
        </w:tc>
        <w:tc>
          <w:tcPr>
            <w:tcW w:w="1512" w:type="dxa"/>
            <w:tcMar>
              <w:top w:w="80" w:type="dxa"/>
              <w:left w:w="90" w:type="dxa"/>
              <w:bottom w:w="80" w:type="dxa"/>
              <w:right w:w="90" w:type="dxa"/>
            </w:tcMar>
            <w:vAlign w:val="center"/>
          </w:tcPr>
          <w:p w14:paraId="06CE78AB"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259A09C" w14:textId="77777777">
        <w:trPr>
          <w:jc w:val="center"/>
        </w:trPr>
        <w:tc>
          <w:tcPr>
            <w:tcW w:w="2232" w:type="dxa"/>
            <w:tcMar>
              <w:top w:w="80" w:type="dxa"/>
              <w:left w:w="90" w:type="dxa"/>
              <w:bottom w:w="80" w:type="dxa"/>
              <w:right w:w="90" w:type="dxa"/>
            </w:tcMar>
            <w:vAlign w:val="center"/>
          </w:tcPr>
          <w:p w14:paraId="6AEC4F4A" w14:textId="77777777" w:rsidR="005C41BF" w:rsidRDefault="000B3397">
            <w:pPr>
              <w:spacing w:line="252" w:lineRule="auto"/>
            </w:pPr>
            <w:r>
              <w:rPr>
                <w:sz w:val="16"/>
              </w:rPr>
              <w:t>Subjects</w:t>
            </w:r>
          </w:p>
        </w:tc>
        <w:tc>
          <w:tcPr>
            <w:tcW w:w="5760" w:type="dxa"/>
            <w:tcMar>
              <w:top w:w="80" w:type="dxa"/>
              <w:left w:w="90" w:type="dxa"/>
              <w:bottom w:w="80" w:type="dxa"/>
              <w:right w:w="90" w:type="dxa"/>
            </w:tcMar>
            <w:vAlign w:val="center"/>
          </w:tcPr>
          <w:p w14:paraId="479C1447" w14:textId="77777777" w:rsidR="005C41BF" w:rsidRDefault="000B3397">
            <w:pPr>
              <w:spacing w:line="252" w:lineRule="auto"/>
            </w:pPr>
            <w:r>
              <w:rPr>
                <w:sz w:val="16"/>
              </w:rPr>
              <w:t>Subjects or keywords are relevant and preferably based on a controlled vocabulary.</w:t>
            </w:r>
          </w:p>
        </w:tc>
        <w:tc>
          <w:tcPr>
            <w:tcW w:w="2232" w:type="dxa"/>
            <w:tcMar>
              <w:top w:w="80" w:type="dxa"/>
              <w:left w:w="90" w:type="dxa"/>
              <w:bottom w:w="80" w:type="dxa"/>
              <w:right w:w="90" w:type="dxa"/>
            </w:tcMar>
            <w:vAlign w:val="center"/>
          </w:tcPr>
          <w:p w14:paraId="33250289"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8C1F859" w14:textId="77777777" w:rsidR="005C41BF" w:rsidRDefault="005C41BF">
            <w:pPr>
              <w:spacing w:line="252" w:lineRule="auto"/>
            </w:pPr>
          </w:p>
        </w:tc>
        <w:tc>
          <w:tcPr>
            <w:tcW w:w="1512" w:type="dxa"/>
            <w:tcMar>
              <w:top w:w="80" w:type="dxa"/>
              <w:left w:w="90" w:type="dxa"/>
              <w:bottom w:w="80" w:type="dxa"/>
              <w:right w:w="90" w:type="dxa"/>
            </w:tcMar>
            <w:vAlign w:val="center"/>
          </w:tcPr>
          <w:p w14:paraId="659EE146"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0C8FE7CE" w14:textId="77777777" w:rsidR="005C41BF" w:rsidRDefault="005C41BF">
      <w:pPr>
        <w:spacing w:after="40"/>
      </w:pPr>
    </w:p>
    <w:p w14:paraId="41004F19" w14:textId="77777777" w:rsidR="005C41BF" w:rsidRDefault="000B3397">
      <w:r>
        <w:br w:type="page"/>
      </w:r>
    </w:p>
    <w:p w14:paraId="4F7D2386" w14:textId="77777777" w:rsidR="005C41BF" w:rsidRDefault="000B3397">
      <w:pPr>
        <w:pStyle w:val="Heading1"/>
        <w:spacing w:after="100" w:line="259" w:lineRule="auto"/>
      </w:pPr>
      <w:r>
        <w:rPr>
          <w:b w:val="0"/>
        </w:rPr>
        <w:lastRenderedPageBreak/>
        <w:t>7. Data Catalog / Repository Review</w:t>
      </w:r>
    </w:p>
    <w:p w14:paraId="094D2A14" w14:textId="77777777" w:rsidR="005C41BF" w:rsidRDefault="000B3397">
      <w:pPr>
        <w:spacing w:after="100" w:line="259" w:lineRule="auto"/>
      </w:pPr>
      <w:r>
        <w:t>This section replaces legacy media-focused checks and supports review of the online dataset landing page, repository record, or catalog display before publication.</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423DDB57" w14:textId="77777777">
        <w:trPr>
          <w:jc w:val="center"/>
        </w:trPr>
        <w:tc>
          <w:tcPr>
            <w:tcW w:w="2232" w:type="dxa"/>
            <w:shd w:val="clear" w:color="auto" w:fill="1F4E79"/>
            <w:tcMar>
              <w:top w:w="90" w:type="dxa"/>
              <w:left w:w="90" w:type="dxa"/>
              <w:bottom w:w="90" w:type="dxa"/>
              <w:right w:w="90" w:type="dxa"/>
            </w:tcMar>
            <w:vAlign w:val="center"/>
          </w:tcPr>
          <w:p w14:paraId="0E9F9F9D"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090BE932"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293BD927"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3BD66B39"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407BCA12" w14:textId="77777777" w:rsidR="005C41BF" w:rsidRDefault="000B3397">
            <w:pPr>
              <w:spacing w:line="252" w:lineRule="auto"/>
            </w:pPr>
            <w:r>
              <w:rPr>
                <w:b/>
                <w:color w:val="FFFFFF"/>
                <w:sz w:val="17"/>
              </w:rPr>
              <w:t>Action</w:t>
            </w:r>
          </w:p>
        </w:tc>
      </w:tr>
      <w:tr w:rsidR="005C41BF" w14:paraId="5CEE59D2" w14:textId="77777777">
        <w:trPr>
          <w:jc w:val="center"/>
        </w:trPr>
        <w:tc>
          <w:tcPr>
            <w:tcW w:w="2232" w:type="dxa"/>
            <w:tcMar>
              <w:top w:w="80" w:type="dxa"/>
              <w:left w:w="90" w:type="dxa"/>
              <w:bottom w:w="80" w:type="dxa"/>
              <w:right w:w="90" w:type="dxa"/>
            </w:tcMar>
            <w:vAlign w:val="center"/>
          </w:tcPr>
          <w:p w14:paraId="775CA07F" w14:textId="77777777" w:rsidR="005C41BF" w:rsidRDefault="000B3397">
            <w:pPr>
              <w:spacing w:line="252" w:lineRule="auto"/>
            </w:pPr>
            <w:r>
              <w:rPr>
                <w:sz w:val="16"/>
              </w:rPr>
              <w:t>Dataset landing page</w:t>
            </w:r>
          </w:p>
        </w:tc>
        <w:tc>
          <w:tcPr>
            <w:tcW w:w="5760" w:type="dxa"/>
            <w:tcMar>
              <w:top w:w="80" w:type="dxa"/>
              <w:left w:w="90" w:type="dxa"/>
              <w:bottom w:w="80" w:type="dxa"/>
              <w:right w:w="90" w:type="dxa"/>
            </w:tcMar>
            <w:vAlign w:val="center"/>
          </w:tcPr>
          <w:p w14:paraId="52626D98" w14:textId="77777777" w:rsidR="005C41BF" w:rsidRDefault="000B3397">
            <w:pPr>
              <w:spacing w:line="252" w:lineRule="auto"/>
            </w:pPr>
            <w:r>
              <w:rPr>
                <w:sz w:val="16"/>
              </w:rPr>
              <w:t>Landing page displays the study title, abstract, citation, access information, and key metadata clearly.</w:t>
            </w:r>
          </w:p>
        </w:tc>
        <w:tc>
          <w:tcPr>
            <w:tcW w:w="2232" w:type="dxa"/>
            <w:tcMar>
              <w:top w:w="80" w:type="dxa"/>
              <w:left w:w="90" w:type="dxa"/>
              <w:bottom w:w="80" w:type="dxa"/>
              <w:right w:w="90" w:type="dxa"/>
            </w:tcMar>
            <w:vAlign w:val="center"/>
          </w:tcPr>
          <w:p w14:paraId="400BD112"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7C0C651" w14:textId="77777777" w:rsidR="005C41BF" w:rsidRDefault="005C41BF">
            <w:pPr>
              <w:spacing w:line="252" w:lineRule="auto"/>
            </w:pPr>
          </w:p>
        </w:tc>
        <w:tc>
          <w:tcPr>
            <w:tcW w:w="1512" w:type="dxa"/>
            <w:tcMar>
              <w:top w:w="80" w:type="dxa"/>
              <w:left w:w="90" w:type="dxa"/>
              <w:bottom w:w="80" w:type="dxa"/>
              <w:right w:w="90" w:type="dxa"/>
            </w:tcMar>
            <w:vAlign w:val="center"/>
          </w:tcPr>
          <w:p w14:paraId="25695857"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381D1F8" w14:textId="77777777">
        <w:trPr>
          <w:jc w:val="center"/>
        </w:trPr>
        <w:tc>
          <w:tcPr>
            <w:tcW w:w="2232" w:type="dxa"/>
            <w:tcMar>
              <w:top w:w="80" w:type="dxa"/>
              <w:left w:w="90" w:type="dxa"/>
              <w:bottom w:w="80" w:type="dxa"/>
              <w:right w:w="90" w:type="dxa"/>
            </w:tcMar>
            <w:vAlign w:val="center"/>
          </w:tcPr>
          <w:p w14:paraId="7C5DD468" w14:textId="77777777" w:rsidR="005C41BF" w:rsidRDefault="000B3397">
            <w:pPr>
              <w:spacing w:line="252" w:lineRule="auto"/>
            </w:pPr>
            <w:r>
              <w:rPr>
                <w:sz w:val="16"/>
              </w:rPr>
              <w:t>Branding and ownership</w:t>
            </w:r>
          </w:p>
        </w:tc>
        <w:tc>
          <w:tcPr>
            <w:tcW w:w="5760" w:type="dxa"/>
            <w:tcMar>
              <w:top w:w="80" w:type="dxa"/>
              <w:left w:w="90" w:type="dxa"/>
              <w:bottom w:w="80" w:type="dxa"/>
              <w:right w:w="90" w:type="dxa"/>
            </w:tcMar>
            <w:vAlign w:val="center"/>
          </w:tcPr>
          <w:p w14:paraId="7DC49E0A" w14:textId="77777777" w:rsidR="005C41BF" w:rsidRDefault="000B3397">
            <w:pPr>
              <w:spacing w:line="252" w:lineRule="auto"/>
            </w:pPr>
            <w:r>
              <w:rPr>
                <w:sz w:val="16"/>
              </w:rPr>
              <w:t>Responsible organization or publisher is clearly identified.</w:t>
            </w:r>
          </w:p>
        </w:tc>
        <w:tc>
          <w:tcPr>
            <w:tcW w:w="2232" w:type="dxa"/>
            <w:tcMar>
              <w:top w:w="80" w:type="dxa"/>
              <w:left w:w="90" w:type="dxa"/>
              <w:bottom w:w="80" w:type="dxa"/>
              <w:right w:w="90" w:type="dxa"/>
            </w:tcMar>
            <w:vAlign w:val="center"/>
          </w:tcPr>
          <w:p w14:paraId="6B5DBD5C"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308D56CC" w14:textId="77777777" w:rsidR="005C41BF" w:rsidRDefault="005C41BF">
            <w:pPr>
              <w:spacing w:line="252" w:lineRule="auto"/>
            </w:pPr>
          </w:p>
        </w:tc>
        <w:tc>
          <w:tcPr>
            <w:tcW w:w="1512" w:type="dxa"/>
            <w:tcMar>
              <w:top w:w="80" w:type="dxa"/>
              <w:left w:w="90" w:type="dxa"/>
              <w:bottom w:w="80" w:type="dxa"/>
              <w:right w:w="90" w:type="dxa"/>
            </w:tcMar>
            <w:vAlign w:val="center"/>
          </w:tcPr>
          <w:p w14:paraId="3F318D56"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566A1A0" w14:textId="77777777">
        <w:trPr>
          <w:jc w:val="center"/>
        </w:trPr>
        <w:tc>
          <w:tcPr>
            <w:tcW w:w="2232" w:type="dxa"/>
            <w:tcMar>
              <w:top w:w="80" w:type="dxa"/>
              <w:left w:w="90" w:type="dxa"/>
              <w:bottom w:w="80" w:type="dxa"/>
              <w:right w:w="90" w:type="dxa"/>
            </w:tcMar>
            <w:vAlign w:val="center"/>
          </w:tcPr>
          <w:p w14:paraId="11370CFD" w14:textId="77777777" w:rsidR="005C41BF" w:rsidRDefault="000B3397">
            <w:pPr>
              <w:spacing w:line="252" w:lineRule="auto"/>
            </w:pPr>
            <w:r>
              <w:rPr>
                <w:sz w:val="16"/>
              </w:rPr>
              <w:t>Metadata display</w:t>
            </w:r>
          </w:p>
        </w:tc>
        <w:tc>
          <w:tcPr>
            <w:tcW w:w="5760" w:type="dxa"/>
            <w:tcMar>
              <w:top w:w="80" w:type="dxa"/>
              <w:left w:w="90" w:type="dxa"/>
              <w:bottom w:w="80" w:type="dxa"/>
              <w:right w:w="90" w:type="dxa"/>
            </w:tcMar>
            <w:vAlign w:val="center"/>
          </w:tcPr>
          <w:p w14:paraId="514164E5" w14:textId="77777777" w:rsidR="005C41BF" w:rsidRDefault="000B3397">
            <w:pPr>
              <w:spacing w:line="252" w:lineRule="auto"/>
            </w:pPr>
            <w:r>
              <w:rPr>
                <w:sz w:val="16"/>
              </w:rPr>
              <w:t>Metadata displays correctly and special characters render properly.</w:t>
            </w:r>
          </w:p>
        </w:tc>
        <w:tc>
          <w:tcPr>
            <w:tcW w:w="2232" w:type="dxa"/>
            <w:tcMar>
              <w:top w:w="80" w:type="dxa"/>
              <w:left w:w="90" w:type="dxa"/>
              <w:bottom w:w="80" w:type="dxa"/>
              <w:right w:w="90" w:type="dxa"/>
            </w:tcMar>
            <w:vAlign w:val="center"/>
          </w:tcPr>
          <w:p w14:paraId="29573E4B"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97E50C6" w14:textId="77777777" w:rsidR="005C41BF" w:rsidRDefault="005C41BF">
            <w:pPr>
              <w:spacing w:line="252" w:lineRule="auto"/>
            </w:pPr>
          </w:p>
        </w:tc>
        <w:tc>
          <w:tcPr>
            <w:tcW w:w="1512" w:type="dxa"/>
            <w:tcMar>
              <w:top w:w="80" w:type="dxa"/>
              <w:left w:w="90" w:type="dxa"/>
              <w:bottom w:w="80" w:type="dxa"/>
              <w:right w:w="90" w:type="dxa"/>
            </w:tcMar>
            <w:vAlign w:val="center"/>
          </w:tcPr>
          <w:p w14:paraId="1E21C864"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5EFF298" w14:textId="77777777">
        <w:trPr>
          <w:jc w:val="center"/>
        </w:trPr>
        <w:tc>
          <w:tcPr>
            <w:tcW w:w="2232" w:type="dxa"/>
            <w:tcMar>
              <w:top w:w="80" w:type="dxa"/>
              <w:left w:w="90" w:type="dxa"/>
              <w:bottom w:w="80" w:type="dxa"/>
              <w:right w:w="90" w:type="dxa"/>
            </w:tcMar>
            <w:vAlign w:val="center"/>
          </w:tcPr>
          <w:p w14:paraId="42331EA4" w14:textId="77777777" w:rsidR="005C41BF" w:rsidRDefault="000B3397">
            <w:pPr>
              <w:spacing w:line="252" w:lineRule="auto"/>
            </w:pPr>
            <w:r>
              <w:rPr>
                <w:sz w:val="16"/>
              </w:rPr>
              <w:t>Downloads and access links</w:t>
            </w:r>
          </w:p>
        </w:tc>
        <w:tc>
          <w:tcPr>
            <w:tcW w:w="5760" w:type="dxa"/>
            <w:tcMar>
              <w:top w:w="80" w:type="dxa"/>
              <w:left w:w="90" w:type="dxa"/>
              <w:bottom w:w="80" w:type="dxa"/>
              <w:right w:w="90" w:type="dxa"/>
            </w:tcMar>
            <w:vAlign w:val="center"/>
          </w:tcPr>
          <w:p w14:paraId="68137002" w14:textId="77777777" w:rsidR="005C41BF" w:rsidRDefault="000B3397">
            <w:pPr>
              <w:spacing w:line="252" w:lineRule="auto"/>
            </w:pPr>
            <w:r>
              <w:rPr>
                <w:sz w:val="16"/>
              </w:rPr>
              <w:t>Data, documentation, and external resource links are functional and point to the correct files.</w:t>
            </w:r>
          </w:p>
        </w:tc>
        <w:tc>
          <w:tcPr>
            <w:tcW w:w="2232" w:type="dxa"/>
            <w:tcMar>
              <w:top w:w="80" w:type="dxa"/>
              <w:left w:w="90" w:type="dxa"/>
              <w:bottom w:w="80" w:type="dxa"/>
              <w:right w:w="90" w:type="dxa"/>
            </w:tcMar>
            <w:vAlign w:val="center"/>
          </w:tcPr>
          <w:p w14:paraId="567D7FD4" w14:textId="77777777" w:rsidR="005C41BF" w:rsidRDefault="000B3397">
            <w:pPr>
              <w:spacing w:line="252" w:lineRule="auto" w:after="0"/>
            </w:pPr>
            <w:r>
              <w:rPr>
                <w:rFonts w:ascii="Aptos" w:hAnsi="Aptos" w:eastAsia="Aptos"/>
                <w:sz w:val="16"/>
              </w:rPr>
              <w:t>☐ All</w:t>
            </w:r>
          </w:p>
          <w:p>
            <w:pPr>
              <w:spacing w:after="0" w:line="252" w:lineRule="auto"/>
            </w:pPr>
            <w:r>
              <w:rPr>
                <w:rFonts w:ascii="Aptos" w:hAnsi="Aptos" w:eastAsia="Aptos"/>
                <w:sz w:val="16"/>
              </w:rPr>
              <w:t>☐ Some</w:t>
            </w:r>
          </w:p>
          <w:p>
            <w:pPr>
              <w:spacing w:after="0" w:line="252" w:lineRule="auto"/>
            </w:pPr>
            <w:r>
              <w:rPr>
                <w:rFonts w:ascii="Aptos" w:hAnsi="Aptos" w:eastAsia="Aptos"/>
                <w:sz w:val="16"/>
              </w:rPr>
              <w:t>☐ None</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7B04FA47" w14:textId="77777777" w:rsidR="005C41BF" w:rsidRDefault="005C41BF">
            <w:pPr>
              <w:spacing w:line="252" w:lineRule="auto"/>
            </w:pPr>
          </w:p>
        </w:tc>
        <w:tc>
          <w:tcPr>
            <w:tcW w:w="1512" w:type="dxa"/>
            <w:tcMar>
              <w:top w:w="80" w:type="dxa"/>
              <w:left w:w="90" w:type="dxa"/>
              <w:bottom w:w="80" w:type="dxa"/>
              <w:right w:w="90" w:type="dxa"/>
            </w:tcMar>
            <w:vAlign w:val="center"/>
          </w:tcPr>
          <w:p w14:paraId="51C65CA7"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24571FFF" w14:textId="77777777">
        <w:trPr>
          <w:jc w:val="center"/>
        </w:trPr>
        <w:tc>
          <w:tcPr>
            <w:tcW w:w="2232" w:type="dxa"/>
            <w:tcMar>
              <w:top w:w="80" w:type="dxa"/>
              <w:left w:w="90" w:type="dxa"/>
              <w:bottom w:w="80" w:type="dxa"/>
              <w:right w:w="90" w:type="dxa"/>
            </w:tcMar>
            <w:vAlign w:val="center"/>
          </w:tcPr>
          <w:p w14:paraId="452FF261" w14:textId="77777777" w:rsidR="005C41BF" w:rsidRDefault="000B3397">
            <w:pPr>
              <w:spacing w:line="252" w:lineRule="auto"/>
            </w:pPr>
            <w:r>
              <w:rPr>
                <w:sz w:val="16"/>
              </w:rPr>
              <w:t>Searchability</w:t>
            </w:r>
          </w:p>
        </w:tc>
        <w:tc>
          <w:tcPr>
            <w:tcW w:w="5760" w:type="dxa"/>
            <w:tcMar>
              <w:top w:w="80" w:type="dxa"/>
              <w:left w:w="90" w:type="dxa"/>
              <w:bottom w:w="80" w:type="dxa"/>
              <w:right w:w="90" w:type="dxa"/>
            </w:tcMar>
            <w:vAlign w:val="center"/>
          </w:tcPr>
          <w:p w14:paraId="4599F043" w14:textId="77777777" w:rsidR="005C41BF" w:rsidRDefault="000B3397">
            <w:pPr>
              <w:spacing w:line="252" w:lineRule="auto"/>
            </w:pPr>
            <w:r>
              <w:rPr>
                <w:sz w:val="16"/>
              </w:rPr>
              <w:t>Dataset can be discovered using title, country, year, topics, keywords, and other relevant metadata.</w:t>
            </w:r>
          </w:p>
        </w:tc>
        <w:tc>
          <w:tcPr>
            <w:tcW w:w="2232" w:type="dxa"/>
            <w:tcMar>
              <w:top w:w="80" w:type="dxa"/>
              <w:left w:w="90" w:type="dxa"/>
              <w:bottom w:w="80" w:type="dxa"/>
              <w:right w:w="90" w:type="dxa"/>
            </w:tcMar>
            <w:vAlign w:val="center"/>
          </w:tcPr>
          <w:p w14:paraId="466B0725"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568C698B" w14:textId="77777777" w:rsidR="005C41BF" w:rsidRDefault="005C41BF">
            <w:pPr>
              <w:spacing w:line="252" w:lineRule="auto"/>
            </w:pPr>
          </w:p>
        </w:tc>
        <w:tc>
          <w:tcPr>
            <w:tcW w:w="1512" w:type="dxa"/>
            <w:tcMar>
              <w:top w:w="80" w:type="dxa"/>
              <w:left w:w="90" w:type="dxa"/>
              <w:bottom w:w="80" w:type="dxa"/>
              <w:right w:w="90" w:type="dxa"/>
            </w:tcMar>
            <w:vAlign w:val="center"/>
          </w:tcPr>
          <w:p w14:paraId="379CF2F8"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3D769DE3" w14:textId="77777777">
        <w:trPr>
          <w:jc w:val="center"/>
        </w:trPr>
        <w:tc>
          <w:tcPr>
            <w:tcW w:w="2232" w:type="dxa"/>
            <w:tcMar>
              <w:top w:w="80" w:type="dxa"/>
              <w:left w:w="90" w:type="dxa"/>
              <w:bottom w:w="80" w:type="dxa"/>
              <w:right w:w="90" w:type="dxa"/>
            </w:tcMar>
            <w:vAlign w:val="center"/>
          </w:tcPr>
          <w:p w14:paraId="68597A8D" w14:textId="77777777" w:rsidR="005C41BF" w:rsidRDefault="000B3397">
            <w:pPr>
              <w:spacing w:line="252" w:lineRule="auto"/>
            </w:pPr>
            <w:r>
              <w:rPr>
                <w:sz w:val="16"/>
              </w:rPr>
              <w:t>Persistent links</w:t>
            </w:r>
          </w:p>
        </w:tc>
        <w:tc>
          <w:tcPr>
            <w:tcW w:w="5760" w:type="dxa"/>
            <w:tcMar>
              <w:top w:w="80" w:type="dxa"/>
              <w:left w:w="90" w:type="dxa"/>
              <w:bottom w:w="80" w:type="dxa"/>
              <w:right w:w="90" w:type="dxa"/>
            </w:tcMar>
            <w:vAlign w:val="center"/>
          </w:tcPr>
          <w:p w14:paraId="17F25C96" w14:textId="77777777" w:rsidR="005C41BF" w:rsidRDefault="000B3397">
            <w:pPr>
              <w:spacing w:line="252" w:lineRule="auto"/>
            </w:pPr>
            <w:r>
              <w:rPr>
                <w:sz w:val="16"/>
              </w:rPr>
              <w:t>Stable URLs, persistent identifiers, or catalog links are provided where applicable.</w:t>
            </w:r>
          </w:p>
        </w:tc>
        <w:tc>
          <w:tcPr>
            <w:tcW w:w="2232" w:type="dxa"/>
            <w:tcMar>
              <w:top w:w="80" w:type="dxa"/>
              <w:left w:w="90" w:type="dxa"/>
              <w:bottom w:w="80" w:type="dxa"/>
              <w:right w:w="90" w:type="dxa"/>
            </w:tcMar>
            <w:vAlign w:val="center"/>
          </w:tcPr>
          <w:p w14:paraId="533A3CB3"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1A939487" w14:textId="77777777" w:rsidR="005C41BF" w:rsidRDefault="005C41BF">
            <w:pPr>
              <w:spacing w:line="252" w:lineRule="auto"/>
            </w:pPr>
          </w:p>
        </w:tc>
        <w:tc>
          <w:tcPr>
            <w:tcW w:w="1512" w:type="dxa"/>
            <w:tcMar>
              <w:top w:w="80" w:type="dxa"/>
              <w:left w:w="90" w:type="dxa"/>
              <w:bottom w:w="80" w:type="dxa"/>
              <w:right w:w="90" w:type="dxa"/>
            </w:tcMar>
            <w:vAlign w:val="center"/>
          </w:tcPr>
          <w:p w14:paraId="4E5E8F73"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E31C38D" w14:textId="77777777">
        <w:trPr>
          <w:jc w:val="center"/>
        </w:trPr>
        <w:tc>
          <w:tcPr>
            <w:tcW w:w="2232" w:type="dxa"/>
            <w:tcMar>
              <w:top w:w="80" w:type="dxa"/>
              <w:left w:w="90" w:type="dxa"/>
              <w:bottom w:w="80" w:type="dxa"/>
              <w:right w:w="90" w:type="dxa"/>
            </w:tcMar>
            <w:vAlign w:val="center"/>
          </w:tcPr>
          <w:p w14:paraId="69EB895C" w14:textId="77777777" w:rsidR="005C41BF" w:rsidRDefault="000B3397">
            <w:pPr>
              <w:spacing w:line="252" w:lineRule="auto"/>
            </w:pPr>
            <w:r>
              <w:rPr>
                <w:sz w:val="16"/>
              </w:rPr>
              <w:t>Accessibility</w:t>
            </w:r>
          </w:p>
        </w:tc>
        <w:tc>
          <w:tcPr>
            <w:tcW w:w="5760" w:type="dxa"/>
            <w:tcMar>
              <w:top w:w="80" w:type="dxa"/>
              <w:left w:w="90" w:type="dxa"/>
              <w:bottom w:w="80" w:type="dxa"/>
              <w:right w:w="90" w:type="dxa"/>
            </w:tcMar>
            <w:vAlign w:val="center"/>
          </w:tcPr>
          <w:p w14:paraId="387FF2EE" w14:textId="77777777" w:rsidR="005C41BF" w:rsidRDefault="000B3397">
            <w:pPr>
              <w:spacing w:line="252" w:lineRule="auto"/>
            </w:pPr>
            <w:r>
              <w:rPr>
                <w:sz w:val="16"/>
              </w:rPr>
              <w:t>Documents and catalog pages are readable, accessible, and usable by intended audiences.</w:t>
            </w:r>
          </w:p>
        </w:tc>
        <w:tc>
          <w:tcPr>
            <w:tcW w:w="2232" w:type="dxa"/>
            <w:tcMar>
              <w:top w:w="80" w:type="dxa"/>
              <w:left w:w="90" w:type="dxa"/>
              <w:bottom w:w="80" w:type="dxa"/>
              <w:right w:w="90" w:type="dxa"/>
            </w:tcMar>
            <w:vAlign w:val="center"/>
          </w:tcPr>
          <w:p w14:paraId="7A9EF48E"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AA258D8" w14:textId="77777777" w:rsidR="005C41BF" w:rsidRDefault="005C41BF">
            <w:pPr>
              <w:spacing w:line="252" w:lineRule="auto"/>
            </w:pPr>
          </w:p>
        </w:tc>
        <w:tc>
          <w:tcPr>
            <w:tcW w:w="1512" w:type="dxa"/>
            <w:tcMar>
              <w:top w:w="80" w:type="dxa"/>
              <w:left w:w="90" w:type="dxa"/>
              <w:bottom w:w="80" w:type="dxa"/>
              <w:right w:w="90" w:type="dxa"/>
            </w:tcMar>
            <w:vAlign w:val="center"/>
          </w:tcPr>
          <w:p w14:paraId="4889312C"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3451284E" w14:textId="77777777">
        <w:trPr>
          <w:jc w:val="center"/>
        </w:trPr>
        <w:tc>
          <w:tcPr>
            <w:tcW w:w="2232" w:type="dxa"/>
            <w:tcMar>
              <w:top w:w="80" w:type="dxa"/>
              <w:left w:w="90" w:type="dxa"/>
              <w:bottom w:w="80" w:type="dxa"/>
              <w:right w:w="90" w:type="dxa"/>
            </w:tcMar>
            <w:vAlign w:val="center"/>
          </w:tcPr>
          <w:p w14:paraId="607000AE" w14:textId="77777777" w:rsidR="005C41BF" w:rsidRDefault="000B3397">
            <w:pPr>
              <w:spacing w:line="252" w:lineRule="auto"/>
            </w:pPr>
            <w:r>
              <w:rPr>
                <w:sz w:val="16"/>
              </w:rPr>
              <w:t>AI readiness</w:t>
            </w:r>
          </w:p>
        </w:tc>
        <w:tc>
          <w:tcPr>
            <w:tcW w:w="5760" w:type="dxa"/>
            <w:tcMar>
              <w:top w:w="80" w:type="dxa"/>
              <w:left w:w="90" w:type="dxa"/>
              <w:bottom w:w="80" w:type="dxa"/>
              <w:right w:w="90" w:type="dxa"/>
            </w:tcMar>
            <w:vAlign w:val="center"/>
          </w:tcPr>
          <w:p w14:paraId="4A3DF516" w14:textId="77777777" w:rsidR="005C41BF" w:rsidRDefault="000B3397">
            <w:pPr>
              <w:spacing w:line="252" w:lineRule="auto"/>
            </w:pPr>
            <w:r>
              <w:rPr>
                <w:sz w:val="16"/>
              </w:rPr>
              <w:t>Metadata is sufficiently descriptive and structured to support machine indexing, search, and AI-enabled discovery.</w:t>
            </w:r>
          </w:p>
        </w:tc>
        <w:tc>
          <w:tcPr>
            <w:tcW w:w="2232" w:type="dxa"/>
            <w:tcMar>
              <w:top w:w="80" w:type="dxa"/>
              <w:left w:w="90" w:type="dxa"/>
              <w:bottom w:w="80" w:type="dxa"/>
              <w:right w:w="90" w:type="dxa"/>
            </w:tcMar>
            <w:vAlign w:val="center"/>
          </w:tcPr>
          <w:p w14:paraId="6FE576F7" w14:textId="77777777" w:rsidR="005C41BF" w:rsidRDefault="000B3397">
            <w:pPr>
              <w:spacing w:line="252" w:lineRule="auto" w:after="0"/>
            </w:pPr>
            <w:r>
              <w:rPr>
                <w:rFonts w:ascii="Aptos" w:hAnsi="Aptos" w:eastAsia="Aptos"/>
                <w:sz w:val="16"/>
              </w:rPr>
              <w:t>☐ Yes</w:t>
            </w:r>
          </w:p>
          <w:p>
            <w:pPr>
              <w:spacing w:after="0" w:line="252" w:lineRule="auto"/>
            </w:pPr>
            <w:r>
              <w:rPr>
                <w:rFonts w:ascii="Aptos" w:hAnsi="Aptos" w:eastAsia="Aptos"/>
                <w:sz w:val="16"/>
              </w:rPr>
              <w:t>☐ No</w:t>
            </w:r>
          </w:p>
          <w:p>
            <w:pPr>
              <w:spacing w:after="0" w:line="252" w:lineRule="auto"/>
            </w:pPr>
            <w:r>
              <w:rPr>
                <w:rFonts w:ascii="Aptos" w:hAnsi="Aptos" w:eastAsia="Aptos"/>
                <w:sz w:val="16"/>
              </w:rPr>
              <w:t>☐ N/A</w:t>
            </w:r>
          </w:p>
        </w:tc>
        <w:tc>
          <w:tcPr>
            <w:tcW w:w="3096" w:type="dxa"/>
            <w:tcMar>
              <w:top w:w="80" w:type="dxa"/>
              <w:left w:w="90" w:type="dxa"/>
              <w:bottom w:w="80" w:type="dxa"/>
              <w:right w:w="90" w:type="dxa"/>
            </w:tcMar>
            <w:vAlign w:val="center"/>
          </w:tcPr>
          <w:p w14:paraId="6FFBD3EC" w14:textId="77777777" w:rsidR="005C41BF" w:rsidRDefault="005C41BF">
            <w:pPr>
              <w:spacing w:line="252" w:lineRule="auto"/>
            </w:pPr>
          </w:p>
        </w:tc>
        <w:tc>
          <w:tcPr>
            <w:tcW w:w="1512" w:type="dxa"/>
            <w:tcMar>
              <w:top w:w="80" w:type="dxa"/>
              <w:left w:w="90" w:type="dxa"/>
              <w:bottom w:w="80" w:type="dxa"/>
              <w:right w:w="90" w:type="dxa"/>
            </w:tcMar>
            <w:vAlign w:val="center"/>
          </w:tcPr>
          <w:p w14:paraId="1A0C9086"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30DCCCAD" w14:textId="77777777" w:rsidR="005C41BF" w:rsidRDefault="005C41BF">
      <w:pPr>
        <w:spacing w:after="40"/>
      </w:pPr>
    </w:p>
    <w:p w14:paraId="36AF6883" w14:textId="77777777" w:rsidR="005C41BF" w:rsidRDefault="000B3397">
      <w:r>
        <w:br w:type="page"/>
      </w:r>
    </w:p>
    <w:p w14:paraId="082FB1B2" w14:textId="77777777" w:rsidR="005C41BF" w:rsidRDefault="000B3397">
      <w:pPr>
        <w:pStyle w:val="Heading1"/>
        <w:spacing w:after="100" w:line="259" w:lineRule="auto"/>
      </w:pPr>
      <w:r>
        <w:rPr>
          <w:b w:val="0"/>
        </w:rPr>
        <w:lastRenderedPageBreak/>
        <w:t>8. Overall Metadata Quality Review</w:t>
      </w:r>
    </w:p>
    <w:p w14:paraId="5FFC7B9F" w14:textId="77777777" w:rsidR="005C41BF" w:rsidRDefault="000B3397">
      <w:pPr>
        <w:spacing w:after="100" w:line="259" w:lineRule="auto"/>
      </w:pPr>
      <w:r>
        <w:t>Use this section to summarize cross-cutting quality issues that may affect usability, interoperability, preservation, or dissemination.</w:t>
      </w:r>
    </w:p>
    <w:tbl>
      <w:tblPr>
        <w:tblStyle w:val="TableGrid"/>
        <w:tblW w:w="0" w:type="auto"/>
        <w:jc w:val="center"/>
        <w:tblLayout w:type="fixed"/>
        <w:tblLook w:val="04A0" w:firstRow="1" w:lastRow="0" w:firstColumn="1" w:lastColumn="0" w:noHBand="0" w:noVBand="1"/>
      </w:tblPr>
      <w:tblGrid>
        <w:gridCol w:w="2232"/>
        <w:gridCol w:w="5760"/>
        <w:gridCol w:w="2232"/>
        <w:gridCol w:w="3096"/>
        <w:gridCol w:w="1512"/>
      </w:tblGrid>
      <w:tr w:rsidR="005C41BF" w14:paraId="33DE71C0" w14:textId="77777777">
        <w:trPr>
          <w:jc w:val="center"/>
        </w:trPr>
        <w:tc>
          <w:tcPr>
            <w:tcW w:w="2232" w:type="dxa"/>
            <w:shd w:val="clear" w:color="auto" w:fill="1F4E79"/>
            <w:tcMar>
              <w:top w:w="90" w:type="dxa"/>
              <w:left w:w="90" w:type="dxa"/>
              <w:bottom w:w="90" w:type="dxa"/>
              <w:right w:w="90" w:type="dxa"/>
            </w:tcMar>
            <w:vAlign w:val="center"/>
          </w:tcPr>
          <w:p w14:paraId="1583990A" w14:textId="77777777" w:rsidR="005C41BF" w:rsidRDefault="000B3397">
            <w:pPr>
              <w:spacing w:line="252" w:lineRule="auto"/>
            </w:pPr>
            <w:r>
              <w:rPr>
                <w:b/>
                <w:color w:val="FFFFFF"/>
                <w:sz w:val="17"/>
              </w:rPr>
              <w:t>Element / Item</w:t>
            </w:r>
          </w:p>
        </w:tc>
        <w:tc>
          <w:tcPr>
            <w:tcW w:w="5760" w:type="dxa"/>
            <w:shd w:val="clear" w:color="auto" w:fill="1F4E79"/>
            <w:tcMar>
              <w:top w:w="90" w:type="dxa"/>
              <w:left w:w="90" w:type="dxa"/>
              <w:bottom w:w="90" w:type="dxa"/>
              <w:right w:w="90" w:type="dxa"/>
            </w:tcMar>
            <w:vAlign w:val="center"/>
          </w:tcPr>
          <w:p w14:paraId="202C59E0" w14:textId="77777777" w:rsidR="005C41BF" w:rsidRDefault="000B3397">
            <w:pPr>
              <w:spacing w:line="252" w:lineRule="auto"/>
            </w:pPr>
            <w:r>
              <w:rPr>
                <w:b/>
                <w:color w:val="FFFFFF"/>
                <w:sz w:val="17"/>
              </w:rPr>
              <w:t>Expected review criteria</w:t>
            </w:r>
          </w:p>
        </w:tc>
        <w:tc>
          <w:tcPr>
            <w:tcW w:w="2232" w:type="dxa"/>
            <w:shd w:val="clear" w:color="auto" w:fill="1F4E79"/>
            <w:tcMar>
              <w:top w:w="90" w:type="dxa"/>
              <w:left w:w="90" w:type="dxa"/>
              <w:bottom w:w="90" w:type="dxa"/>
              <w:right w:w="90" w:type="dxa"/>
            </w:tcMar>
            <w:vAlign w:val="center"/>
          </w:tcPr>
          <w:p w14:paraId="6CE54F34" w14:textId="77777777" w:rsidR="005C41BF" w:rsidRDefault="000B3397">
            <w:pPr>
              <w:spacing w:line="252" w:lineRule="auto"/>
            </w:pPr>
            <w:r>
              <w:rPr>
                <w:b/>
                <w:color w:val="FFFFFF"/>
                <w:sz w:val="17"/>
              </w:rPr>
              <w:t>Status</w:t>
            </w:r>
          </w:p>
        </w:tc>
        <w:tc>
          <w:tcPr>
            <w:tcW w:w="3096" w:type="dxa"/>
            <w:shd w:val="clear" w:color="auto" w:fill="1F4E79"/>
            <w:tcMar>
              <w:top w:w="90" w:type="dxa"/>
              <w:left w:w="90" w:type="dxa"/>
              <w:bottom w:w="90" w:type="dxa"/>
              <w:right w:w="90" w:type="dxa"/>
            </w:tcMar>
            <w:vAlign w:val="center"/>
          </w:tcPr>
          <w:p w14:paraId="5F2926EF" w14:textId="77777777" w:rsidR="005C41BF" w:rsidRDefault="000B3397">
            <w:pPr>
              <w:spacing w:line="252" w:lineRule="auto"/>
            </w:pPr>
            <w:r>
              <w:rPr>
                <w:b/>
                <w:color w:val="FFFFFF"/>
                <w:sz w:val="17"/>
              </w:rPr>
              <w:t>Reviewer comments</w:t>
            </w:r>
          </w:p>
        </w:tc>
        <w:tc>
          <w:tcPr>
            <w:tcW w:w="1512" w:type="dxa"/>
            <w:shd w:val="clear" w:color="auto" w:fill="1F4E79"/>
            <w:tcMar>
              <w:top w:w="90" w:type="dxa"/>
              <w:left w:w="90" w:type="dxa"/>
              <w:bottom w:w="90" w:type="dxa"/>
              <w:right w:w="90" w:type="dxa"/>
            </w:tcMar>
            <w:vAlign w:val="center"/>
          </w:tcPr>
          <w:p w14:paraId="13C91C59" w14:textId="77777777" w:rsidR="005C41BF" w:rsidRDefault="000B3397">
            <w:pPr>
              <w:spacing w:line="252" w:lineRule="auto"/>
            </w:pPr>
            <w:r>
              <w:rPr>
                <w:b/>
                <w:color w:val="FFFFFF"/>
                <w:sz w:val="17"/>
              </w:rPr>
              <w:t>Action</w:t>
            </w:r>
          </w:p>
        </w:tc>
      </w:tr>
      <w:tr w:rsidR="005C41BF" w14:paraId="7A3B7E52" w14:textId="77777777">
        <w:trPr>
          <w:jc w:val="center"/>
        </w:trPr>
        <w:tc>
          <w:tcPr>
            <w:tcW w:w="2232" w:type="dxa"/>
            <w:tcMar>
              <w:top w:w="80" w:type="dxa"/>
              <w:left w:w="90" w:type="dxa"/>
              <w:bottom w:w="80" w:type="dxa"/>
              <w:right w:w="90" w:type="dxa"/>
            </w:tcMar>
            <w:vAlign w:val="center"/>
          </w:tcPr>
          <w:p w14:paraId="6A06E29A" w14:textId="77777777" w:rsidR="005C41BF" w:rsidRDefault="000B3397">
            <w:pPr>
              <w:spacing w:line="252" w:lineRule="auto"/>
            </w:pPr>
            <w:r>
              <w:rPr>
                <w:sz w:val="16"/>
              </w:rPr>
              <w:t>Completeness</w:t>
            </w:r>
          </w:p>
        </w:tc>
        <w:tc>
          <w:tcPr>
            <w:tcW w:w="5760" w:type="dxa"/>
            <w:tcMar>
              <w:top w:w="80" w:type="dxa"/>
              <w:left w:w="90" w:type="dxa"/>
              <w:bottom w:w="80" w:type="dxa"/>
              <w:right w:w="90" w:type="dxa"/>
            </w:tcMar>
            <w:vAlign w:val="center"/>
          </w:tcPr>
          <w:p w14:paraId="6BB09F12" w14:textId="77777777" w:rsidR="005C41BF" w:rsidRDefault="000B3397">
            <w:pPr>
              <w:spacing w:line="252" w:lineRule="auto"/>
            </w:pPr>
            <w:r>
              <w:rPr>
                <w:sz w:val="16"/>
              </w:rPr>
              <w:t>Are the required metadata sections sufficiently completed?</w:t>
            </w:r>
          </w:p>
        </w:tc>
        <w:tc>
          <w:tcPr>
            <w:tcW w:w="2232" w:type="dxa"/>
            <w:tcMar>
              <w:top w:w="80" w:type="dxa"/>
              <w:left w:w="90" w:type="dxa"/>
              <w:bottom w:w="80" w:type="dxa"/>
              <w:right w:w="90" w:type="dxa"/>
            </w:tcMar>
            <w:vAlign w:val="center"/>
          </w:tcPr>
          <w:p w14:paraId="0E21011B"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54C529ED" w14:textId="77777777" w:rsidR="005C41BF" w:rsidRDefault="005C41BF">
            <w:pPr>
              <w:spacing w:line="252" w:lineRule="auto"/>
            </w:pPr>
          </w:p>
        </w:tc>
        <w:tc>
          <w:tcPr>
            <w:tcW w:w="1512" w:type="dxa"/>
            <w:tcMar>
              <w:top w:w="80" w:type="dxa"/>
              <w:left w:w="90" w:type="dxa"/>
              <w:bottom w:w="80" w:type="dxa"/>
              <w:right w:w="90" w:type="dxa"/>
            </w:tcMar>
            <w:vAlign w:val="center"/>
          </w:tcPr>
          <w:p w14:paraId="13EB9B7A"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31BBD92" w14:textId="77777777">
        <w:trPr>
          <w:jc w:val="center"/>
        </w:trPr>
        <w:tc>
          <w:tcPr>
            <w:tcW w:w="2232" w:type="dxa"/>
            <w:tcMar>
              <w:top w:w="80" w:type="dxa"/>
              <w:left w:w="90" w:type="dxa"/>
              <w:bottom w:w="80" w:type="dxa"/>
              <w:right w:w="90" w:type="dxa"/>
            </w:tcMar>
            <w:vAlign w:val="center"/>
          </w:tcPr>
          <w:p w14:paraId="7EA56462" w14:textId="77777777" w:rsidR="005C41BF" w:rsidRDefault="000B3397">
            <w:pPr>
              <w:spacing w:line="252" w:lineRule="auto"/>
            </w:pPr>
            <w:r>
              <w:rPr>
                <w:sz w:val="16"/>
              </w:rPr>
              <w:t>Consistency</w:t>
            </w:r>
          </w:p>
        </w:tc>
        <w:tc>
          <w:tcPr>
            <w:tcW w:w="5760" w:type="dxa"/>
            <w:tcMar>
              <w:top w:w="80" w:type="dxa"/>
              <w:left w:w="90" w:type="dxa"/>
              <w:bottom w:w="80" w:type="dxa"/>
              <w:right w:w="90" w:type="dxa"/>
            </w:tcMar>
            <w:vAlign w:val="center"/>
          </w:tcPr>
          <w:p w14:paraId="104982BC" w14:textId="77777777" w:rsidR="005C41BF" w:rsidRDefault="000B3397">
            <w:pPr>
              <w:spacing w:line="252" w:lineRule="auto"/>
            </w:pPr>
            <w:r>
              <w:rPr>
                <w:sz w:val="16"/>
              </w:rPr>
              <w:t>Are titles, IDs, dates, versions, producers, and access statements consistent across sections?</w:t>
            </w:r>
          </w:p>
        </w:tc>
        <w:tc>
          <w:tcPr>
            <w:tcW w:w="2232" w:type="dxa"/>
            <w:tcMar>
              <w:top w:w="80" w:type="dxa"/>
              <w:left w:w="90" w:type="dxa"/>
              <w:bottom w:w="80" w:type="dxa"/>
              <w:right w:w="90" w:type="dxa"/>
            </w:tcMar>
            <w:vAlign w:val="center"/>
          </w:tcPr>
          <w:p w14:paraId="7968B7AA"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1C0157D6" w14:textId="77777777" w:rsidR="005C41BF" w:rsidRDefault="005C41BF">
            <w:pPr>
              <w:spacing w:line="252" w:lineRule="auto"/>
            </w:pPr>
          </w:p>
        </w:tc>
        <w:tc>
          <w:tcPr>
            <w:tcW w:w="1512" w:type="dxa"/>
            <w:tcMar>
              <w:top w:w="80" w:type="dxa"/>
              <w:left w:w="90" w:type="dxa"/>
              <w:bottom w:w="80" w:type="dxa"/>
              <w:right w:w="90" w:type="dxa"/>
            </w:tcMar>
            <w:vAlign w:val="center"/>
          </w:tcPr>
          <w:p w14:paraId="007DFBB7"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64DB6940" w14:textId="77777777">
        <w:trPr>
          <w:jc w:val="center"/>
        </w:trPr>
        <w:tc>
          <w:tcPr>
            <w:tcW w:w="2232" w:type="dxa"/>
            <w:tcMar>
              <w:top w:w="80" w:type="dxa"/>
              <w:left w:w="90" w:type="dxa"/>
              <w:bottom w:w="80" w:type="dxa"/>
              <w:right w:w="90" w:type="dxa"/>
            </w:tcMar>
            <w:vAlign w:val="center"/>
          </w:tcPr>
          <w:p w14:paraId="6DD09A64" w14:textId="77777777" w:rsidR="005C41BF" w:rsidRDefault="000B3397">
            <w:pPr>
              <w:spacing w:line="252" w:lineRule="auto"/>
            </w:pPr>
            <w:r>
              <w:rPr>
                <w:sz w:val="16"/>
              </w:rPr>
              <w:t>Clarity</w:t>
            </w:r>
          </w:p>
        </w:tc>
        <w:tc>
          <w:tcPr>
            <w:tcW w:w="5760" w:type="dxa"/>
            <w:tcMar>
              <w:top w:w="80" w:type="dxa"/>
              <w:left w:w="90" w:type="dxa"/>
              <w:bottom w:w="80" w:type="dxa"/>
              <w:right w:w="90" w:type="dxa"/>
            </w:tcMar>
            <w:vAlign w:val="center"/>
          </w:tcPr>
          <w:p w14:paraId="6ED2C661" w14:textId="77777777" w:rsidR="005C41BF" w:rsidRDefault="000B3397">
            <w:pPr>
              <w:spacing w:line="252" w:lineRule="auto"/>
            </w:pPr>
            <w:r>
              <w:rPr>
                <w:sz w:val="16"/>
              </w:rPr>
              <w:t>Is the metadata clear, understandable, and useful to data users?</w:t>
            </w:r>
          </w:p>
        </w:tc>
        <w:tc>
          <w:tcPr>
            <w:tcW w:w="2232" w:type="dxa"/>
            <w:tcMar>
              <w:top w:w="80" w:type="dxa"/>
              <w:left w:w="90" w:type="dxa"/>
              <w:bottom w:w="80" w:type="dxa"/>
              <w:right w:w="90" w:type="dxa"/>
            </w:tcMar>
            <w:vAlign w:val="center"/>
          </w:tcPr>
          <w:p w14:paraId="68C8A7EB"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3691E7B2" w14:textId="77777777" w:rsidR="005C41BF" w:rsidRDefault="005C41BF">
            <w:pPr>
              <w:spacing w:line="252" w:lineRule="auto"/>
            </w:pPr>
          </w:p>
        </w:tc>
        <w:tc>
          <w:tcPr>
            <w:tcW w:w="1512" w:type="dxa"/>
            <w:tcMar>
              <w:top w:w="80" w:type="dxa"/>
              <w:left w:w="90" w:type="dxa"/>
              <w:bottom w:w="80" w:type="dxa"/>
              <w:right w:w="90" w:type="dxa"/>
            </w:tcMar>
            <w:vAlign w:val="center"/>
          </w:tcPr>
          <w:p w14:paraId="6CB12661"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1B8C6066" w14:textId="77777777">
        <w:trPr>
          <w:jc w:val="center"/>
        </w:trPr>
        <w:tc>
          <w:tcPr>
            <w:tcW w:w="2232" w:type="dxa"/>
            <w:tcMar>
              <w:top w:w="80" w:type="dxa"/>
              <w:left w:w="90" w:type="dxa"/>
              <w:bottom w:w="80" w:type="dxa"/>
              <w:right w:w="90" w:type="dxa"/>
            </w:tcMar>
            <w:vAlign w:val="center"/>
          </w:tcPr>
          <w:p w14:paraId="6B489EAA" w14:textId="77777777" w:rsidR="005C41BF" w:rsidRDefault="000B3397">
            <w:pPr>
              <w:spacing w:line="252" w:lineRule="auto"/>
            </w:pPr>
            <w:r>
              <w:rPr>
                <w:sz w:val="16"/>
              </w:rPr>
              <w:t>Data quality documentation</w:t>
            </w:r>
          </w:p>
        </w:tc>
        <w:tc>
          <w:tcPr>
            <w:tcW w:w="5760" w:type="dxa"/>
            <w:tcMar>
              <w:top w:w="80" w:type="dxa"/>
              <w:left w:w="90" w:type="dxa"/>
              <w:bottom w:w="80" w:type="dxa"/>
              <w:right w:w="90" w:type="dxa"/>
            </w:tcMar>
            <w:vAlign w:val="center"/>
          </w:tcPr>
          <w:p w14:paraId="5C57A7ED" w14:textId="77777777" w:rsidR="005C41BF" w:rsidRDefault="000B3397">
            <w:pPr>
              <w:spacing w:line="252" w:lineRule="auto"/>
            </w:pPr>
            <w:r>
              <w:rPr>
                <w:sz w:val="16"/>
              </w:rPr>
              <w:t>Are processing, validation, missing data, and data appraisal information adequately documented?</w:t>
            </w:r>
          </w:p>
        </w:tc>
        <w:tc>
          <w:tcPr>
            <w:tcW w:w="2232" w:type="dxa"/>
            <w:tcMar>
              <w:top w:w="80" w:type="dxa"/>
              <w:left w:w="90" w:type="dxa"/>
              <w:bottom w:w="80" w:type="dxa"/>
              <w:right w:w="90" w:type="dxa"/>
            </w:tcMar>
            <w:vAlign w:val="center"/>
          </w:tcPr>
          <w:p w14:paraId="0291279F"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526770CE" w14:textId="77777777" w:rsidR="005C41BF" w:rsidRDefault="005C41BF">
            <w:pPr>
              <w:spacing w:line="252" w:lineRule="auto"/>
            </w:pPr>
          </w:p>
        </w:tc>
        <w:tc>
          <w:tcPr>
            <w:tcW w:w="1512" w:type="dxa"/>
            <w:tcMar>
              <w:top w:w="80" w:type="dxa"/>
              <w:left w:w="90" w:type="dxa"/>
              <w:bottom w:w="80" w:type="dxa"/>
              <w:right w:w="90" w:type="dxa"/>
            </w:tcMar>
            <w:vAlign w:val="center"/>
          </w:tcPr>
          <w:p w14:paraId="0DA05532"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7A668405" w14:textId="77777777">
        <w:trPr>
          <w:jc w:val="center"/>
        </w:trPr>
        <w:tc>
          <w:tcPr>
            <w:tcW w:w="2232" w:type="dxa"/>
            <w:tcMar>
              <w:top w:w="80" w:type="dxa"/>
              <w:left w:w="90" w:type="dxa"/>
              <w:bottom w:w="80" w:type="dxa"/>
              <w:right w:w="90" w:type="dxa"/>
            </w:tcMar>
            <w:vAlign w:val="center"/>
          </w:tcPr>
          <w:p w14:paraId="1ABCEE39" w14:textId="77777777" w:rsidR="005C41BF" w:rsidRDefault="000B3397">
            <w:pPr>
              <w:spacing w:line="252" w:lineRule="auto"/>
            </w:pPr>
            <w:r>
              <w:rPr>
                <w:sz w:val="16"/>
              </w:rPr>
              <w:t>Reproducibility</w:t>
            </w:r>
          </w:p>
        </w:tc>
        <w:tc>
          <w:tcPr>
            <w:tcW w:w="5760" w:type="dxa"/>
            <w:tcMar>
              <w:top w:w="80" w:type="dxa"/>
              <w:left w:w="90" w:type="dxa"/>
              <w:bottom w:w="80" w:type="dxa"/>
              <w:right w:w="90" w:type="dxa"/>
            </w:tcMar>
            <w:vAlign w:val="center"/>
          </w:tcPr>
          <w:p w14:paraId="1F874E08" w14:textId="77777777" w:rsidR="005C41BF" w:rsidRDefault="000B3397">
            <w:pPr>
              <w:spacing w:line="252" w:lineRule="auto"/>
            </w:pPr>
            <w:r>
              <w:rPr>
                <w:sz w:val="16"/>
              </w:rPr>
              <w:t>Are derivations, transformations, scripts, and processing steps documented in enough detail to support reproducibility?</w:t>
            </w:r>
          </w:p>
        </w:tc>
        <w:tc>
          <w:tcPr>
            <w:tcW w:w="2232" w:type="dxa"/>
            <w:tcMar>
              <w:top w:w="80" w:type="dxa"/>
              <w:left w:w="90" w:type="dxa"/>
              <w:bottom w:w="80" w:type="dxa"/>
              <w:right w:w="90" w:type="dxa"/>
            </w:tcMar>
            <w:vAlign w:val="center"/>
          </w:tcPr>
          <w:p w14:paraId="45FF2AC4"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7CBEED82" w14:textId="77777777" w:rsidR="005C41BF" w:rsidRDefault="005C41BF">
            <w:pPr>
              <w:spacing w:line="252" w:lineRule="auto"/>
            </w:pPr>
          </w:p>
        </w:tc>
        <w:tc>
          <w:tcPr>
            <w:tcW w:w="1512" w:type="dxa"/>
            <w:tcMar>
              <w:top w:w="80" w:type="dxa"/>
              <w:left w:w="90" w:type="dxa"/>
              <w:bottom w:w="80" w:type="dxa"/>
              <w:right w:w="90" w:type="dxa"/>
            </w:tcMar>
            <w:vAlign w:val="center"/>
          </w:tcPr>
          <w:p w14:paraId="52CCD09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52F8D5A6" w14:textId="77777777">
        <w:trPr>
          <w:jc w:val="center"/>
        </w:trPr>
        <w:tc>
          <w:tcPr>
            <w:tcW w:w="2232" w:type="dxa"/>
            <w:tcMar>
              <w:top w:w="80" w:type="dxa"/>
              <w:left w:w="90" w:type="dxa"/>
              <w:bottom w:w="80" w:type="dxa"/>
              <w:right w:w="90" w:type="dxa"/>
            </w:tcMar>
            <w:vAlign w:val="center"/>
          </w:tcPr>
          <w:p w14:paraId="427F0D9F" w14:textId="77777777" w:rsidR="005C41BF" w:rsidRDefault="000B3397">
            <w:pPr>
              <w:spacing w:line="252" w:lineRule="auto"/>
            </w:pPr>
            <w:r>
              <w:rPr>
                <w:sz w:val="16"/>
              </w:rPr>
              <w:t>Interoperability</w:t>
            </w:r>
          </w:p>
        </w:tc>
        <w:tc>
          <w:tcPr>
            <w:tcW w:w="5760" w:type="dxa"/>
            <w:tcMar>
              <w:top w:w="80" w:type="dxa"/>
              <w:left w:w="90" w:type="dxa"/>
              <w:bottom w:w="80" w:type="dxa"/>
              <w:right w:w="90" w:type="dxa"/>
            </w:tcMar>
            <w:vAlign w:val="center"/>
          </w:tcPr>
          <w:p w14:paraId="4EC3879B" w14:textId="77777777" w:rsidR="005C41BF" w:rsidRDefault="000B3397">
            <w:pPr>
              <w:spacing w:line="252" w:lineRule="auto"/>
            </w:pPr>
            <w:r>
              <w:rPr>
                <w:sz w:val="16"/>
              </w:rPr>
              <w:t>Does the metadata follow relevant DDI-C and DCMI conventions consistently?</w:t>
            </w:r>
          </w:p>
        </w:tc>
        <w:tc>
          <w:tcPr>
            <w:tcW w:w="2232" w:type="dxa"/>
            <w:tcMar>
              <w:top w:w="80" w:type="dxa"/>
              <w:left w:w="90" w:type="dxa"/>
              <w:bottom w:w="80" w:type="dxa"/>
              <w:right w:w="90" w:type="dxa"/>
            </w:tcMar>
            <w:vAlign w:val="center"/>
          </w:tcPr>
          <w:p w14:paraId="58DF7224"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6E36661F" w14:textId="77777777" w:rsidR="005C41BF" w:rsidRDefault="005C41BF">
            <w:pPr>
              <w:spacing w:line="252" w:lineRule="auto"/>
            </w:pPr>
          </w:p>
        </w:tc>
        <w:tc>
          <w:tcPr>
            <w:tcW w:w="1512" w:type="dxa"/>
            <w:tcMar>
              <w:top w:w="80" w:type="dxa"/>
              <w:left w:w="90" w:type="dxa"/>
              <w:bottom w:w="80" w:type="dxa"/>
              <w:right w:w="90" w:type="dxa"/>
            </w:tcMar>
            <w:vAlign w:val="center"/>
          </w:tcPr>
          <w:p w14:paraId="712B530E"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01DCC8F5" w14:textId="77777777">
        <w:trPr>
          <w:jc w:val="center"/>
        </w:trPr>
        <w:tc>
          <w:tcPr>
            <w:tcW w:w="2232" w:type="dxa"/>
            <w:tcMar>
              <w:top w:w="80" w:type="dxa"/>
              <w:left w:w="90" w:type="dxa"/>
              <w:bottom w:w="80" w:type="dxa"/>
              <w:right w:w="90" w:type="dxa"/>
            </w:tcMar>
            <w:vAlign w:val="center"/>
          </w:tcPr>
          <w:p w14:paraId="36CD46BE" w14:textId="77777777" w:rsidR="005C41BF" w:rsidRDefault="000B3397">
            <w:pPr>
              <w:spacing w:line="252" w:lineRule="auto"/>
            </w:pPr>
            <w:r>
              <w:rPr>
                <w:sz w:val="16"/>
              </w:rPr>
              <w:t>Preservation</w:t>
            </w:r>
          </w:p>
        </w:tc>
        <w:tc>
          <w:tcPr>
            <w:tcW w:w="5760" w:type="dxa"/>
            <w:tcMar>
              <w:top w:w="80" w:type="dxa"/>
              <w:left w:w="90" w:type="dxa"/>
              <w:bottom w:w="80" w:type="dxa"/>
              <w:right w:w="90" w:type="dxa"/>
            </w:tcMar>
            <w:vAlign w:val="center"/>
          </w:tcPr>
          <w:p w14:paraId="361CE978" w14:textId="77777777" w:rsidR="005C41BF" w:rsidRDefault="000B3397">
            <w:pPr>
              <w:spacing w:line="252" w:lineRule="auto"/>
            </w:pPr>
            <w:r>
              <w:rPr>
                <w:sz w:val="16"/>
              </w:rPr>
              <w:t>Are original files, preservation formats, and supporting documentation sufficiently retained?</w:t>
            </w:r>
          </w:p>
        </w:tc>
        <w:tc>
          <w:tcPr>
            <w:tcW w:w="2232" w:type="dxa"/>
            <w:tcMar>
              <w:top w:w="80" w:type="dxa"/>
              <w:left w:w="90" w:type="dxa"/>
              <w:bottom w:w="80" w:type="dxa"/>
              <w:right w:w="90" w:type="dxa"/>
            </w:tcMar>
            <w:vAlign w:val="center"/>
          </w:tcPr>
          <w:p w14:paraId="7C78A4BB"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38645DC7" w14:textId="77777777" w:rsidR="005C41BF" w:rsidRDefault="005C41BF">
            <w:pPr>
              <w:spacing w:line="252" w:lineRule="auto"/>
            </w:pPr>
          </w:p>
        </w:tc>
        <w:tc>
          <w:tcPr>
            <w:tcW w:w="1512" w:type="dxa"/>
            <w:tcMar>
              <w:top w:w="80" w:type="dxa"/>
              <w:left w:w="90" w:type="dxa"/>
              <w:bottom w:w="80" w:type="dxa"/>
              <w:right w:w="90" w:type="dxa"/>
            </w:tcMar>
            <w:vAlign w:val="center"/>
          </w:tcPr>
          <w:p w14:paraId="2435DC2E"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r w:rsidR="005C41BF" w14:paraId="42A212EF" w14:textId="77777777">
        <w:trPr>
          <w:jc w:val="center"/>
        </w:trPr>
        <w:tc>
          <w:tcPr>
            <w:tcW w:w="2232" w:type="dxa"/>
            <w:tcMar>
              <w:top w:w="80" w:type="dxa"/>
              <w:left w:w="90" w:type="dxa"/>
              <w:bottom w:w="80" w:type="dxa"/>
              <w:right w:w="90" w:type="dxa"/>
            </w:tcMar>
            <w:vAlign w:val="center"/>
          </w:tcPr>
          <w:p w14:paraId="4667ACA3" w14:textId="77777777" w:rsidR="005C41BF" w:rsidRDefault="000B3397">
            <w:pPr>
              <w:spacing w:line="252" w:lineRule="auto"/>
            </w:pPr>
            <w:r>
              <w:rPr>
                <w:sz w:val="16"/>
              </w:rPr>
              <w:t>Discoverability</w:t>
            </w:r>
          </w:p>
        </w:tc>
        <w:tc>
          <w:tcPr>
            <w:tcW w:w="5760" w:type="dxa"/>
            <w:tcMar>
              <w:top w:w="80" w:type="dxa"/>
              <w:left w:w="90" w:type="dxa"/>
              <w:bottom w:w="80" w:type="dxa"/>
              <w:right w:w="90" w:type="dxa"/>
            </w:tcMar>
            <w:vAlign w:val="center"/>
          </w:tcPr>
          <w:p w14:paraId="671D0B2D" w14:textId="77777777" w:rsidR="005C41BF" w:rsidRDefault="000B3397">
            <w:pPr>
              <w:spacing w:line="252" w:lineRule="auto"/>
            </w:pPr>
            <w:r>
              <w:rPr>
                <w:sz w:val="16"/>
              </w:rPr>
              <w:t>Can users and systems find the dataset using meaningful topics, keywords, coverage, and descriptions?</w:t>
            </w:r>
          </w:p>
        </w:tc>
        <w:tc>
          <w:tcPr>
            <w:tcW w:w="2232" w:type="dxa"/>
            <w:tcMar>
              <w:top w:w="80" w:type="dxa"/>
              <w:left w:w="90" w:type="dxa"/>
              <w:bottom w:w="80" w:type="dxa"/>
              <w:right w:w="90" w:type="dxa"/>
            </w:tcMar>
            <w:vAlign w:val="center"/>
          </w:tcPr>
          <w:p w14:paraId="7AB8CE83" w14:textId="77777777" w:rsidR="005C41BF" w:rsidRDefault="000B3397">
            <w:pPr>
              <w:spacing w:line="252" w:lineRule="auto" w:after="0"/>
            </w:pPr>
            <w:r>
              <w:rPr>
                <w:rFonts w:ascii="Aptos" w:hAnsi="Aptos" w:eastAsia="Aptos"/>
                <w:sz w:val="16"/>
              </w:rPr>
              <w:t>☐ Good</w:t>
            </w:r>
          </w:p>
          <w:p>
            <w:pPr>
              <w:spacing w:after="0" w:line="252" w:lineRule="auto"/>
            </w:pPr>
            <w:r>
              <w:rPr>
                <w:rFonts w:ascii="Aptos" w:hAnsi="Aptos" w:eastAsia="Aptos"/>
                <w:sz w:val="16"/>
              </w:rPr>
              <w:t>☐ Partial</w:t>
            </w:r>
          </w:p>
          <w:p>
            <w:pPr>
              <w:spacing w:after="0" w:line="252" w:lineRule="auto"/>
            </w:pPr>
            <w:r>
              <w:rPr>
                <w:rFonts w:ascii="Aptos" w:hAnsi="Aptos" w:eastAsia="Aptos"/>
                <w:sz w:val="16"/>
              </w:rPr>
              <w:t>☐ Needs work</w:t>
            </w:r>
          </w:p>
        </w:tc>
        <w:tc>
          <w:tcPr>
            <w:tcW w:w="3096" w:type="dxa"/>
            <w:tcMar>
              <w:top w:w="80" w:type="dxa"/>
              <w:left w:w="90" w:type="dxa"/>
              <w:bottom w:w="80" w:type="dxa"/>
              <w:right w:w="90" w:type="dxa"/>
            </w:tcMar>
            <w:vAlign w:val="center"/>
          </w:tcPr>
          <w:p w14:paraId="135E58C4" w14:textId="77777777" w:rsidR="005C41BF" w:rsidRDefault="005C41BF">
            <w:pPr>
              <w:spacing w:line="252" w:lineRule="auto"/>
            </w:pPr>
          </w:p>
        </w:tc>
        <w:tc>
          <w:tcPr>
            <w:tcW w:w="1512" w:type="dxa"/>
            <w:tcMar>
              <w:top w:w="80" w:type="dxa"/>
              <w:left w:w="90" w:type="dxa"/>
              <w:bottom w:w="80" w:type="dxa"/>
              <w:right w:w="90" w:type="dxa"/>
            </w:tcMar>
            <w:vAlign w:val="center"/>
          </w:tcPr>
          <w:p w14:paraId="609F36E0" w14:textId="77777777" w:rsidR="005C41BF" w:rsidRDefault="000B3397">
            <w:pPr>
              <w:spacing w:line="252" w:lineRule="auto" w:after="0"/>
            </w:pPr>
            <w:r>
              <w:rPr>
                <w:rFonts w:ascii="Aptos" w:hAnsi="Aptos" w:eastAsia="Aptos"/>
                <w:sz w:val="16"/>
              </w:rPr>
              <w:t>☐ None</w:t>
            </w:r>
          </w:p>
          <w:p>
            <w:pPr>
              <w:spacing w:after="0" w:line="252" w:lineRule="auto"/>
            </w:pPr>
            <w:r>
              <w:rPr>
                <w:rFonts w:ascii="Aptos" w:hAnsi="Aptos" w:eastAsia="Aptos"/>
                <w:sz w:val="16"/>
              </w:rPr>
              <w:t>☐ Add</w:t>
            </w:r>
          </w:p>
          <w:p>
            <w:pPr>
              <w:spacing w:after="0" w:line="252" w:lineRule="auto"/>
            </w:pPr>
            <w:r>
              <w:rPr>
                <w:rFonts w:ascii="Aptos" w:hAnsi="Aptos" w:eastAsia="Aptos"/>
                <w:sz w:val="16"/>
              </w:rPr>
              <w:t>☐ Fix</w:t>
            </w:r>
          </w:p>
          <w:p>
            <w:pPr>
              <w:spacing w:after="0" w:line="252" w:lineRule="auto"/>
            </w:pPr>
            <w:r>
              <w:rPr>
                <w:rFonts w:ascii="Aptos" w:hAnsi="Aptos" w:eastAsia="Aptos"/>
                <w:sz w:val="16"/>
              </w:rPr>
              <w:t>☐ Check</w:t>
            </w:r>
          </w:p>
        </w:tc>
      </w:tr>
    </w:tbl>
    <w:p w14:paraId="62EBF9A1" w14:textId="77777777" w:rsidR="005C41BF" w:rsidRDefault="005C41BF">
      <w:pPr>
        <w:spacing w:after="40"/>
      </w:pPr>
    </w:p>
    <w:p w14:paraId="0C6C2CD5" w14:textId="77777777" w:rsidR="005C41BF" w:rsidRDefault="000B3397">
      <w:r>
        <w:br w:type="page"/>
      </w:r>
    </w:p>
    <w:p w14:paraId="1C27B6A2" w14:textId="77777777" w:rsidR="005C41BF" w:rsidRDefault="000B3397">
      <w:pPr>
        <w:pStyle w:val="Heading1"/>
        <w:spacing w:after="100" w:line="259" w:lineRule="auto"/>
      </w:pPr>
      <w:r>
        <w:rPr>
          <w:b w:val="0"/>
        </w:rPr>
        <w:lastRenderedPageBreak/>
        <w:t>Reviewer Summary and Recommendations</w:t>
      </w:r>
    </w:p>
    <w:tbl>
      <w:tblPr>
        <w:tblStyle w:val="TableGrid"/>
        <w:tblW w:w="0" w:type="auto"/>
        <w:jc w:val="center"/>
        <w:tblLayout w:type="fixed"/>
        <w:tblLook w:val="04A0" w:firstRow="1" w:lastRow="0" w:firstColumn="1" w:lastColumn="0" w:noHBand="0" w:noVBand="1"/>
      </w:tblPr>
      <w:tblGrid>
        <w:gridCol w:w="4464"/>
        <w:gridCol w:w="9648"/>
      </w:tblGrid>
      <w:tr w:rsidR="005C41BF" w14:paraId="58DD8993" w14:textId="77777777">
        <w:trPr>
          <w:jc w:val="center"/>
        </w:trPr>
        <w:tc>
          <w:tcPr>
            <w:tcW w:w="4464" w:type="dxa"/>
            <w:shd w:val="clear" w:color="auto" w:fill="1F4E79"/>
            <w:tcMar>
              <w:top w:w="90" w:type="dxa"/>
              <w:left w:w="90" w:type="dxa"/>
              <w:bottom w:w="90" w:type="dxa"/>
              <w:right w:w="90" w:type="dxa"/>
            </w:tcMar>
            <w:vAlign w:val="center"/>
          </w:tcPr>
          <w:p w14:paraId="52E7525D" w14:textId="77777777" w:rsidR="005C41BF" w:rsidRDefault="000B3397">
            <w:pPr>
              <w:spacing w:line="252" w:lineRule="auto"/>
            </w:pPr>
            <w:r>
              <w:rPr>
                <w:b/>
                <w:color w:val="FFFFFF"/>
                <w:sz w:val="17"/>
              </w:rPr>
              <w:t>Overall assessment</w:t>
            </w:r>
          </w:p>
        </w:tc>
        <w:tc>
          <w:tcPr>
            <w:tcW w:w="9648" w:type="dxa"/>
            <w:shd w:val="clear" w:color="auto" w:fill="1F4E79"/>
            <w:tcMar>
              <w:top w:w="90" w:type="dxa"/>
              <w:left w:w="90" w:type="dxa"/>
              <w:bottom w:w="90" w:type="dxa"/>
              <w:right w:w="90" w:type="dxa"/>
            </w:tcMar>
            <w:vAlign w:val="center"/>
          </w:tcPr>
          <w:p w14:paraId="18BB7A7C" w14:textId="77777777" w:rsidR="005C41BF" w:rsidRDefault="000B3397">
            <w:pPr>
              <w:spacing w:line="252" w:lineRule="auto"/>
            </w:pPr>
            <w:r>
              <w:rPr>
                <w:b/>
                <w:color w:val="FFFFFF"/>
                <w:sz w:val="17"/>
              </w:rPr>
              <w:t>Select one</w:t>
            </w:r>
          </w:p>
        </w:tc>
      </w:tr>
      <w:tr w:rsidR="005C41BF" w14:paraId="15EF37A6" w14:textId="77777777">
        <w:trPr>
          <w:jc w:val="center"/>
        </w:trPr>
        <w:tc>
          <w:tcPr>
            <w:tcW w:w="4464" w:type="dxa"/>
            <w:tcMar>
              <w:top w:w="80" w:type="dxa"/>
              <w:left w:w="90" w:type="dxa"/>
              <w:bottom w:w="80" w:type="dxa"/>
              <w:right w:w="90" w:type="dxa"/>
            </w:tcMar>
            <w:vAlign w:val="center"/>
          </w:tcPr>
          <w:p w14:paraId="6CF4FAFB" w14:textId="77777777" w:rsidR="005C41BF" w:rsidRDefault="000B3397">
            <w:pPr>
              <w:spacing w:line="252" w:lineRule="auto"/>
            </w:pPr>
            <w:r>
              <w:rPr>
                <w:sz w:val="16"/>
              </w:rPr>
              <w:t>Ready for publication</w:t>
            </w:r>
          </w:p>
        </w:tc>
        <w:tc>
          <w:tcPr>
            <w:tcW w:w="9648" w:type="dxa"/>
            <w:tcMar>
              <w:top w:w="80" w:type="dxa"/>
              <w:left w:w="90" w:type="dxa"/>
              <w:bottom w:w="80" w:type="dxa"/>
              <w:right w:w="90" w:type="dxa"/>
            </w:tcMar>
            <w:vAlign w:val="center"/>
          </w:tcPr>
          <w:p w14:paraId="6697BF2A" w14:textId="77777777" w:rsidR="005C41BF" w:rsidRDefault="000B3397">
            <w:pPr>
              <w:spacing w:line="252" w:lineRule="auto"/>
            </w:pPr>
            <w:r>
              <w:rPr>
                <w:sz w:val="16"/>
              </w:rPr>
              <w:t>[ ]</w:t>
            </w:r>
          </w:p>
        </w:tc>
      </w:tr>
      <w:tr w:rsidR="005C41BF" w14:paraId="0DF5B68B" w14:textId="77777777">
        <w:trPr>
          <w:jc w:val="center"/>
        </w:trPr>
        <w:tc>
          <w:tcPr>
            <w:tcW w:w="4464" w:type="dxa"/>
            <w:tcMar>
              <w:top w:w="80" w:type="dxa"/>
              <w:left w:w="90" w:type="dxa"/>
              <w:bottom w:w="80" w:type="dxa"/>
              <w:right w:w="90" w:type="dxa"/>
            </w:tcMar>
            <w:vAlign w:val="center"/>
          </w:tcPr>
          <w:p w14:paraId="2AFCFFA0" w14:textId="77777777" w:rsidR="005C41BF" w:rsidRDefault="000B3397">
            <w:pPr>
              <w:spacing w:line="252" w:lineRule="auto"/>
            </w:pPr>
            <w:r>
              <w:rPr>
                <w:sz w:val="16"/>
              </w:rPr>
              <w:t>Ready after minor corrections</w:t>
            </w:r>
          </w:p>
        </w:tc>
        <w:tc>
          <w:tcPr>
            <w:tcW w:w="9648" w:type="dxa"/>
            <w:tcMar>
              <w:top w:w="80" w:type="dxa"/>
              <w:left w:w="90" w:type="dxa"/>
              <w:bottom w:w="80" w:type="dxa"/>
              <w:right w:w="90" w:type="dxa"/>
            </w:tcMar>
            <w:vAlign w:val="center"/>
          </w:tcPr>
          <w:p w14:paraId="335C805B" w14:textId="77777777" w:rsidR="005C41BF" w:rsidRDefault="000B3397">
            <w:pPr>
              <w:spacing w:line="252" w:lineRule="auto"/>
            </w:pPr>
            <w:r>
              <w:rPr>
                <w:sz w:val="16"/>
              </w:rPr>
              <w:t>[ ]</w:t>
            </w:r>
          </w:p>
        </w:tc>
      </w:tr>
      <w:tr w:rsidR="005C41BF" w14:paraId="4AD8E2F6" w14:textId="77777777">
        <w:trPr>
          <w:jc w:val="center"/>
        </w:trPr>
        <w:tc>
          <w:tcPr>
            <w:tcW w:w="4464" w:type="dxa"/>
            <w:tcMar>
              <w:top w:w="80" w:type="dxa"/>
              <w:left w:w="90" w:type="dxa"/>
              <w:bottom w:w="80" w:type="dxa"/>
              <w:right w:w="90" w:type="dxa"/>
            </w:tcMar>
            <w:vAlign w:val="center"/>
          </w:tcPr>
          <w:p w14:paraId="3C24B2AA" w14:textId="77777777" w:rsidR="005C41BF" w:rsidRDefault="000B3397">
            <w:pPr>
              <w:spacing w:line="252" w:lineRule="auto"/>
            </w:pPr>
            <w:r>
              <w:rPr>
                <w:sz w:val="16"/>
              </w:rPr>
              <w:t>Requires substantial revision before publication</w:t>
            </w:r>
          </w:p>
        </w:tc>
        <w:tc>
          <w:tcPr>
            <w:tcW w:w="9648" w:type="dxa"/>
            <w:tcMar>
              <w:top w:w="80" w:type="dxa"/>
              <w:left w:w="90" w:type="dxa"/>
              <w:bottom w:w="80" w:type="dxa"/>
              <w:right w:w="90" w:type="dxa"/>
            </w:tcMar>
            <w:vAlign w:val="center"/>
          </w:tcPr>
          <w:p w14:paraId="01090819" w14:textId="77777777" w:rsidR="005C41BF" w:rsidRDefault="000B3397">
            <w:pPr>
              <w:spacing w:line="252" w:lineRule="auto"/>
            </w:pPr>
            <w:r>
              <w:rPr>
                <w:sz w:val="16"/>
              </w:rPr>
              <w:t>[ ]</w:t>
            </w:r>
          </w:p>
        </w:tc>
      </w:tr>
      <w:tr w:rsidR="005C41BF" w14:paraId="54BA5936" w14:textId="77777777">
        <w:trPr>
          <w:jc w:val="center"/>
        </w:trPr>
        <w:tc>
          <w:tcPr>
            <w:tcW w:w="4464" w:type="dxa"/>
            <w:tcMar>
              <w:top w:w="80" w:type="dxa"/>
              <w:left w:w="90" w:type="dxa"/>
              <w:bottom w:w="80" w:type="dxa"/>
              <w:right w:w="90" w:type="dxa"/>
            </w:tcMar>
            <w:vAlign w:val="center"/>
          </w:tcPr>
          <w:p w14:paraId="10BAC787" w14:textId="77777777" w:rsidR="005C41BF" w:rsidRDefault="000B3397">
            <w:pPr>
              <w:spacing w:line="252" w:lineRule="auto"/>
            </w:pPr>
            <w:r>
              <w:rPr>
                <w:sz w:val="16"/>
              </w:rPr>
              <w:t>Not ready for publication</w:t>
            </w:r>
          </w:p>
        </w:tc>
        <w:tc>
          <w:tcPr>
            <w:tcW w:w="9648" w:type="dxa"/>
            <w:tcMar>
              <w:top w:w="80" w:type="dxa"/>
              <w:left w:w="90" w:type="dxa"/>
              <w:bottom w:w="80" w:type="dxa"/>
              <w:right w:w="90" w:type="dxa"/>
            </w:tcMar>
            <w:vAlign w:val="center"/>
          </w:tcPr>
          <w:p w14:paraId="4159ADF6" w14:textId="77777777" w:rsidR="005C41BF" w:rsidRDefault="000B3397">
            <w:pPr>
              <w:spacing w:line="252" w:lineRule="auto"/>
            </w:pPr>
            <w:r>
              <w:rPr>
                <w:sz w:val="16"/>
              </w:rPr>
              <w:t>[ ]</w:t>
            </w:r>
          </w:p>
        </w:tc>
      </w:tr>
    </w:tbl>
    <w:p w14:paraId="709E88E4" w14:textId="77777777" w:rsidR="005C41BF" w:rsidRDefault="005C41BF">
      <w:pPr>
        <w:spacing w:after="40"/>
      </w:pPr>
    </w:p>
    <w:p w14:paraId="1197036F" w14:textId="77777777" w:rsidR="005C41BF" w:rsidRDefault="000B3397">
      <w:pPr>
        <w:pStyle w:val="Heading2"/>
        <w:spacing w:after="100" w:line="259" w:lineRule="auto"/>
      </w:pPr>
      <w:r>
        <w:rPr>
          <w:b w:val="0"/>
        </w:rPr>
        <w:t>Summary of Main Issues</w:t>
      </w:r>
    </w:p>
    <w:tbl>
      <w:tblPr>
        <w:tblStyle w:val="TableGrid"/>
        <w:tblW w:w="0" w:type="auto"/>
        <w:jc w:val="center"/>
        <w:tblLayout w:type="fixed"/>
        <w:tblLook w:val="04A0" w:firstRow="1" w:lastRow="0" w:firstColumn="1" w:lastColumn="0" w:noHBand="0" w:noVBand="1"/>
      </w:tblPr>
      <w:tblGrid>
        <w:gridCol w:w="14112"/>
      </w:tblGrid>
      <w:tr w:rsidR="005C41BF" w14:paraId="2E961B28" w14:textId="77777777">
        <w:trPr>
          <w:jc w:val="center"/>
        </w:trPr>
        <w:tc>
          <w:tcPr>
            <w:tcW w:w="14112" w:type="dxa"/>
            <w:shd w:val="clear" w:color="auto" w:fill="1F4E79"/>
            <w:tcMar>
              <w:top w:w="90" w:type="dxa"/>
              <w:left w:w="90" w:type="dxa"/>
              <w:bottom w:w="90" w:type="dxa"/>
              <w:right w:w="90" w:type="dxa"/>
            </w:tcMar>
            <w:vAlign w:val="center"/>
          </w:tcPr>
          <w:p w14:paraId="10CABCC5" w14:textId="77777777" w:rsidR="005C41BF" w:rsidRDefault="000B3397">
            <w:pPr>
              <w:spacing w:line="252" w:lineRule="auto"/>
            </w:pPr>
            <w:r>
              <w:rPr>
                <w:b/>
                <w:color w:val="FFFFFF"/>
                <w:sz w:val="17"/>
              </w:rPr>
              <w:t>Notes</w:t>
            </w:r>
          </w:p>
        </w:tc>
      </w:tr>
      <w:tr w:rsidR="005C41BF" w14:paraId="508C98E9" w14:textId="77777777">
        <w:trPr>
          <w:jc w:val="center"/>
        </w:trPr>
        <w:tc>
          <w:tcPr>
            <w:tcW w:w="14112" w:type="dxa"/>
            <w:tcMar>
              <w:top w:w="80" w:type="dxa"/>
              <w:left w:w="90" w:type="dxa"/>
              <w:bottom w:w="80" w:type="dxa"/>
              <w:right w:w="90" w:type="dxa"/>
            </w:tcMar>
            <w:vAlign w:val="center"/>
          </w:tcPr>
          <w:p w14:paraId="779F8E76" w14:textId="77777777" w:rsidR="005C41BF" w:rsidRDefault="005C41BF">
            <w:pPr>
              <w:spacing w:line="252" w:lineRule="auto"/>
            </w:pPr>
          </w:p>
        </w:tc>
      </w:tr>
      <w:tr w:rsidR="005C41BF" w14:paraId="7818863E" w14:textId="77777777">
        <w:trPr>
          <w:jc w:val="center"/>
        </w:trPr>
        <w:tc>
          <w:tcPr>
            <w:tcW w:w="14112" w:type="dxa"/>
            <w:tcMar>
              <w:top w:w="80" w:type="dxa"/>
              <w:left w:w="90" w:type="dxa"/>
              <w:bottom w:w="80" w:type="dxa"/>
              <w:right w:w="90" w:type="dxa"/>
            </w:tcMar>
            <w:vAlign w:val="center"/>
          </w:tcPr>
          <w:p w14:paraId="44F69B9A" w14:textId="77777777" w:rsidR="005C41BF" w:rsidRDefault="005C41BF">
            <w:pPr>
              <w:spacing w:line="252" w:lineRule="auto"/>
            </w:pPr>
          </w:p>
        </w:tc>
      </w:tr>
      <w:tr w:rsidR="005C41BF" w14:paraId="5F07D11E" w14:textId="77777777">
        <w:trPr>
          <w:jc w:val="center"/>
        </w:trPr>
        <w:tc>
          <w:tcPr>
            <w:tcW w:w="14112" w:type="dxa"/>
            <w:tcMar>
              <w:top w:w="80" w:type="dxa"/>
              <w:left w:w="90" w:type="dxa"/>
              <w:bottom w:w="80" w:type="dxa"/>
              <w:right w:w="90" w:type="dxa"/>
            </w:tcMar>
            <w:vAlign w:val="center"/>
          </w:tcPr>
          <w:p w14:paraId="41508A3C" w14:textId="77777777" w:rsidR="005C41BF" w:rsidRDefault="005C41BF">
            <w:pPr>
              <w:spacing w:line="252" w:lineRule="auto"/>
            </w:pPr>
          </w:p>
        </w:tc>
      </w:tr>
    </w:tbl>
    <w:p w14:paraId="43D6B1D6" w14:textId="77777777" w:rsidR="005C41BF" w:rsidRDefault="005C41BF">
      <w:pPr>
        <w:spacing w:after="40"/>
      </w:pPr>
    </w:p>
    <w:p w14:paraId="526CEF54" w14:textId="77777777" w:rsidR="005C41BF" w:rsidRDefault="000B3397">
      <w:pPr>
        <w:pStyle w:val="Heading2"/>
        <w:spacing w:after="100" w:line="259" w:lineRule="auto"/>
      </w:pPr>
      <w:r>
        <w:rPr>
          <w:b w:val="0"/>
        </w:rPr>
        <w:t>Required Corrections</w:t>
      </w:r>
    </w:p>
    <w:tbl>
      <w:tblPr>
        <w:tblStyle w:val="TableGrid"/>
        <w:tblW w:w="0" w:type="auto"/>
        <w:jc w:val="center"/>
        <w:tblLayout w:type="fixed"/>
        <w:tblLook w:val="04A0" w:firstRow="1" w:lastRow="0" w:firstColumn="1" w:lastColumn="0" w:noHBand="0" w:noVBand="1"/>
      </w:tblPr>
      <w:tblGrid>
        <w:gridCol w:w="14112"/>
      </w:tblGrid>
      <w:tr w:rsidR="005C41BF" w14:paraId="12ED57BD" w14:textId="77777777">
        <w:trPr>
          <w:jc w:val="center"/>
        </w:trPr>
        <w:tc>
          <w:tcPr>
            <w:tcW w:w="14112" w:type="dxa"/>
            <w:shd w:val="clear" w:color="auto" w:fill="1F4E79"/>
            <w:tcMar>
              <w:top w:w="90" w:type="dxa"/>
              <w:left w:w="90" w:type="dxa"/>
              <w:bottom w:w="90" w:type="dxa"/>
              <w:right w:w="90" w:type="dxa"/>
            </w:tcMar>
            <w:vAlign w:val="center"/>
          </w:tcPr>
          <w:p w14:paraId="2FD5A73C" w14:textId="77777777" w:rsidR="005C41BF" w:rsidRDefault="000B3397">
            <w:pPr>
              <w:spacing w:line="252" w:lineRule="auto"/>
            </w:pPr>
            <w:r>
              <w:rPr>
                <w:b/>
                <w:color w:val="FFFFFF"/>
                <w:sz w:val="17"/>
              </w:rPr>
              <w:t>Notes</w:t>
            </w:r>
          </w:p>
        </w:tc>
      </w:tr>
      <w:tr w:rsidR="005C41BF" w14:paraId="17DBC151" w14:textId="77777777">
        <w:trPr>
          <w:jc w:val="center"/>
        </w:trPr>
        <w:tc>
          <w:tcPr>
            <w:tcW w:w="14112" w:type="dxa"/>
            <w:tcMar>
              <w:top w:w="80" w:type="dxa"/>
              <w:left w:w="90" w:type="dxa"/>
              <w:bottom w:w="80" w:type="dxa"/>
              <w:right w:w="90" w:type="dxa"/>
            </w:tcMar>
            <w:vAlign w:val="center"/>
          </w:tcPr>
          <w:p w14:paraId="6F8BD81B" w14:textId="77777777" w:rsidR="005C41BF" w:rsidRDefault="005C41BF">
            <w:pPr>
              <w:spacing w:line="252" w:lineRule="auto"/>
            </w:pPr>
          </w:p>
        </w:tc>
      </w:tr>
      <w:tr w:rsidR="005C41BF" w14:paraId="2613E9C1" w14:textId="77777777">
        <w:trPr>
          <w:jc w:val="center"/>
        </w:trPr>
        <w:tc>
          <w:tcPr>
            <w:tcW w:w="14112" w:type="dxa"/>
            <w:tcMar>
              <w:top w:w="80" w:type="dxa"/>
              <w:left w:w="90" w:type="dxa"/>
              <w:bottom w:w="80" w:type="dxa"/>
              <w:right w:w="90" w:type="dxa"/>
            </w:tcMar>
            <w:vAlign w:val="center"/>
          </w:tcPr>
          <w:p w14:paraId="1037B8A3" w14:textId="77777777" w:rsidR="005C41BF" w:rsidRDefault="005C41BF">
            <w:pPr>
              <w:spacing w:line="252" w:lineRule="auto"/>
            </w:pPr>
          </w:p>
        </w:tc>
      </w:tr>
      <w:tr w:rsidR="005C41BF" w14:paraId="687C6DE0" w14:textId="77777777">
        <w:trPr>
          <w:jc w:val="center"/>
        </w:trPr>
        <w:tc>
          <w:tcPr>
            <w:tcW w:w="14112" w:type="dxa"/>
            <w:tcMar>
              <w:top w:w="80" w:type="dxa"/>
              <w:left w:w="90" w:type="dxa"/>
              <w:bottom w:w="80" w:type="dxa"/>
              <w:right w:w="90" w:type="dxa"/>
            </w:tcMar>
            <w:vAlign w:val="center"/>
          </w:tcPr>
          <w:p w14:paraId="5B2F9378" w14:textId="77777777" w:rsidR="005C41BF" w:rsidRDefault="005C41BF">
            <w:pPr>
              <w:spacing w:line="252" w:lineRule="auto"/>
            </w:pPr>
          </w:p>
        </w:tc>
      </w:tr>
    </w:tbl>
    <w:p w14:paraId="58E6DD4E" w14:textId="77777777" w:rsidR="005C41BF" w:rsidRDefault="005C41BF">
      <w:pPr>
        <w:spacing w:after="40"/>
      </w:pPr>
    </w:p>
    <w:p w14:paraId="6926FB34" w14:textId="77777777" w:rsidR="005C41BF" w:rsidRDefault="000B3397">
      <w:pPr>
        <w:pStyle w:val="Heading2"/>
        <w:spacing w:after="100" w:line="259" w:lineRule="auto"/>
      </w:pPr>
      <w:r>
        <w:rPr>
          <w:b w:val="0"/>
        </w:rPr>
        <w:t>Recommended Improvements</w:t>
      </w:r>
    </w:p>
    <w:tbl>
      <w:tblPr>
        <w:tblStyle w:val="TableGrid"/>
        <w:tblW w:w="0" w:type="auto"/>
        <w:jc w:val="center"/>
        <w:tblLayout w:type="fixed"/>
        <w:tblLook w:val="04A0" w:firstRow="1" w:lastRow="0" w:firstColumn="1" w:lastColumn="0" w:noHBand="0" w:noVBand="1"/>
      </w:tblPr>
      <w:tblGrid>
        <w:gridCol w:w="14112"/>
      </w:tblGrid>
      <w:tr w:rsidR="005C41BF" w14:paraId="3EBBAAFD" w14:textId="77777777">
        <w:trPr>
          <w:jc w:val="center"/>
        </w:trPr>
        <w:tc>
          <w:tcPr>
            <w:tcW w:w="14112" w:type="dxa"/>
            <w:shd w:val="clear" w:color="auto" w:fill="1F4E79"/>
            <w:tcMar>
              <w:top w:w="90" w:type="dxa"/>
              <w:left w:w="90" w:type="dxa"/>
              <w:bottom w:w="90" w:type="dxa"/>
              <w:right w:w="90" w:type="dxa"/>
            </w:tcMar>
            <w:vAlign w:val="center"/>
          </w:tcPr>
          <w:p w14:paraId="72851CE7" w14:textId="77777777" w:rsidR="005C41BF" w:rsidRDefault="000B3397">
            <w:pPr>
              <w:spacing w:line="252" w:lineRule="auto"/>
            </w:pPr>
            <w:r>
              <w:rPr>
                <w:b/>
                <w:color w:val="FFFFFF"/>
                <w:sz w:val="17"/>
              </w:rPr>
              <w:t>Notes</w:t>
            </w:r>
          </w:p>
        </w:tc>
      </w:tr>
      <w:tr w:rsidR="005C41BF" w14:paraId="7D3BEE8F" w14:textId="77777777">
        <w:trPr>
          <w:jc w:val="center"/>
        </w:trPr>
        <w:tc>
          <w:tcPr>
            <w:tcW w:w="14112" w:type="dxa"/>
            <w:tcMar>
              <w:top w:w="80" w:type="dxa"/>
              <w:left w:w="90" w:type="dxa"/>
              <w:bottom w:w="80" w:type="dxa"/>
              <w:right w:w="90" w:type="dxa"/>
            </w:tcMar>
            <w:vAlign w:val="center"/>
          </w:tcPr>
          <w:p w14:paraId="3B88899E" w14:textId="77777777" w:rsidR="005C41BF" w:rsidRDefault="005C41BF">
            <w:pPr>
              <w:spacing w:line="252" w:lineRule="auto"/>
            </w:pPr>
          </w:p>
        </w:tc>
      </w:tr>
      <w:tr w:rsidR="005C41BF" w14:paraId="69E2BB2B" w14:textId="77777777">
        <w:trPr>
          <w:jc w:val="center"/>
        </w:trPr>
        <w:tc>
          <w:tcPr>
            <w:tcW w:w="14112" w:type="dxa"/>
            <w:tcMar>
              <w:top w:w="80" w:type="dxa"/>
              <w:left w:w="90" w:type="dxa"/>
              <w:bottom w:w="80" w:type="dxa"/>
              <w:right w:w="90" w:type="dxa"/>
            </w:tcMar>
            <w:vAlign w:val="center"/>
          </w:tcPr>
          <w:p w14:paraId="57C0D796" w14:textId="77777777" w:rsidR="005C41BF" w:rsidRDefault="005C41BF">
            <w:pPr>
              <w:spacing w:line="252" w:lineRule="auto"/>
            </w:pPr>
          </w:p>
        </w:tc>
      </w:tr>
      <w:tr w:rsidR="005C41BF" w14:paraId="0D142F6F" w14:textId="77777777">
        <w:trPr>
          <w:jc w:val="center"/>
        </w:trPr>
        <w:tc>
          <w:tcPr>
            <w:tcW w:w="14112" w:type="dxa"/>
            <w:tcMar>
              <w:top w:w="80" w:type="dxa"/>
              <w:left w:w="90" w:type="dxa"/>
              <w:bottom w:w="80" w:type="dxa"/>
              <w:right w:w="90" w:type="dxa"/>
            </w:tcMar>
            <w:vAlign w:val="center"/>
          </w:tcPr>
          <w:p w14:paraId="4475AD14" w14:textId="77777777" w:rsidR="005C41BF" w:rsidRDefault="005C41BF">
            <w:pPr>
              <w:spacing w:line="252" w:lineRule="auto"/>
            </w:pPr>
          </w:p>
        </w:tc>
      </w:tr>
    </w:tbl>
    <w:p w14:paraId="120C4E94" w14:textId="77777777" w:rsidR="005C41BF" w:rsidRDefault="005C41BF">
      <w:pPr>
        <w:spacing w:after="40"/>
      </w:pPr>
    </w:p>
    <w:p w14:paraId="05D8E418" w14:textId="77777777" w:rsidR="005C41BF" w:rsidRDefault="000B3397">
      <w:pPr>
        <w:pStyle w:val="Heading2"/>
        <w:spacing w:after="100" w:line="259" w:lineRule="auto"/>
      </w:pPr>
      <w:r>
        <w:rPr>
          <w:b w:val="0"/>
        </w:rPr>
        <w:lastRenderedPageBreak/>
        <w:t>Reviewer Notes</w:t>
      </w:r>
    </w:p>
    <w:tbl>
      <w:tblPr>
        <w:tblStyle w:val="TableGrid"/>
        <w:tblW w:w="0" w:type="auto"/>
        <w:jc w:val="center"/>
        <w:tblLayout w:type="fixed"/>
        <w:tblLook w:val="04A0" w:firstRow="1" w:lastRow="0" w:firstColumn="1" w:lastColumn="0" w:noHBand="0" w:noVBand="1"/>
      </w:tblPr>
      <w:tblGrid>
        <w:gridCol w:w="14112"/>
      </w:tblGrid>
      <w:tr w:rsidR="005C41BF" w14:paraId="37E96047" w14:textId="77777777">
        <w:trPr>
          <w:jc w:val="center"/>
        </w:trPr>
        <w:tc>
          <w:tcPr>
            <w:tcW w:w="14112" w:type="dxa"/>
            <w:shd w:val="clear" w:color="auto" w:fill="1F4E79"/>
            <w:tcMar>
              <w:top w:w="90" w:type="dxa"/>
              <w:left w:w="90" w:type="dxa"/>
              <w:bottom w:w="90" w:type="dxa"/>
              <w:right w:w="90" w:type="dxa"/>
            </w:tcMar>
            <w:vAlign w:val="center"/>
          </w:tcPr>
          <w:p w14:paraId="01240F02" w14:textId="77777777" w:rsidR="005C41BF" w:rsidRDefault="000B3397">
            <w:pPr>
              <w:spacing w:line="252" w:lineRule="auto"/>
            </w:pPr>
            <w:r>
              <w:rPr>
                <w:b/>
                <w:color w:val="FFFFFF"/>
                <w:sz w:val="17"/>
              </w:rPr>
              <w:t>Notes</w:t>
            </w:r>
          </w:p>
        </w:tc>
      </w:tr>
      <w:tr w:rsidR="005C41BF" w14:paraId="42AFC42D" w14:textId="77777777">
        <w:trPr>
          <w:jc w:val="center"/>
        </w:trPr>
        <w:tc>
          <w:tcPr>
            <w:tcW w:w="14112" w:type="dxa"/>
            <w:tcMar>
              <w:top w:w="80" w:type="dxa"/>
              <w:left w:w="90" w:type="dxa"/>
              <w:bottom w:w="80" w:type="dxa"/>
              <w:right w:w="90" w:type="dxa"/>
            </w:tcMar>
            <w:vAlign w:val="center"/>
          </w:tcPr>
          <w:p w14:paraId="271CA723" w14:textId="77777777" w:rsidR="005C41BF" w:rsidRDefault="005C41BF">
            <w:pPr>
              <w:spacing w:line="252" w:lineRule="auto"/>
            </w:pPr>
          </w:p>
        </w:tc>
      </w:tr>
      <w:tr w:rsidR="005C41BF" w14:paraId="75FBE423" w14:textId="77777777">
        <w:trPr>
          <w:jc w:val="center"/>
        </w:trPr>
        <w:tc>
          <w:tcPr>
            <w:tcW w:w="14112" w:type="dxa"/>
            <w:tcMar>
              <w:top w:w="80" w:type="dxa"/>
              <w:left w:w="90" w:type="dxa"/>
              <w:bottom w:w="80" w:type="dxa"/>
              <w:right w:w="90" w:type="dxa"/>
            </w:tcMar>
            <w:vAlign w:val="center"/>
          </w:tcPr>
          <w:p w14:paraId="2D3F0BEC" w14:textId="77777777" w:rsidR="005C41BF" w:rsidRDefault="005C41BF">
            <w:pPr>
              <w:spacing w:line="252" w:lineRule="auto"/>
            </w:pPr>
          </w:p>
        </w:tc>
      </w:tr>
      <w:tr w:rsidR="005C41BF" w14:paraId="75CF4315" w14:textId="77777777">
        <w:trPr>
          <w:jc w:val="center"/>
        </w:trPr>
        <w:tc>
          <w:tcPr>
            <w:tcW w:w="14112" w:type="dxa"/>
            <w:tcMar>
              <w:top w:w="80" w:type="dxa"/>
              <w:left w:w="90" w:type="dxa"/>
              <w:bottom w:w="80" w:type="dxa"/>
              <w:right w:w="90" w:type="dxa"/>
            </w:tcMar>
            <w:vAlign w:val="center"/>
          </w:tcPr>
          <w:p w14:paraId="3CB648E9" w14:textId="77777777" w:rsidR="005C41BF" w:rsidRDefault="005C41BF">
            <w:pPr>
              <w:spacing w:line="252" w:lineRule="auto"/>
            </w:pPr>
          </w:p>
        </w:tc>
      </w:tr>
    </w:tbl>
    <w:p w14:paraId="0C178E9E" w14:textId="77777777" w:rsidR="005C41BF" w:rsidRDefault="005C41BF">
      <w:pPr>
        <w:spacing w:after="40"/>
      </w:pPr>
    </w:p>
    <w:p w14:paraId="52568E99" w14:textId="77777777" w:rsidR="005C41BF" w:rsidRDefault="000B3397">
      <w:pPr>
        <w:pStyle w:val="Heading1"/>
        <w:spacing w:after="100" w:line="259" w:lineRule="auto"/>
      </w:pPr>
      <w:r>
        <w:rPr>
          <w:b w:val="0"/>
        </w:rPr>
        <w:t>Optional Reviewer Sign-off</w:t>
      </w:r>
    </w:p>
    <w:tbl>
      <w:tblPr>
        <w:tblStyle w:val="TableGrid"/>
        <w:tblW w:w="0" w:type="auto"/>
        <w:jc w:val="center"/>
        <w:tblLayout w:type="fixed"/>
        <w:tblLook w:val="04A0" w:firstRow="1" w:lastRow="0" w:firstColumn="1" w:lastColumn="0" w:noHBand="0" w:noVBand="1"/>
      </w:tblPr>
      <w:tblGrid>
        <w:gridCol w:w="3888"/>
        <w:gridCol w:w="10224"/>
      </w:tblGrid>
      <w:tr w:rsidR="005C41BF" w14:paraId="72D87052" w14:textId="77777777">
        <w:trPr>
          <w:jc w:val="center"/>
        </w:trPr>
        <w:tc>
          <w:tcPr>
            <w:tcW w:w="3888" w:type="dxa"/>
            <w:shd w:val="clear" w:color="auto" w:fill="1F4E79"/>
            <w:tcMar>
              <w:top w:w="90" w:type="dxa"/>
              <w:left w:w="90" w:type="dxa"/>
              <w:bottom w:w="90" w:type="dxa"/>
              <w:right w:w="90" w:type="dxa"/>
            </w:tcMar>
            <w:vAlign w:val="center"/>
          </w:tcPr>
          <w:p w14:paraId="422AB0FD" w14:textId="77777777" w:rsidR="005C41BF" w:rsidRDefault="000B3397">
            <w:pPr>
              <w:spacing w:line="252" w:lineRule="auto"/>
            </w:pPr>
            <w:r>
              <w:rPr>
                <w:b/>
                <w:color w:val="FFFFFF"/>
                <w:sz w:val="17"/>
              </w:rPr>
              <w:t>Field</w:t>
            </w:r>
          </w:p>
        </w:tc>
        <w:tc>
          <w:tcPr>
            <w:tcW w:w="10224" w:type="dxa"/>
            <w:shd w:val="clear" w:color="auto" w:fill="1F4E79"/>
            <w:tcMar>
              <w:top w:w="90" w:type="dxa"/>
              <w:left w:w="90" w:type="dxa"/>
              <w:bottom w:w="90" w:type="dxa"/>
              <w:right w:w="90" w:type="dxa"/>
            </w:tcMar>
            <w:vAlign w:val="center"/>
          </w:tcPr>
          <w:p w14:paraId="437649DC" w14:textId="77777777" w:rsidR="005C41BF" w:rsidRDefault="000B3397">
            <w:pPr>
              <w:spacing w:line="252" w:lineRule="auto"/>
            </w:pPr>
            <w:r>
              <w:rPr>
                <w:b/>
                <w:color w:val="FFFFFF"/>
                <w:sz w:val="17"/>
              </w:rPr>
              <w:t>Details</w:t>
            </w:r>
          </w:p>
        </w:tc>
      </w:tr>
      <w:tr w:rsidR="005C41BF" w14:paraId="0A5F2DF4" w14:textId="77777777">
        <w:trPr>
          <w:jc w:val="center"/>
        </w:trPr>
        <w:tc>
          <w:tcPr>
            <w:tcW w:w="3888" w:type="dxa"/>
            <w:tcMar>
              <w:top w:w="80" w:type="dxa"/>
              <w:left w:w="90" w:type="dxa"/>
              <w:bottom w:w="80" w:type="dxa"/>
              <w:right w:w="90" w:type="dxa"/>
            </w:tcMar>
            <w:vAlign w:val="center"/>
          </w:tcPr>
          <w:p w14:paraId="1484542D" w14:textId="77777777" w:rsidR="005C41BF" w:rsidRDefault="000B3397">
            <w:pPr>
              <w:spacing w:line="252" w:lineRule="auto"/>
            </w:pPr>
            <w:r>
              <w:rPr>
                <w:sz w:val="16"/>
              </w:rPr>
              <w:t>Reviewer name</w:t>
            </w:r>
          </w:p>
        </w:tc>
        <w:tc>
          <w:tcPr>
            <w:tcW w:w="10224" w:type="dxa"/>
            <w:tcMar>
              <w:top w:w="80" w:type="dxa"/>
              <w:left w:w="90" w:type="dxa"/>
              <w:bottom w:w="80" w:type="dxa"/>
              <w:right w:w="90" w:type="dxa"/>
            </w:tcMar>
            <w:vAlign w:val="center"/>
          </w:tcPr>
          <w:p w14:paraId="3C0395D3" w14:textId="77777777" w:rsidR="005C41BF" w:rsidRDefault="005C41BF">
            <w:pPr>
              <w:spacing w:line="252" w:lineRule="auto"/>
            </w:pPr>
          </w:p>
        </w:tc>
      </w:tr>
      <w:tr w:rsidR="005C41BF" w14:paraId="71DDD324" w14:textId="77777777">
        <w:trPr>
          <w:jc w:val="center"/>
        </w:trPr>
        <w:tc>
          <w:tcPr>
            <w:tcW w:w="3888" w:type="dxa"/>
            <w:tcMar>
              <w:top w:w="80" w:type="dxa"/>
              <w:left w:w="90" w:type="dxa"/>
              <w:bottom w:w="80" w:type="dxa"/>
              <w:right w:w="90" w:type="dxa"/>
            </w:tcMar>
            <w:vAlign w:val="center"/>
          </w:tcPr>
          <w:p w14:paraId="5C8FBBC4" w14:textId="77777777" w:rsidR="005C41BF" w:rsidRDefault="000B3397">
            <w:pPr>
              <w:spacing w:line="252" w:lineRule="auto"/>
            </w:pPr>
            <w:r>
              <w:rPr>
                <w:sz w:val="16"/>
              </w:rPr>
              <w:t>Reviewer role/unit</w:t>
            </w:r>
          </w:p>
        </w:tc>
        <w:tc>
          <w:tcPr>
            <w:tcW w:w="10224" w:type="dxa"/>
            <w:tcMar>
              <w:top w:w="80" w:type="dxa"/>
              <w:left w:w="90" w:type="dxa"/>
              <w:bottom w:w="80" w:type="dxa"/>
              <w:right w:w="90" w:type="dxa"/>
            </w:tcMar>
            <w:vAlign w:val="center"/>
          </w:tcPr>
          <w:p w14:paraId="3254BC2F" w14:textId="77777777" w:rsidR="005C41BF" w:rsidRDefault="005C41BF">
            <w:pPr>
              <w:spacing w:line="252" w:lineRule="auto"/>
            </w:pPr>
          </w:p>
        </w:tc>
      </w:tr>
      <w:tr w:rsidR="005C41BF" w14:paraId="0C39AE2D" w14:textId="77777777">
        <w:trPr>
          <w:jc w:val="center"/>
        </w:trPr>
        <w:tc>
          <w:tcPr>
            <w:tcW w:w="3888" w:type="dxa"/>
            <w:tcMar>
              <w:top w:w="80" w:type="dxa"/>
              <w:left w:w="90" w:type="dxa"/>
              <w:bottom w:w="80" w:type="dxa"/>
              <w:right w:w="90" w:type="dxa"/>
            </w:tcMar>
            <w:vAlign w:val="center"/>
          </w:tcPr>
          <w:p w14:paraId="49E2865D" w14:textId="77777777" w:rsidR="005C41BF" w:rsidRDefault="000B3397">
            <w:pPr>
              <w:spacing w:line="252" w:lineRule="auto"/>
            </w:pPr>
            <w:r>
              <w:rPr>
                <w:sz w:val="16"/>
              </w:rPr>
              <w:t>Review completed on</w:t>
            </w:r>
          </w:p>
        </w:tc>
        <w:tc>
          <w:tcPr>
            <w:tcW w:w="10224" w:type="dxa"/>
            <w:tcMar>
              <w:top w:w="80" w:type="dxa"/>
              <w:left w:w="90" w:type="dxa"/>
              <w:bottom w:w="80" w:type="dxa"/>
              <w:right w:w="90" w:type="dxa"/>
            </w:tcMar>
            <w:vAlign w:val="center"/>
          </w:tcPr>
          <w:p w14:paraId="651E9592" w14:textId="77777777" w:rsidR="005C41BF" w:rsidRDefault="005C41BF">
            <w:pPr>
              <w:spacing w:line="252" w:lineRule="auto"/>
            </w:pPr>
          </w:p>
        </w:tc>
      </w:tr>
      <w:tr w:rsidR="005C41BF" w14:paraId="710E22C6" w14:textId="77777777">
        <w:trPr>
          <w:jc w:val="center"/>
        </w:trPr>
        <w:tc>
          <w:tcPr>
            <w:tcW w:w="3888" w:type="dxa"/>
            <w:tcMar>
              <w:top w:w="80" w:type="dxa"/>
              <w:left w:w="90" w:type="dxa"/>
              <w:bottom w:w="80" w:type="dxa"/>
              <w:right w:w="90" w:type="dxa"/>
            </w:tcMar>
            <w:vAlign w:val="center"/>
          </w:tcPr>
          <w:p w14:paraId="689EF42C" w14:textId="77777777" w:rsidR="005C41BF" w:rsidRDefault="000B3397">
            <w:pPr>
              <w:spacing w:line="252" w:lineRule="auto"/>
            </w:pPr>
            <w:r>
              <w:rPr>
                <w:sz w:val="16"/>
              </w:rPr>
              <w:t>Final recommendation</w:t>
            </w:r>
          </w:p>
        </w:tc>
        <w:tc>
          <w:tcPr>
            <w:tcW w:w="10224" w:type="dxa"/>
            <w:tcMar>
              <w:top w:w="80" w:type="dxa"/>
              <w:left w:w="90" w:type="dxa"/>
              <w:bottom w:w="80" w:type="dxa"/>
              <w:right w:w="90" w:type="dxa"/>
            </w:tcMar>
            <w:vAlign w:val="center"/>
          </w:tcPr>
          <w:p w14:paraId="269E314A" w14:textId="77777777" w:rsidR="005C41BF" w:rsidRDefault="005C41BF">
            <w:pPr>
              <w:spacing w:line="252" w:lineRule="auto"/>
            </w:pPr>
          </w:p>
        </w:tc>
      </w:tr>
      <w:tr w:rsidR="005C41BF" w14:paraId="411E3675" w14:textId="77777777">
        <w:trPr>
          <w:jc w:val="center"/>
        </w:trPr>
        <w:tc>
          <w:tcPr>
            <w:tcW w:w="3888" w:type="dxa"/>
            <w:tcMar>
              <w:top w:w="80" w:type="dxa"/>
              <w:left w:w="90" w:type="dxa"/>
              <w:bottom w:w="80" w:type="dxa"/>
              <w:right w:w="90" w:type="dxa"/>
            </w:tcMar>
            <w:vAlign w:val="center"/>
          </w:tcPr>
          <w:p w14:paraId="0B07F652" w14:textId="77777777" w:rsidR="005C41BF" w:rsidRDefault="000B3397">
            <w:pPr>
              <w:spacing w:line="252" w:lineRule="auto"/>
            </w:pPr>
            <w:r>
              <w:rPr>
                <w:sz w:val="16"/>
              </w:rPr>
              <w:t>Follow-up required</w:t>
            </w:r>
          </w:p>
        </w:tc>
        <w:tc>
          <w:tcPr>
            <w:tcW w:w="10224" w:type="dxa"/>
            <w:tcMar>
              <w:top w:w="80" w:type="dxa"/>
              <w:left w:w="90" w:type="dxa"/>
              <w:bottom w:w="80" w:type="dxa"/>
              <w:right w:w="90" w:type="dxa"/>
            </w:tcMar>
            <w:vAlign w:val="center"/>
          </w:tcPr>
          <w:p w14:paraId="391E9818" w14:textId="77777777" w:rsidR="005C41BF" w:rsidRDefault="000B3397">
            <w:pPr>
              <w:spacing w:line="252" w:lineRule="auto"/>
            </w:pPr>
            <w:r>
              <w:rPr>
                <w:sz w:val="16"/>
              </w:rPr>
              <w:t>[ ] Yes   [ ] No</w:t>
            </w:r>
          </w:p>
        </w:tc>
      </w:tr>
      <w:tr w:rsidR="005C41BF" w14:paraId="107F9AB5" w14:textId="77777777">
        <w:trPr>
          <w:jc w:val="center"/>
        </w:trPr>
        <w:tc>
          <w:tcPr>
            <w:tcW w:w="3888" w:type="dxa"/>
            <w:tcMar>
              <w:top w:w="80" w:type="dxa"/>
              <w:left w:w="90" w:type="dxa"/>
              <w:bottom w:w="80" w:type="dxa"/>
              <w:right w:w="90" w:type="dxa"/>
            </w:tcMar>
            <w:vAlign w:val="center"/>
          </w:tcPr>
          <w:p w14:paraId="79DD777F" w14:textId="77777777" w:rsidR="005C41BF" w:rsidRDefault="000B3397">
            <w:pPr>
              <w:spacing w:line="252" w:lineRule="auto"/>
            </w:pPr>
            <w:r>
              <w:rPr>
                <w:sz w:val="16"/>
              </w:rPr>
              <w:t>Follow-up owner</w:t>
            </w:r>
          </w:p>
        </w:tc>
        <w:tc>
          <w:tcPr>
            <w:tcW w:w="10224" w:type="dxa"/>
            <w:tcMar>
              <w:top w:w="80" w:type="dxa"/>
              <w:left w:w="90" w:type="dxa"/>
              <w:bottom w:w="80" w:type="dxa"/>
              <w:right w:w="90" w:type="dxa"/>
            </w:tcMar>
            <w:vAlign w:val="center"/>
          </w:tcPr>
          <w:p w14:paraId="47341341" w14:textId="77777777" w:rsidR="005C41BF" w:rsidRDefault="005C41BF">
            <w:pPr>
              <w:spacing w:line="252" w:lineRule="auto"/>
            </w:pPr>
          </w:p>
        </w:tc>
      </w:tr>
    </w:tbl>
    <w:p w14:paraId="42EF2083" w14:textId="77777777" w:rsidR="005C41BF" w:rsidRDefault="005C41BF">
      <w:pPr>
        <w:spacing w:after="40"/>
      </w:pPr>
    </w:p>
    <w:sectPr w:rsidR="005C41BF" w:rsidSect="00034616">
      <w:headerReference w:type="default" r:id="rId8"/>
      <w:footerReference w:type="even" r:id="rId9"/>
      <w:footerReference w:type="default" r:id="rId10"/>
      <w:footerReference w:type="first" r:id="rId11"/>
      <w:pgSz w:w="15840" w:h="12240" w:orient="landscape"/>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52ED" w14:textId="77777777" w:rsidR="009D391A" w:rsidRDefault="009D391A">
      <w:pPr>
        <w:spacing w:after="0" w:line="240" w:lineRule="auto"/>
      </w:pPr>
      <w:r>
        <w:separator/>
      </w:r>
    </w:p>
  </w:endnote>
  <w:endnote w:type="continuationSeparator" w:id="0">
    <w:p w14:paraId="7F314EF5" w14:textId="77777777" w:rsidR="009D391A" w:rsidRDefault="009D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7E1B" w14:textId="21DFEFEA" w:rsidR="0075286C" w:rsidRDefault="0075286C">
    <w:pPr>
      <w:pStyle w:val="Footer"/>
    </w:pPr>
    <w:r>
      <w:rPr>
        <w:noProof/>
      </w:rPr>
      <mc:AlternateContent>
        <mc:Choice Requires="wps">
          <w:drawing>
            <wp:anchor distT="0" distB="0" distL="0" distR="0" simplePos="0" relativeHeight="251659264" behindDoc="0" locked="0" layoutInCell="1" allowOverlap="1" wp14:anchorId="27039EFA" wp14:editId="59286572">
              <wp:simplePos x="635" y="635"/>
              <wp:positionH relativeFrom="page">
                <wp:align>right</wp:align>
              </wp:positionH>
              <wp:positionV relativeFrom="page">
                <wp:align>bottom</wp:align>
              </wp:positionV>
              <wp:extent cx="1158875" cy="361950"/>
              <wp:effectExtent l="0" t="0" r="0" b="0"/>
              <wp:wrapNone/>
              <wp:docPr id="91247519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5C9B654C" w14:textId="5089FFD5"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039EFA"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5C9B654C" w14:textId="5089FFD5"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7C48" w14:textId="151A6AE4" w:rsidR="005C41BF" w:rsidRDefault="0075286C">
    <w:pPr>
      <w:pStyle w:val="Footer"/>
      <w:jc w:val="center"/>
    </w:pPr>
    <w:r>
      <w:rPr>
        <w:noProof/>
        <w:color w:val="646464"/>
        <w:sz w:val="16"/>
      </w:rPr>
      <mc:AlternateContent>
        <mc:Choice Requires="wps">
          <w:drawing>
            <wp:anchor distT="0" distB="0" distL="0" distR="0" simplePos="0" relativeHeight="251660288" behindDoc="0" locked="0" layoutInCell="1" allowOverlap="1" wp14:anchorId="31836D31" wp14:editId="166E5920">
              <wp:simplePos x="635" y="635"/>
              <wp:positionH relativeFrom="page">
                <wp:align>right</wp:align>
              </wp:positionH>
              <wp:positionV relativeFrom="page">
                <wp:align>bottom</wp:align>
              </wp:positionV>
              <wp:extent cx="1158875" cy="361950"/>
              <wp:effectExtent l="0" t="0" r="0" b="0"/>
              <wp:wrapNone/>
              <wp:docPr id="602846368"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308AF000" w14:textId="5D2603D8"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1836D31" id="_x0000_t202" coordsize="21600,21600" o:spt="202" path="m,l,21600r21600,l21600,xe">
              <v:stroke joinstyle="miter"/>
              <v:path gradientshapeok="t" o:connecttype="rect"/>
            </v:shapetype>
            <v:shape id="Text Box 3" o:spid="_x0000_s1027" type="#_x0000_t202" alt="Official Use Only" style="position:absolute;left:0;text-align:left;margin-left:40.05pt;margin-top:0;width:91.25pt;height:28.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25AEwIAACIEAAAOAAAAZHJzL2Uyb0RvYy54bWysU01v2zAMvQ/YfxB0X2xnS5cacYqsRYYB&#10;QVsgHXpWZCk2YIkCpcTOfv0oJWnabqdhF5kiaX689zS7GUzH9gp9C7bixSjnTFkJdWu3Ff/5tPw0&#10;5cwHYWvRgVUVPyjPb+YfP8x6V6oxNNDVChkVsb7sXcWbEFyZZV42ygg/AqcsBTWgEYGuuM1qFD1V&#10;N102zvOrrAesHYJU3pP37hjk81RfayXDg9ZeBdZVnGYL6cR0buKZzWei3KJwTStPY4h/mMKI1lLT&#10;l1J3Igi2w/aPUqaVCB50GEkwGWjdSpV2oG2K/N0260Y4lXYhcLx7gcn/v7Lyfr92j8jC8A0GIjAC&#10;0jtfenLGfQaNJn5pUkZxgvDwApsaApPxp2IynX6dcCYp9vmquJ4kXLPL3w59+K7AsGhUHImWhJbY&#10;r3ygjpR6TonNLCzbrkvUdPaNgxKjJ7uMGK0wbAbW1q/G30B9oK0QjoR7J5cttV4JHx4FEsO0CKk2&#10;PNChO+grDieLswbw19/8MZ+ApyhnPSmm4pYkzVn3wxIhUVxnA5MxnnzJc3Jv0q24zifxZnfmFkiM&#10;Bb0LJ5NJXgzd2dQI5plEvYjdKCSspJ4V35zN23DULz0KqRaLlERiciKs7NrJWDpiFgF9Gp4FuhPq&#10;gfi6h7OmRPkO/GNu/NO7xS4QBYmZiO8RzRPsJMRE2OnRRKW/vqesy9Oe/wYAAP//AwBQSwMEFAAG&#10;AAgAAAAhAJ59XWjcAAAABAEAAA8AAABkcnMvZG93bnJldi54bWxMj0FLw0AQhe+C/2EZwYvYjcXG&#10;EjMpWvAgSKFV9LrJjkno7mzY3abpv3frRS8Dj/d475tyNVkjRvKhd4xwN8tAEDdO99wifLy/3C5B&#10;hKhYK+OYEE4UYFVdXpSq0O7IWxp3sRWphEOhELoYh0LK0HRkVZi5gTh5385bFZP0rdReHVO5NXKe&#10;Zbm0que00KmB1h01+93BIjzfhM/6be9Pr5t7l3+N69wMmxzx+mp6egQRaYp/YTjjJ3SoElPtDqyD&#10;MAjpkfh7z95yvgBRIyweMpBVKf/DVz8AAAD//wMAUEsBAi0AFAAGAAgAAAAhALaDOJL+AAAA4QEA&#10;ABMAAAAAAAAAAAAAAAAAAAAAAFtDb250ZW50X1R5cGVzXS54bWxQSwECLQAUAAYACAAAACEAOP0h&#10;/9YAAACUAQAACwAAAAAAAAAAAAAAAAAvAQAAX3JlbHMvLnJlbHNQSwECLQAUAAYACAAAACEAqLtu&#10;QBMCAAAiBAAADgAAAAAAAAAAAAAAAAAuAgAAZHJzL2Uyb0RvYy54bWxQSwECLQAUAAYACAAAACEA&#10;nn1daNwAAAAEAQAADwAAAAAAAAAAAAAAAABtBAAAZHJzL2Rvd25yZXYueG1sUEsFBgAAAAAEAAQA&#10;8wAAAHYFAAAAAA==&#10;" filled="f" stroked="f">
              <v:textbox style="mso-fit-shape-to-text:t" inset="0,0,20pt,15pt">
                <w:txbxContent>
                  <w:p w14:paraId="308AF000" w14:textId="5D2603D8"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v:textbox>
              <w10:wrap anchorx="page" anchory="page"/>
            </v:shape>
          </w:pict>
        </mc:Fallback>
      </mc:AlternateContent>
    </w:r>
    <w:r w:rsidR="000B3397">
      <w:rPr>
        <w:color w:val="646464"/>
        <w:sz w:val="16"/>
      </w:rPr>
      <w:t>Editable checklist for DDI-C and DCMI metadata review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1C20" w14:textId="1B87598B" w:rsidR="0075286C" w:rsidRDefault="0075286C">
    <w:pPr>
      <w:pStyle w:val="Footer"/>
    </w:pPr>
    <w:r>
      <w:rPr>
        <w:noProof/>
      </w:rPr>
      <mc:AlternateContent>
        <mc:Choice Requires="wps">
          <w:drawing>
            <wp:anchor distT="0" distB="0" distL="0" distR="0" simplePos="0" relativeHeight="251658240" behindDoc="0" locked="0" layoutInCell="1" allowOverlap="1" wp14:anchorId="3282E3B7" wp14:editId="18FAE91B">
              <wp:simplePos x="635" y="635"/>
              <wp:positionH relativeFrom="page">
                <wp:align>right</wp:align>
              </wp:positionH>
              <wp:positionV relativeFrom="page">
                <wp:align>bottom</wp:align>
              </wp:positionV>
              <wp:extent cx="1158875" cy="361950"/>
              <wp:effectExtent l="0" t="0" r="0" b="0"/>
              <wp:wrapNone/>
              <wp:docPr id="160807614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056D46B7" w14:textId="4C3E9C31"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282E3B7" id="_x0000_t202" coordsize="21600,21600" o:spt="202" path="m,l,21600r21600,l21600,xe">
              <v:stroke joinstyle="miter"/>
              <v:path gradientshapeok="t" o:connecttype="rect"/>
            </v:shapetype>
            <v:shape id="Text Box 1" o:spid="_x0000_s1028" type="#_x0000_t202" alt="Official Use Only" style="position:absolute;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0CFQIAACIEAAAOAAAAZHJzL2Uyb0RvYy54bWysU01v2zAMvQ/YfxB0X2xnS5cacYqsRYYB&#10;QVsgHXpWZCk2IImCpMTOfv0oOU62bqdhF5kiaX6897S467UiR+F8C6aixSSnRBgOdWv2Ff3+sv4w&#10;p8QHZmqmwIiKnoSnd8v37xadLcUUGlC1cASLGF92tqJNCLbMMs8boZmfgBUGgxKcZgGvbp/VjnVY&#10;Xatsmuc3WQeutg648B69D0OQLlN9KQUPT1J6EYiqKM4W0unSuYtntlywcu+YbVp+HoP9wxSatQab&#10;Xko9sMDIwbV/lNItd+BBhgkHnYGULRdpB9ymyN9ss22YFWkXBMfbC0z+/5Xlj8etfXYk9F+gRwIj&#10;IJ31pUdn3KeXTscvTkowjhCeLrCJPhAefypm8/nnGSUcYx9vittZwjW7/m2dD18FaBKNijqkJaHF&#10;jhsfsCOmjimxmYF1q1SiRpnfHJgYPdl1xGiFfteTtq7odBx/B/UJt3IwEO4tX7fYesN8eGYOGcZF&#10;ULXhCQ+poKsonC1KGnA//uaP+Qg8RinpUDEVNShpStQ3g4REcY2GS8Z09inP0b1Lt+I2n8WbOeh7&#10;QDEW+C4sTyZ6XVCjKR3oVxT1KnbDEDMce1Z0N5r3YdAvPgouVquUhGKyLGzM1vJYOmIWAX3pX5mz&#10;Z9QD8vUIo6ZY+Qb8ITf+6e3qEJCCxEzEd0DzDDsKMRF2fjRR6b/eU9b1aS9/AgAA//8DAFBLAwQU&#10;AAYACAAAACEAnn1daNwAAAAEAQAADwAAAGRycy9kb3ducmV2LnhtbEyPQUvDQBCF74L/YRnBi9iN&#10;xcYSMyla8CBIoVX0usmOSejubNjdpum/d+tFLwOP93jvm3I1WSNG8qF3jHA3y0AQN0733CJ8vL/c&#10;LkGEqFgr45gQThRgVV1elKrQ7shbGnexFamEQ6EQuhiHQsrQdGRVmLmBOHnfzlsVk/St1F4dU7k1&#10;cp5lubSq57TQqYHWHTX73cEiPN+Ez/pt70+vm3uXf43r3AybHPH6anp6BBFpin9hOOMndKgSU+0O&#10;rIMwCOmR+HvP3nK+AFEjLB4ykFUp/8NXPwAAAP//AwBQSwECLQAUAAYACAAAACEAtoM4kv4AAADh&#10;AQAAEwAAAAAAAAAAAAAAAAAAAAAAW0NvbnRlbnRfVHlwZXNdLnhtbFBLAQItABQABgAIAAAAIQA4&#10;/SH/1gAAAJQBAAALAAAAAAAAAAAAAAAAAC8BAABfcmVscy8ucmVsc1BLAQItABQABgAIAAAAIQD5&#10;LZ0CFQIAACIEAAAOAAAAAAAAAAAAAAAAAC4CAABkcnMvZTJvRG9jLnhtbFBLAQItABQABgAIAAAA&#10;IQCefV1o3AAAAAQBAAAPAAAAAAAAAAAAAAAAAG8EAABkcnMvZG93bnJldi54bWxQSwUGAAAAAAQA&#10;BADzAAAAeAUAAAAA&#10;" filled="f" stroked="f">
              <v:textbox style="mso-fit-shape-to-text:t" inset="0,0,20pt,15pt">
                <w:txbxContent>
                  <w:p w14:paraId="056D46B7" w14:textId="4C3E9C31" w:rsidR="0075286C" w:rsidRPr="0075286C" w:rsidRDefault="0075286C" w:rsidP="0075286C">
                    <w:pPr>
                      <w:spacing w:after="0"/>
                      <w:rPr>
                        <w:rFonts w:cs="Aptos"/>
                        <w:noProof/>
                        <w:color w:val="000000"/>
                        <w:sz w:val="20"/>
                        <w:szCs w:val="20"/>
                      </w:rPr>
                    </w:pPr>
                    <w:r w:rsidRPr="0075286C">
                      <w:rPr>
                        <w:rFont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65F8" w14:textId="77777777" w:rsidR="009D391A" w:rsidRDefault="009D391A">
      <w:pPr>
        <w:spacing w:after="0" w:line="240" w:lineRule="auto"/>
      </w:pPr>
      <w:r>
        <w:separator/>
      </w:r>
    </w:p>
  </w:footnote>
  <w:footnote w:type="continuationSeparator" w:id="0">
    <w:p w14:paraId="229DB6AA" w14:textId="77777777" w:rsidR="009D391A" w:rsidRDefault="009D3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6982" w14:textId="77777777" w:rsidR="005C41BF" w:rsidRDefault="000B3397">
    <w:pPr>
      <w:pStyle w:val="Header"/>
      <w:jc w:val="right"/>
    </w:pPr>
    <w:r>
      <w:rPr>
        <w:color w:val="646464"/>
        <w:sz w:val="16"/>
      </w:rPr>
      <w:t>Microdata Documentation Quality Review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4519446">
    <w:abstractNumId w:val="8"/>
  </w:num>
  <w:num w:numId="2" w16cid:durableId="553395004">
    <w:abstractNumId w:val="6"/>
  </w:num>
  <w:num w:numId="3" w16cid:durableId="878324312">
    <w:abstractNumId w:val="5"/>
  </w:num>
  <w:num w:numId="4" w16cid:durableId="685986228">
    <w:abstractNumId w:val="4"/>
  </w:num>
  <w:num w:numId="5" w16cid:durableId="749276559">
    <w:abstractNumId w:val="7"/>
  </w:num>
  <w:num w:numId="6" w16cid:durableId="54204524">
    <w:abstractNumId w:val="3"/>
  </w:num>
  <w:num w:numId="7" w16cid:durableId="616370289">
    <w:abstractNumId w:val="2"/>
  </w:num>
  <w:num w:numId="8" w16cid:durableId="1388411818">
    <w:abstractNumId w:val="1"/>
  </w:num>
  <w:num w:numId="9" w16cid:durableId="110411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164"/>
    <w:rsid w:val="00034616"/>
    <w:rsid w:val="00034D76"/>
    <w:rsid w:val="000476D9"/>
    <w:rsid w:val="0006063C"/>
    <w:rsid w:val="00072B12"/>
    <w:rsid w:val="000B3397"/>
    <w:rsid w:val="000C34D0"/>
    <w:rsid w:val="000D0A63"/>
    <w:rsid w:val="000E503F"/>
    <w:rsid w:val="00127EB0"/>
    <w:rsid w:val="00135FD6"/>
    <w:rsid w:val="0015074B"/>
    <w:rsid w:val="001B4D57"/>
    <w:rsid w:val="001C4A79"/>
    <w:rsid w:val="00220060"/>
    <w:rsid w:val="00227231"/>
    <w:rsid w:val="00256887"/>
    <w:rsid w:val="002601C9"/>
    <w:rsid w:val="0029639D"/>
    <w:rsid w:val="002B35C9"/>
    <w:rsid w:val="002C2E99"/>
    <w:rsid w:val="002E287B"/>
    <w:rsid w:val="003104C8"/>
    <w:rsid w:val="00323779"/>
    <w:rsid w:val="00326F90"/>
    <w:rsid w:val="00354505"/>
    <w:rsid w:val="00363D03"/>
    <w:rsid w:val="0037187E"/>
    <w:rsid w:val="003B00D4"/>
    <w:rsid w:val="004B74EE"/>
    <w:rsid w:val="004C512E"/>
    <w:rsid w:val="004D0F24"/>
    <w:rsid w:val="0051641F"/>
    <w:rsid w:val="00522688"/>
    <w:rsid w:val="005A5706"/>
    <w:rsid w:val="005C41BF"/>
    <w:rsid w:val="005E7765"/>
    <w:rsid w:val="00623419"/>
    <w:rsid w:val="00627D2E"/>
    <w:rsid w:val="0066622C"/>
    <w:rsid w:val="00690FB4"/>
    <w:rsid w:val="006B3C7E"/>
    <w:rsid w:val="006D35B0"/>
    <w:rsid w:val="006E0C5B"/>
    <w:rsid w:val="006F3055"/>
    <w:rsid w:val="006F6F72"/>
    <w:rsid w:val="006F7EFA"/>
    <w:rsid w:val="00731564"/>
    <w:rsid w:val="00732C1F"/>
    <w:rsid w:val="0075286C"/>
    <w:rsid w:val="007675D3"/>
    <w:rsid w:val="007D549B"/>
    <w:rsid w:val="007F5657"/>
    <w:rsid w:val="007F7F4B"/>
    <w:rsid w:val="00823C1B"/>
    <w:rsid w:val="00945471"/>
    <w:rsid w:val="0097655D"/>
    <w:rsid w:val="00991AA5"/>
    <w:rsid w:val="009A0D6F"/>
    <w:rsid w:val="009D391A"/>
    <w:rsid w:val="00A243EB"/>
    <w:rsid w:val="00A47B21"/>
    <w:rsid w:val="00A73245"/>
    <w:rsid w:val="00A76123"/>
    <w:rsid w:val="00AA1D8D"/>
    <w:rsid w:val="00AA702B"/>
    <w:rsid w:val="00AB0433"/>
    <w:rsid w:val="00AB78EA"/>
    <w:rsid w:val="00B47730"/>
    <w:rsid w:val="00B67493"/>
    <w:rsid w:val="00B719AE"/>
    <w:rsid w:val="00B8353F"/>
    <w:rsid w:val="00BD49C3"/>
    <w:rsid w:val="00BD553B"/>
    <w:rsid w:val="00C1232E"/>
    <w:rsid w:val="00C9704F"/>
    <w:rsid w:val="00CB0664"/>
    <w:rsid w:val="00CD0542"/>
    <w:rsid w:val="00D26916"/>
    <w:rsid w:val="00D30DEB"/>
    <w:rsid w:val="00D678D2"/>
    <w:rsid w:val="00D8423A"/>
    <w:rsid w:val="00DC2273"/>
    <w:rsid w:val="00DC4F99"/>
    <w:rsid w:val="00E15E34"/>
    <w:rsid w:val="00E50870"/>
    <w:rsid w:val="00EB420E"/>
    <w:rsid w:val="00ED5DBA"/>
    <w:rsid w:val="00EF6EDB"/>
    <w:rsid w:val="00F24366"/>
    <w:rsid w:val="00F729F2"/>
    <w:rsid w:val="00FA2262"/>
    <w:rsid w:val="00FA3B10"/>
    <w:rsid w:val="00FC693F"/>
    <w:rsid w:val="55DEA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83DD58-29FE-4F5C-8FC3-CC377FF4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44444"/>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4524</Words>
  <Characters>22667</Characters>
  <Application>Microsoft Office Word</Application>
  <DocSecurity>0</DocSecurity>
  <Lines>1193</Lines>
  <Paragraphs>849</Paragraphs>
  <ScaleCrop>false</ScaleCrop>
  <Manager/>
  <Company/>
  <LinksUpToDate>false</LinksUpToDate>
  <CharactersWithSpaces>26342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Microdata Documentation Quality Review Checklist</dc:title>
  <dc:subject>DDI-C and DCMI metadata quality review checklist</dc:subject>
  <dc:creator>Cathrine Machingauta</dc:creator>
  <keywords/>
  <dc:description>Generated as an editable Word version for documentation use.</dc:description>
  <lastModifiedBy>Cathrine Machingauta</lastModifiedBy>
  <revision>3</revision>
  <dcterms:created xsi:type="dcterms:W3CDTF">2026-08-03T18:56:34.1159532Z</dcterms:created>
  <dcterms:modified xsi:type="dcterms:W3CDTF">2026-08-03T18:56:34.1159532Z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5fd94b70,3663443f,23eeb4a0</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2026-08-03T18:38:07Z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d48ac846-18a1-4df1-832b-2d297046e327</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